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4005" w:rsidRDefault="00000000">
      <w:pPr>
        <w:pStyle w:val="Title"/>
      </w:pPr>
      <w:r>
        <w:t>Sanitation Part 2</w:t>
      </w:r>
    </w:p>
    <w:p w:rsidR="007B4005" w:rsidRDefault="007B4005"/>
    <w:p w:rsidR="007B4005" w:rsidRDefault="00000000">
      <w:r>
        <w:rPr>
          <w:b/>
        </w:rPr>
        <w:t>Date</w:t>
      </w:r>
      <w:r>
        <w:t xml:space="preserve">    2023-07-23</w:t>
      </w:r>
    </w:p>
    <w:p w:rsidR="007B4005" w:rsidRDefault="007B4005"/>
    <w:p w:rsidR="007B4005" w:rsidRDefault="00000000">
      <w:r>
        <w:t xml:space="preserve">Okay so welcome to Part 2, Angie. Go for it. All right, welcome back to our three. So let's dive right in all right, so these are products you should not be using as a disinfectant. Now, I'm not saying cleaner. Remember, these are very different things. You should not be using as a clean, as a disinfectant in your salon. First one is alcohol. It takes 10 minutes to contact time to kill germs. Evaporation is a struggle. Evaporation is a thing. It's something we have to account for. </w:t>
      </w:r>
      <w:r>
        <w:br/>
      </w:r>
    </w:p>
    <w:p w:rsidR="007B4005" w:rsidRDefault="00000000">
      <w:r>
        <w:t xml:space="preserve">You cannot keep alcohol on a surface without consistent reapplication for 10 minutes. You can't. Also, it eats metal, so you're not going to want to put this on your Clipper blades and things like this because what it does is even though you can't see it makes teeny teeny tiny little itty bitty pits okay. So if you apply this to say a Clipper blade, what happens is it weakens the metal in certain spots and then if at any time it's exposed to humidity. Morning grooming salon, which is like all the time, that gives rust a place to bloom okay. </w:t>
      </w:r>
      <w:r>
        <w:br/>
      </w:r>
    </w:p>
    <w:p w:rsidR="007B4005" w:rsidRDefault="00000000">
      <w:r>
        <w:t xml:space="preserve">So skip the alcohol. I know some people favor it and they have been vocal about it. There are other better methods and better ways to go about this. I have done the back work on it. Trust me when I tell you ammonia. Ammonia doesn't kill viruses. Kennel cough is a virus. It doesn't even kill most germs. And once it's dry, many people say it smells like urine. So that's the last thing water, so long, smell like is urine. </w:t>
      </w:r>
      <w:r>
        <w:br/>
      </w:r>
    </w:p>
    <w:p w:rsidR="007B4005" w:rsidRDefault="00000000">
      <w:r>
        <w:t xml:space="preserve">So skip the ammonia essential oils just now. Just no nope it doesn't kill anything we needed to. Seriously, it smells lovely. Just no. Fabuloso smells great. It is a fantastic cleaner, is not a disinfectant. And so yeah, you can clean with it because it smells great and you can get gallons and gallons of it cheap. But you need to go over it with a disinfectant. That's all the rest of it. Pine Sol doesn't work. It's a great cleaner, not a disinfectant. Henakoff Giardia. Viruses not killed by pine Sol. </w:t>
      </w:r>
      <w:r>
        <w:br/>
      </w:r>
    </w:p>
    <w:p w:rsidR="007B4005" w:rsidRDefault="00000000">
      <w:r>
        <w:t xml:space="preserve">Simple green cleaner. Now there's simple green disinfectant. There's simple green cleaner. These are very different things. Simple green disinfectant is in fact quite simple green cleaner is a cleaner is not a disinfectant. Thieves cleaner. So thieves is again, it's an essential oil. And while thieves cleaner will kill, it's used Commonly people use it like if they have an infection in a tooth, they'll use it in their mouth to clean for the infection. That works. </w:t>
      </w:r>
      <w:r>
        <w:lastRenderedPageBreak/>
        <w:t xml:space="preserve">However, it doesn't kill viruses. What are we killing in a salon? Viruses right? Skip the thieves. Vinegar while being a disinfectant, is not a disinfectant we need to use in a salon. </w:t>
      </w:r>
      <w:r>
        <w:br/>
      </w:r>
    </w:p>
    <w:p w:rsidR="007B4005" w:rsidRDefault="00000000">
      <w:r>
        <w:t xml:space="preserve">So people will store their absorber towels in vinegar and water. Ok So what you've done when you do that is you've literally contaminated everything in that bucket with the absorber that you've just used. Because where are we putting that towel? We're putting it on the vectors that's the face, the butt, the penis or vula. This is where these viruses are coming from. Vinegar, as we know, does not kill viruses so what have you done? You've taken the viruses from one pet that you may or may not know has or something, and you've then put it in the bucket with all the rest of the absorber towels, spreading those viruses throughout. </w:t>
      </w:r>
      <w:r>
        <w:br/>
      </w:r>
    </w:p>
    <w:p w:rsidR="007B4005" w:rsidRDefault="00000000">
      <w:r>
        <w:t xml:space="preserve">Take the absorber towel, throw it in the wash, bleach it, dry it. Yes, it will come on a hard, crusty lump. No, you cannot use Lysol if you are servicing cats. Someone asked about Lysol and it does promise to kill 99 % of everything in the air. Skip it because if you're using, if you're doing cats, skip it. What you need is not Lysol for your air. I'll go over what you need for your air in just a little bit, but it's not Lysol. Someone else asked about thoughts on spritzing brushes and Combs between pets with alcohol. </w:t>
      </w:r>
      <w:r>
        <w:br/>
      </w:r>
    </w:p>
    <w:p w:rsidR="007B4005" w:rsidRDefault="00000000">
      <w:r>
        <w:t xml:space="preserve">It all depends. Do you not like your brushes and Combs? If you enjoy spending lots of money on buying new brushes and Combs and want to stand there for 10 minutes, spritzing them over and over and over for 10 minutes, then yeah, I guess you can use that. Is it ideal? No peroxide. Same thing. One towel, no matter what kind per pet, until it's bleached, washed and dried straight up every single time. You never share towels because what you're doing is you're applying the towel literally to the vector areas where it's saliva, feces, and urine. We dry these areas. You don't skip drying A dog's face. You don't skip drying A dog's butt or their groin area. </w:t>
      </w:r>
      <w:r>
        <w:br/>
      </w:r>
    </w:p>
    <w:p w:rsidR="007B4005" w:rsidRDefault="00000000">
      <w:r>
        <w:t xml:space="preserve">These are the areas that stay damp. Is the face, the butt, the groin we have to get them dry. So unless you're skipping the majority of the pet, which you can't do because now you have bacterial issues that grow because it's wet and no one towel per pet per day, every single time until they're washed and bleached and cleaned all right so types of disinfectants, Barbicide is they have so many different types of barbicide. There's barbicide wipes there's barbicide spray there's barbicide in a you can get a dip container and you just put your stuff in there. Now here's the thing about barbicide, Do not leave metal in there for long periods of time. </w:t>
      </w:r>
      <w:r>
        <w:br/>
      </w:r>
    </w:p>
    <w:p w:rsidR="007B4005" w:rsidRDefault="00000000">
      <w:r>
        <w:t xml:space="preserve">So you don't want anything in your barbicide for longer than like half an hour because it does erode metal. I had a groomer I was working with. She had done a chow that had a very soft feces all over his butt. She used A10 blade to kind of heal it i mean it was just covered. </w:t>
      </w:r>
      <w:r>
        <w:lastRenderedPageBreak/>
        <w:t xml:space="preserve">She used the tin blade to cover uncover the hard stuff that was around the rectum and the blade was packed with feces and she just dumped it in the Barbasol after using a toothbrush to get the poop out of the teeth. She forgot about it overnight. She came back the next morning that blade was literally a solid pile of rust. </w:t>
      </w:r>
      <w:r>
        <w:br/>
      </w:r>
    </w:p>
    <w:p w:rsidR="007B4005" w:rsidRDefault="00000000">
      <w:r>
        <w:t xml:space="preserve">It was just it was ruined. So don't leave your blades in Barbasol overnight. There are I like the Barbasol wipes and they're very good. You can take a the dip cup thing i have that in my station as well so I use that for the hemostats if I can't get a hold of the tick and I need the hemostats I will use, I'll put them in the barbicide in the barbicide dip cup and I'll leave them in there for like ten fifteen minutes. </w:t>
      </w:r>
      <w:r>
        <w:br/>
      </w:r>
    </w:p>
    <w:p w:rsidR="007B4005" w:rsidRDefault="00000000">
      <w:r>
        <w:t xml:space="preserve">Chlorine compounds, 10 % bleach and water is fantastic. Chlorhexidine, hydrogen peroxide based disinfectants and quats. So how to disinfect so crates. Every single time I give this class in person I have somebody that gives me the look when I describe this very thing. So when you are cleaning your crates, you go inside the crate and you clean the bottom and you clean the sides and you clean the back and you clean the top and then you come out and you shut the door and you go to the next one. </w:t>
      </w:r>
      <w:r>
        <w:br/>
      </w:r>
    </w:p>
    <w:p w:rsidR="007B4005" w:rsidRDefault="00000000">
      <w:r>
        <w:t xml:space="preserve">What's the key component that we're missing and cleaning here? The door. I have had rumors that have been grooming for over 20 years say, Oh my God, I have never cleaned a crate door because it's behind you when you're cleaning the crate, you need to clean the crate door because that's where all they breathe and they bark and they spit inside and outside the crate door. So you need to clean both sides of that crate door before you move on to the next crate. You need to just in fact, like in my salon we use, they're called Primo pads. It's a they can't chew them, they can't scratch through them it's a like a very thick vinyl covering on a nice soft pad. </w:t>
      </w:r>
      <w:r>
        <w:br/>
      </w:r>
    </w:p>
    <w:p w:rsidR="007B4005" w:rsidRDefault="00000000">
      <w:r>
        <w:t xml:space="preserve">So we have, I have so many seniors those like that's the only dogs I do now are the seniors and as they're passing I'm filling those spots with cats and bunnies. So those have to be washed at with cleaner and then disinfected after every pet. If you have a like a soft material bed that you're providing for your senior pets, those should be washed between every pet because you're talking the direct contact vector areas, which is the mouth, the penis, the anus that are on that bed. So that needs to be removed before another pet can use that. </w:t>
      </w:r>
      <w:r>
        <w:br/>
      </w:r>
    </w:p>
    <w:p w:rsidR="007B4005" w:rsidRDefault="00000000">
      <w:r>
        <w:t xml:space="preserve">And I find for me it is easier to use the Primo pads because they don't go in the wash because those beds can be really heavy and they take in the soft ones. I know because my guys have the soft ones. Washing and drying them is it's a time thing and they fill a lot of the washing machine. So if you're using cage banks, the bottom tray in a cage bank needs to be taken out, rinsed at a tub and thoroughly disinfected. That's the some people call it the P </w:t>
      </w:r>
      <w:r>
        <w:lastRenderedPageBreak/>
        <w:t xml:space="preserve">tray because when they're on the grate and they pee, it goes down into the tray below. </w:t>
      </w:r>
      <w:r>
        <w:br/>
      </w:r>
    </w:p>
    <w:p w:rsidR="007B4005" w:rsidRDefault="00000000">
      <w:r>
        <w:t xml:space="preserve">I worked in a salon where they would wash the grate with a quat at the end of the day, but no one cleaned out the Peach tray. So I would go in and there would be crystallized urine on the days that I worked because no one had cleaned that out in days like since the week last week i had been there prior. There's, you know, crispy dried up poos in there. Clean the petre under every crate after every single pet, every single day. </w:t>
      </w:r>
      <w:r>
        <w:br/>
      </w:r>
    </w:p>
    <w:p w:rsidR="007B4005" w:rsidRDefault="00000000">
      <w:r>
        <w:t xml:space="preserve">They shouldn't have to breathe someone else's crystallized urine that's gross. I've done CPR classes in salons in which they had the crystallized urine and an old feces in the petre. And I went in to do a CPR class and I had to rather than take one break 2 and a half hours in, I was taking a break every half an hour so everybody could go outside and breathe because we were all breathing as well. It shouldn't be like that in your salon and that those there was 5 poor rumors that worked in that day in day out. Your tub. Your tub or tables sorry, skipped 1, so you want to spray it down? Let it sit for a minute or two, depending upon your contact time everybody's contact time is going to be different read your bottles so and then wipe it down. </w:t>
      </w:r>
      <w:r>
        <w:br/>
      </w:r>
    </w:p>
    <w:p w:rsidR="007B4005" w:rsidRDefault="00000000">
      <w:r>
        <w:t xml:space="preserve">This includes the grooming arm. Use your U V1 for 90 seconds. The tool clean makes the UV wand again. I am not getting paid by them i have no deal with them i'm not making any money off this. I just love their products because they're great. They're sound, they do good testing and they test the product. Not like you'll see other types of UV tools, tool cleaners and things like this. And it's the method that they test and they'll say, oh, well, the method is to tool clean sends the actual product to be tested for viability. And they get that product tested and approved, saying, yes, this does sanitization. </w:t>
      </w:r>
      <w:r>
        <w:br/>
      </w:r>
    </w:p>
    <w:p w:rsidR="007B4005" w:rsidRDefault="00000000">
      <w:r>
        <w:t xml:space="preserve">This is exactly what it's supposed to do. So it's not the method they're testing, it's the actual product, which is different. All right, so you're tough. Every single all right, let me phrase it this way. You stay at a hotel Okay, and you bring your bags in. You've had a very long flight you're tired. It's been a long day. You're hungry because by the time your flight finally got to where you were going, everything in the airport was closed. </w:t>
      </w:r>
      <w:r>
        <w:br/>
      </w:r>
    </w:p>
    <w:p w:rsidR="007B4005" w:rsidRDefault="00000000">
      <w:r>
        <w:t xml:space="preserve">So you have a bag of Cheez, its and you have a bottle of water and that's all you've got on you and you're not going to go get an Uber to try and find the midnight open restaurant. So you're in your room and you're like OKI just. I feel yucky. I'm going to go take a shower. So you walk into the bathroom and you slide the shower curtain open and there's somebody else's hair in the tub and it's all over the tub and the towel is a used towel. Would you just go meh and hop in that tub or would you March your tired Heine down to the front desk and go, yeah, none of this. </w:t>
      </w:r>
      <w:r>
        <w:br/>
      </w:r>
    </w:p>
    <w:p w:rsidR="007B4005" w:rsidRDefault="00000000">
      <w:r>
        <w:lastRenderedPageBreak/>
        <w:t xml:space="preserve">I am not doing this. I don't care how tired I am you're getting me another room because at this point I am grouchy. Because that's what I would and it's actually what I have done in the past for that very reason. So because you don't want to bathe in someone else's filth, heaven knows what diseases that they may have could be athlete's foot, could be anything could be in that tub and I do not want to put my body in it. </w:t>
      </w:r>
      <w:r>
        <w:br/>
      </w:r>
    </w:p>
    <w:p w:rsidR="007B4005" w:rsidRDefault="00000000">
      <w:r>
        <w:t xml:space="preserve">Don't do that to the pets that we grow. Clean that tub in between every pet every single day chlorhexidine you can get it on chewy and that they have quite a good stock and it's right now a very reasonable price it's the lowest I've seen it in a couple years. I order about four gallons at a time and the entire tub gets sprayed down in between every single pet and that includes the loop that includes the bottom of the tub, the sides of the tub, Al pieces, the tub. </w:t>
      </w:r>
      <w:r>
        <w:br/>
      </w:r>
    </w:p>
    <w:p w:rsidR="007B4005" w:rsidRDefault="00000000">
      <w:r>
        <w:t xml:space="preserve">If a recirculator was used and we didn't froth, then the recirculator gets run through with Chlorhexidine and my recirculators are 18 and 24 years old at this point and I have been doing this for 18 years, 19 years. So at least since I got the second one, if not before, I honestly don't remember it's been a very long time in between every single pet, every single time, every single day. And it works great there's no soaps come in them, they're whistle clean and Ashley Henby will go over with all that with you as well in her class, which is an excellent class by the way. </w:t>
      </w:r>
      <w:r>
        <w:br/>
      </w:r>
    </w:p>
    <w:p w:rsidR="007B4005" w:rsidRDefault="00000000">
      <w:r>
        <w:t xml:space="preserve">So water bowls. The quickest way to cause a count cough outbreak in your salon is shared water bowls, not cleaned in between pets. All water bowls should be washed with dawn dish detergent or any other soap detergent they of your preference and soaked in 10 % bleaching water solution for 10 minutes and then rinse with water thoroughly and then dry them. We have enough water bottle or water bowls in my salon to have every pet have a bowl of water if they so desire. </w:t>
      </w:r>
      <w:r>
        <w:br/>
      </w:r>
    </w:p>
    <w:p w:rsidR="007B4005" w:rsidRDefault="00000000">
      <w:r>
        <w:t xml:space="preserve">And the little hangers that keep them on the crate keep it from spilling. And i got the bowls at the dollar store and the hangers I got off Amazon and altogether it was maybe a couple bucks per crate because most of mine we do a cattle call because most of our owners work. So they drop off at eight thirty and they do not pick up until 5:00 o'clock, so they're walked in water. And yes, that is included in my price point. All right, so tables. Now to clean and disinfect your table between pets, I recommend a quat two fifty six kennel saw. </w:t>
      </w:r>
      <w:r>
        <w:br/>
      </w:r>
    </w:p>
    <w:p w:rsidR="007B4005" w:rsidRDefault="00000000">
      <w:r>
        <w:t xml:space="preserve">There's a million different quats out there. Which you choose and what company makes them is entirely up to you they all work as well as the others and I however use Chlorhexidine in my cat room because it is a bit more skin friendly. I will not say skin safe because not skin safe, but it is more skin friendly. And though I have no studies to back this up, I believe that cats tend to be more sensitive to cleaners and disinfectants than dogs are simply because they're self groomers. And so anything we're putting on a surface, we will be </w:t>
      </w:r>
      <w:r>
        <w:lastRenderedPageBreak/>
        <w:t xml:space="preserve">putting in them. </w:t>
      </w:r>
      <w:r>
        <w:br/>
      </w:r>
    </w:p>
    <w:p w:rsidR="007B4005" w:rsidRDefault="00000000">
      <w:r>
        <w:t xml:space="preserve">So we have to make sure whatever it is that we're using as a disinfectant or a cleaner in a cat room, we have to make sure it's dry before we put a pet on it in for dogs, I use Biothane loops and trach savers exclusively, simply because I can clean them in between every pet, and I can't do that with a fabric loop. So when you're doing your table and you know some people get all freaked out about, oh, you're using too much disinfectant to do this on my table literally cost me less than a penny. </w:t>
      </w:r>
      <w:r>
        <w:br/>
      </w:r>
    </w:p>
    <w:p w:rsidR="007B4005" w:rsidRDefault="00000000">
      <w:r>
        <w:t xml:space="preserve">So don't quibble over pennies cover the surface, don't freak out about oh, it's too much. Literally pennies. So you wipe down that entire thing in between every pet and then. This is for time. So you'd wait 2 minutes. I didn't want to spend 2 minutes on the video to take up that much class time. And then you just wipe it down and let it dry. You can even run your dryer over it so that it's dry before the next pet hits the table. I've done that in the past, but. Generally not necessary because there's always something for me to do in between pets that takes me longer than a minute or two. </w:t>
      </w:r>
      <w:r>
        <w:br/>
      </w:r>
    </w:p>
    <w:p w:rsidR="007B4005" w:rsidRDefault="00000000">
      <w:r>
        <w:t xml:space="preserve">So notice when you're looking at the video, you'll see there's a glove on my hand that is a frisk glove that I use on my offhand because I do groom cats and this is a tool clean wand so it is t o o l. Klean tool clean and I you go over the area with the wand. Now my hand is gloved because what it does is it breaks down the DNA of the bacteria. However, it will break down your DNA too. So I just wear a glove because I have the first glove. It's there for the bite. </w:t>
      </w:r>
      <w:r>
        <w:br/>
      </w:r>
    </w:p>
    <w:p w:rsidR="007B4005" w:rsidRDefault="00000000">
      <w:r>
        <w:t xml:space="preserve">Excuse me, the bitey little Maltese that I grown that wants to bite me one more time before she passes away. She is about a million years old and but she's fast as a little cobra and she's been like that since she was a baby. All right, the air we breathe, we do have to clean the air we breathe, and every salon should have an air purification system. As well as dehumidifiers, UV stand lights that cover an entire room should be used nightly. </w:t>
      </w:r>
      <w:r>
        <w:br/>
      </w:r>
    </w:p>
    <w:p w:rsidR="007B4005" w:rsidRDefault="00000000">
      <w:r>
        <w:t xml:space="preserve">As far as dehumidifiers, you ever get hair slivers. The hair slivers that you get on a regular basis is because your humidity is too high so that the hair is sticking inside your in between your fingers in your elbows. I have had when I worked in a salon, on the sides of my neck, I've gotten hair slivers because we weren't allowed to use the air conditioner if it wasn't at least 80 degrees in the salon. So we were sticky. So when you're sweating, hair slivers will stick to you. Take the dehumidifier, put it on and what I do. Is my range for the salon is 45 to 50 % humidity and it's not too high, it's not too low. </w:t>
      </w:r>
      <w:r>
        <w:br/>
      </w:r>
    </w:p>
    <w:p w:rsidR="007B4005" w:rsidRDefault="00000000">
      <w:r>
        <w:lastRenderedPageBreak/>
        <w:t xml:space="preserve">It's comfortable for the brachy dogs and dogs should not be in kept in higher humidity because they can will get heat strokes, especially the brachy dogs and I have pugs so I might be a bit hypersensitive to that. But if my dogs and they go to work with me every day so that salon will never be more than 50 % humidity. And so if you have a an HVAC system that works beautifully. </w:t>
      </w:r>
      <w:r>
        <w:br/>
      </w:r>
    </w:p>
    <w:p w:rsidR="007B4005" w:rsidRDefault="00000000">
      <w:r>
        <w:t xml:space="preserve">So if you yes, many will end up with air so dry they end up with static and then you have to put moisture into the coat and on yourself. So then you're going the opposite direction. We're actually trying to throw humidity into the air and putting on quite a bit of spray ends and leave ends and things like that in order to kind of tame it. So now with the dehumidifier, what we do is we take mosquito netting and we put the mosquito netting over the IT first, it's for strollers and you can get them in two packs, Walmart, Amazon. </w:t>
      </w:r>
      <w:r>
        <w:br/>
      </w:r>
    </w:p>
    <w:p w:rsidR="007B4005" w:rsidRDefault="00000000">
      <w:r>
        <w:t xml:space="preserve">Anywhere like that will have them and it's simply mosquito netting for a stroller and you just wrap it around the dehumidifier and it will keep the hair on the outside. And at the end of every day it just gets pulled off and that netting gets tossed into the washing machine and the new one is applied. So it keeps it nice and clean. That dehumidifier is 10 years old and it gets used day in day out. So even in the winter time, if we're not running the air conditioner, the salon stays nice and level for humidity air conditioners. </w:t>
      </w:r>
      <w:r>
        <w:br/>
      </w:r>
    </w:p>
    <w:p w:rsidR="007B4005" w:rsidRDefault="00000000">
      <w:r>
        <w:t xml:space="preserve">We have two that go through the wall and one that goes actually out the wall. So it's like a the kind that rolls, you know the moving, the large ones that you can move maneuver around. And it's not like the big box thing that goes half out the wall of the salon. For the ones that do go out the wall and aren't the portable kind, those filters need to be cleaned every single day at the end of every day or after a blowout. So anytime you have hair covering that, you're breathing that, so you want to vac that off so when you're back in the floor. </w:t>
      </w:r>
      <w:r>
        <w:br/>
      </w:r>
    </w:p>
    <w:p w:rsidR="007B4005" w:rsidRDefault="00000000">
      <w:r>
        <w:t xml:space="preserve">Just vac off the air conditioner at the end of every day take that filter out, vac it off, rinse it with hot water and you know blow it out with your high velocity dryer. And then at the end of the day, if you're not turning the air conditioner back on, you just put the filter in it and close it if you are turning that air conditioner back on so that when you come in the morning it has kept it at a an equal level. You're going to want to make sure that filter is exceptionally dry, and for the portable kind you want to do the exact same thing. </w:t>
      </w:r>
      <w:r>
        <w:br/>
      </w:r>
    </w:p>
    <w:p w:rsidR="007B4005" w:rsidRDefault="00000000">
      <w:r>
        <w:t xml:space="preserve">But it's actually easier for the portable air conditioners to just simply rinse it off rather than back it off and you can do the same thing. High velocity dryer. Get all that water out of there, pop it back in for central air units. Your filters will last between a month, so that's the HVAC systems between a month and three. Depending upon what volume you do and what type of filters you have. So if you are not in charge of that and your landlord is discuss with him that </w:t>
      </w:r>
      <w:r>
        <w:lastRenderedPageBreak/>
        <w:t xml:space="preserve">you are going to be having a profound amount of dander and things like this in the filter because you want that air to be clean, this here is the exact air. </w:t>
      </w:r>
      <w:r>
        <w:br/>
      </w:r>
    </w:p>
    <w:p w:rsidR="007B4005" w:rsidRDefault="00000000">
      <w:r>
        <w:t xml:space="preserve">Purifier that I use in my salon. Again, I'm not associated with this company. I just use their product and I find it to be fantastic. It's called the Beyond by Eris and that's a e. R u s eris Beyond by Eris and this does 2000 square feet per hour and it also has a UV light for contaminants. And we don't get, we don't pass sickness around our salon. So somebody has a cold. </w:t>
      </w:r>
      <w:r>
        <w:br/>
      </w:r>
    </w:p>
    <w:p w:rsidR="007B4005" w:rsidRDefault="00000000">
      <w:r>
        <w:t xml:space="preserve">None of the rest of us get it simply because we have the system and it works beautifully. I mean absolutely beautifully. It has done a world of good for us and that the air tastes clean. I don't know how else to put it but it when we installed it we came in it because we got it at I got it at trade show and we came in on Monday went the air actually tastes different it the tastes clean. </w:t>
      </w:r>
      <w:r>
        <w:br/>
      </w:r>
    </w:p>
    <w:p w:rsidR="007B4005" w:rsidRDefault="00000000">
      <w:r>
        <w:t xml:space="preserve">So I have a 1350 square foot salon and this does 2000 square feet an hour and even my cat owners with allergies will come in and go oh I need your purifier. And they'll stand next to it and they're like, oh, I feel so much better because I was in the car with the cat the whole way here and I was breathing all of that. And then once they can breathe again, then they go back out to their car and put all the windows down and blow all that out while they they're waiting for the cat. If they're not going to stay with it while it's groomed. All right. So we now need to discuss groomer's lung. </w:t>
      </w:r>
      <w:r>
        <w:br/>
      </w:r>
    </w:p>
    <w:p w:rsidR="007B4005" w:rsidRDefault="00000000">
      <w:r>
        <w:t xml:space="preserve">Groomer's lung is very real. It is caused by years of breathing dander, fur and other particles we blow off of the dog or the cat and into the air that we breathe. Anyone here that has groomed the cat has seen the chunks of dander that come out. When you, like, touch the cat, you know, you take him out of the crate to do the intake and you run your fingers down, just kind of feel on what's going on in there and it's chunks of dander that are coming out. And it's unbelievable. So and it's the same with the dogs. </w:t>
      </w:r>
      <w:r>
        <w:br/>
      </w:r>
    </w:p>
    <w:p w:rsidR="007B4005" w:rsidRDefault="00000000">
      <w:r>
        <w:t xml:space="preserve">The dogs that haven't been groomed in forever, you have a ton of dander. Well when we're blowing out that pet, we're breathing that in. If they're we don't have anything over our faces and we've all done the mask thing for a very long time if you do not. Want to do a mask? That's fine. This beekeeper hat is an option. This is my groomer Ashley, and Ashley wears the beekeeper hat because she prefers it to the onion glasses. </w:t>
      </w:r>
      <w:r>
        <w:br/>
      </w:r>
    </w:p>
    <w:p w:rsidR="007B4005" w:rsidRDefault="00000000">
      <w:r>
        <w:t xml:space="preserve">Now, onion glasses are basically glasses, but they have like a foam that goes around the inside so that the hair can't get in there. My assistant uses it when we brush out bunnies. Because what happened this has happened more than once is when she was not wearing </w:t>
      </w:r>
      <w:r>
        <w:lastRenderedPageBreak/>
        <w:t xml:space="preserve">those and we were brushing out bunnies, they the hair went into her eye and so it abraded the inside of her eye and she ended up with an infection in her eye from a piece of rabbit fur. </w:t>
      </w:r>
      <w:r>
        <w:br/>
      </w:r>
    </w:p>
    <w:p w:rsidR="007B4005" w:rsidRDefault="00000000">
      <w:r>
        <w:t xml:space="preserve">And I like the beekeepers hat because at the end of the day it just goes, it gets thrown in the washing machine. So by the next day she I have two so the other she is the other one. And then when the other one comes out of the dryer that gets put in the closet the next day. So let's see what else. Also when you're filing nails. We actually have a rebreather type mask rather than a cloth mask and the reason we use the rebreather type mask is because the for years I had used the cloth masks but I noticed I could taste the Dremel dust. </w:t>
      </w:r>
      <w:r>
        <w:br/>
      </w:r>
    </w:p>
    <w:p w:rsidR="007B4005" w:rsidRDefault="00000000">
      <w:r>
        <w:t xml:space="preserve">So if I can taste the Dremel DOS, that means I'm breathing the Dremel Dos. And these masks were getting washed every single day, so that obviously wasn't cutting it. So then I went to the N 95 masks and but I couldn't get them when they, you know that you couldn't get them anywhere. So I went to the rebreathers. Let me tell you that I noticed a significant difference. When I'm wearing the rebreather than to when I wore the cloth mask, I noticed I'm coughing less. </w:t>
      </w:r>
      <w:r>
        <w:br/>
      </w:r>
    </w:p>
    <w:p w:rsidR="007B4005" w:rsidRDefault="00000000">
      <w:r>
        <w:t xml:space="preserve">I noticed that I'm breathing better than when I was using a cloth mask for filing nails because everybody, all the dogs in my salon gets their nails filed on the regular so. The REB and even Ashley, who is not a huge fan of the masks, will wear the rebreather because Finally Nails doesn't take all that long. It's a fairly quick process, whereas blowing out and doing a drying on a on a big zillion burger mix that takes a significant amount of time. So she doesn't want to wear. She's not comfortable wearing a mask for that long and it's too much. You can also use like one of the disposable n ninety fives underneath the cloth mask and then wash the cloth mask at the end of every day. </w:t>
      </w:r>
      <w:r>
        <w:br/>
      </w:r>
    </w:p>
    <w:p w:rsidR="007B4005" w:rsidRDefault="00000000">
      <w:r>
        <w:t xml:space="preserve">But you if you ever noticed you can taste the Dremel filing in that N 95 I wouldn't use it more than like a day. Maybe 2, but again, the rebreather is going to be cheaper in the long run because it is going to last longer and it's made for a much higher particulate than what you'd be getting off of a nail enclosure. Items, this is my station. Everything is enclosed. You'll see the cabinet to the left hand of the screen that's hanging up. </w:t>
      </w:r>
      <w:r>
        <w:br/>
      </w:r>
    </w:p>
    <w:p w:rsidR="007B4005" w:rsidRDefault="00000000">
      <w:r>
        <w:t xml:space="preserve">That's Ashley's cabinet for when I'm bathing, when I'm doing cats and bunnies, The three doors with all the pugs on it, that's mine. So, and then we have the toolkits. The two to the far right are mine. The one on the left is hers. And then our cleaning cloths and muzzles are on the white thing underneath you see the chalkboard here that we have our list in for the day. And then the Sterilite drawers down here, and those contain our first aid kit and cones. And then the locker that you see there is for like the belly bands and stuff like that, things that you'd hang up. </w:t>
      </w:r>
      <w:r>
        <w:br/>
      </w:r>
    </w:p>
    <w:p w:rsidR="007B4005" w:rsidRDefault="00000000">
      <w:r>
        <w:lastRenderedPageBreak/>
        <w:t xml:space="preserve">So everything is enclosed so that between every pet everything can be quickly and easily cleaned. And these big box tool kits you can purchase, the one in the middle is completely separate from the two large ones on the side and that was you can get them at Harbor Freight. And they're not very expensive especially during Black Friday Deals and it's actually smaller than a cart, you know those carts and everything is closed up inside of it. So now we have cleaners for tools, so we have tool clean cleaner, which I like simply because it's quick, it's easy and. </w:t>
      </w:r>
      <w:r>
        <w:br/>
      </w:r>
    </w:p>
    <w:p w:rsidR="007B4005" w:rsidRDefault="00000000">
      <w:r>
        <w:t xml:space="preserve">You can use soap and water too for a cleaner. You can also use redip as well for a cleaner. Please note that the redip and tool clean cleaner are cleaners. These are not disinfectants, they are not vericitals. H forty two is a vericidal barbicide has some that are H that are vericidals as well. But know what you are applying when it does come to cats. You are not going to want to use h forty two or redip at any time if you are grooming cats because both of these products are toxic to cats. What I use in my cat room is I use chlorhexanine and I apply it for the proper contact time. </w:t>
      </w:r>
      <w:r>
        <w:br/>
      </w:r>
    </w:p>
    <w:p w:rsidR="007B4005" w:rsidRDefault="00000000">
      <w:r>
        <w:t xml:space="preserve">I let it dry and then I wipe the surface with a clean cloth. So and anytime you're not going to want to put either redip or age 42 on a blade and have it be damp and put it on to any pet, any dog or anything, simply because they are toxic if ingested so you do want them to dry all right, so. Cleaning your Clipper blade. This is the tool clean cleaner. </w:t>
      </w:r>
      <w:r>
        <w:br/>
      </w:r>
    </w:p>
    <w:p w:rsidR="007B4005" w:rsidRDefault="00000000">
      <w:r>
        <w:t xml:space="preserve">Again, you can use soap and water if that's your druthers. Just make sure that you dry the blade appropriately or it will rust because soap and water will rust the blade. The tool cleaner tool clean cleaner will not rust the blade. That's why I use it. It's just easier on me. So you see that the toothbrush gets all the little fuzz and stuff out of there. And this is the Chlorhexidine is a significantly better option than alcohol, simply because the Chlorhexidine will not eat your blades where alcohol will. They'll leave them with tiny pits in them, and Clipper blades are too expensive to ruin them with alcohol I have I take very good care of my blades. </w:t>
      </w:r>
      <w:r>
        <w:br/>
      </w:r>
    </w:p>
    <w:p w:rsidR="007B4005" w:rsidRDefault="00000000">
      <w:r>
        <w:t xml:space="preserve">Some of my blades are 3234 years old. And still get used daily. Granted they did make them better by then no lie the better quality steel than they do now. But I do not dilute the Chlorhexidine, I use it straight. However I do not use citric acid Chlorhexidine, so it must say that it does not contain citric acid on the bottle. If it's a citric acid I do not use in the cat room, I will use it in the dog areas to clean the tubs and things like that because no cats go there. However, if it's for cats, I do not use any Chlorhexidine with citric acid in it, which is yeah, it. </w:t>
      </w:r>
      <w:r>
        <w:br/>
      </w:r>
    </w:p>
    <w:p w:rsidR="007B4005" w:rsidRDefault="00000000">
      <w:r>
        <w:t xml:space="preserve">Is it an extra step and granted, is it necessary? Probably not. But for me, it is simply because toxicity is a matter of volume and I don't know what they're being exposed to at home. So </w:t>
      </w:r>
      <w:r>
        <w:lastRenderedPageBreak/>
        <w:t xml:space="preserve">you would use it just like I just used the h forty two. I do wipe it. I'd wipe all of the tools in between and so this is the age 42 dip. I personally prefer the spray because with the dip the stuff that comes off of the Clipper blade sits in the bottom. I wipe off every single blade after they have been cleaned with a cleaner towel every single blade, every single time, simply because I don't want anything on there that's going to get on a pet. </w:t>
      </w:r>
      <w:r>
        <w:br/>
      </w:r>
    </w:p>
    <w:p w:rsidR="007B4005" w:rsidRDefault="00000000">
      <w:r>
        <w:t xml:space="preserve">So when you're using it, you want to see where the edge of the Clipper blade is you're not going to want to sink into the liquid any further than that. And then do not turn your Clipper blade up because any of that fluid that goes down into the Clipper blade, it's going to kill the Clipper because that's going to going to run in and then I immediately snap it off of the Clipper to get the wet blade off of my Clipper blade because I don't want any of that fluid inside my Clipper. </w:t>
      </w:r>
      <w:r>
        <w:br/>
      </w:r>
    </w:p>
    <w:p w:rsidR="007B4005" w:rsidRDefault="00000000">
      <w:r>
        <w:t xml:space="preserve">And so they do get scrubbed just like you would and then they get wiped off. The thing about the dip cup is you can see all the goop in the bottom of the dip cup. That's why I don't like it. And that dip cup was only used a few times and the rest of that dip cup was put in spray bottle. All right, so these are scissor cups. And again, these are tool clean scissor cups if you have good quality steel blades so no colored blades, none of the rainbow, none of the leopard print, none of those kind of blades should ever go anywhere near a scissor cup. </w:t>
      </w:r>
      <w:r>
        <w:br/>
      </w:r>
    </w:p>
    <w:p w:rsidR="007B4005" w:rsidRDefault="00000000">
      <w:r>
        <w:t xml:space="preserve">Because what happens is they will warp because in order to for the coloring to adhere to the metal, it has to be a lesser quality metal. The higher the four forty C is the best quality metal. They won't hold color, it's just it the metal is too dense and the color won't sit in the metal. So you're never going to see the really expensive shears anything other than silver simply because it they won't hold color. So if you have an inexpensive shear that is gold or rose gold Rainbow Leopard prints, has pictures and stuff on it or they're black, do not put them in the scissor cup because they will warp. </w:t>
      </w:r>
      <w:r>
        <w:br/>
      </w:r>
    </w:p>
    <w:p w:rsidR="007B4005" w:rsidRDefault="00000000">
      <w:r>
        <w:t xml:space="preserve">I had a piece of a pair of shears that I used for I got them for free and I it was like a drawing kind of thing and it. I got a pair of them and I put them in the scissor cup and I couldn't close them because they worked. And I called tool clean and I was like and she's like, yeah, you didn't read the instructions, did you? It says don't put cheap metal in here. And I was like, Oh no, I didn't sit really. No, i didn't. So that was, you know, I didn't lose anything the shears were maybe worth 5 bucks at best. </w:t>
      </w:r>
      <w:r>
        <w:br/>
      </w:r>
    </w:p>
    <w:p w:rsidR="007B4005" w:rsidRDefault="00000000">
      <w:r>
        <w:t xml:space="preserve">But don't put cheap metal in your scissor cup ever. Or to ruin them all right, so this is how you clean shears. So you just finished a dog, You take your tool clean cleaner and you spritz it over your scissors, your shears, and then you just wipe them down with the your cleaning rag and make sure you get in between it up in there because hair does get up in there and </w:t>
      </w:r>
      <w:r>
        <w:lastRenderedPageBreak/>
        <w:t xml:space="preserve">because hair gets up in there, bacteria is up in there. So that's cleaning them. </w:t>
      </w:r>
      <w:r>
        <w:br/>
      </w:r>
    </w:p>
    <w:p w:rsidR="007B4005" w:rsidRDefault="00000000">
      <w:r>
        <w:t xml:space="preserve">So now you're going to take them, you're going to open them, This is going to heat for 10 minutes and then you're going to sink those blades in there for three minutes. And then you're going to put sheer oil, not Clipper oil, sheer oil in that little spot up at the top and then where your screw is and you're going to maneuver them around, open them and close them and then just run a light coating down the blade and then just dampen off the rest of it. </w:t>
      </w:r>
      <w:r>
        <w:br/>
      </w:r>
    </w:p>
    <w:p w:rsidR="007B4005" w:rsidRDefault="00000000">
      <w:r>
        <w:t xml:space="preserve">Now when you do this and you keep your shears clean, yes, vinegar is also vinegar, and water is also a good alternative. Just know that whatever you use, you have to make sure that you wipe it after to get it dry because this is metal. So whatever we're putting on there, unless it says specifically it's not going to rust your stuff, you've got to wipe it nice and dry and now you guys know the difference between sheer oil and Clipper oil, right just by feel. </w:t>
      </w:r>
      <w:r>
        <w:br/>
      </w:r>
    </w:p>
    <w:p w:rsidR="007B4005" w:rsidRDefault="00000000">
      <w:r>
        <w:t xml:space="preserve">So if you have shear oil and you put a couple drops on your finger and you do, this shear oil will evaporate from that much friction. If you put Clipper oil on that and you do this, you can do this for about 10 minutes and it's still going to be greasy. So you're going to have to go wash, like take a good degreaser and get it off your fingers because it will still be greasy. Shear oil will absorb because what shear oil is it's simply a type of mineral oil. So it will absorb right into your skin and it will leave no residue behind. </w:t>
      </w:r>
      <w:r>
        <w:br/>
      </w:r>
    </w:p>
    <w:p w:rsidR="007B4005" w:rsidRDefault="00000000">
      <w:r>
        <w:t xml:space="preserve">Where Clipper oil is thick and viscous because it has a different friction point, because the Clipper is doing this at a much faster rate and so it needs to higher viscosity okay so tools. Eventually every single tool you have ends up in the toaster you cleaned it, you just infected it. This is where the sanitization occurs. And so inside this box, it's a giant mirror all over so you can even see me with the phone taking the picture of the inside of the box and up top there is where the UV lights are and that light will bounce in every direction to cover you from every angle. </w:t>
      </w:r>
      <w:r>
        <w:br/>
      </w:r>
    </w:p>
    <w:p w:rsidR="007B4005" w:rsidRDefault="00000000">
      <w:r>
        <w:t xml:space="preserve">Now when you use, when you put your expensive brushes in here, do not put them on the top rack. Uv light will degrade the pads if you put them exceptionally close to the UV light. They need to be put on the bottom and they'll be fine. And I know this because I put mine in there every single day and they're fine and I put them on the bottom all right, so this is how you clean your brushes. Again, you can use soap and water you can use vinegar and water, but whatever it is that you're going to be using on your slicker brushes, you're going to want to use a high velocity dryer afterwards to blow the moisture out so that your pins don't rot and rust. </w:t>
      </w:r>
      <w:r>
        <w:br/>
      </w:r>
    </w:p>
    <w:p w:rsidR="007B4005" w:rsidRDefault="00000000">
      <w:r>
        <w:lastRenderedPageBreak/>
        <w:t xml:space="preserve">I like the Chris Christensen long brush for cleaning it comes with what's it called, Magic foam and I like it because the you know, the brush itself is very long and you can get into the longest liquor brush no matter how long the pins are and you can get all the way down to the bottom. So and you can do that for 10 or 15 minutes and set that up between every pet and then when you come back for the with the next pet it's ready to go. </w:t>
      </w:r>
      <w:r>
        <w:br/>
      </w:r>
    </w:p>
    <w:p w:rsidR="007B4005" w:rsidRDefault="00000000">
      <w:r>
        <w:t xml:space="preserve">Now your Combs same thing and that's just the tool clean tool cleaner and you just dry it up and in the toaster your Curry brush. Now the Curry brush you can simply take and take into your bathroom and wash it with soap and water. It does the exact same thing as this. If you do not have access to a bathroom at the salon that you are at then I was in that position and you can use the tool clean cleaner and that will work as well. And this is long, you know, a long handled and then you can use core hex to wash this but it's the problem with clore hex is you'll have probably have to rinse it afterwards, simply because getting in all the nooks and crannies in there to get it to get the wipe the clore hex off is going to be very difficult. </w:t>
      </w:r>
      <w:r>
        <w:br/>
      </w:r>
    </w:p>
    <w:p w:rsidR="007B4005" w:rsidRDefault="00000000">
      <w:r>
        <w:t xml:space="preserve">So and then it goes in the toaster. Of course like all things nail file, if you do bunnies like I do or you're an older government has been doing this since like Fred Flintstone roam the earth like I have, you will have used the nail file. This nail file is older than some of you here in the class and still works great. And you just scrub it up with your cleaner and pop it in your sanitizer. </w:t>
      </w:r>
      <w:r>
        <w:br/>
      </w:r>
    </w:p>
    <w:p w:rsidR="007B4005" w:rsidRDefault="00000000">
      <w:r>
        <w:t xml:space="preserve">All right, so now Snapon Combs if you're like me and if you were to bring your Snapon Combs home and put them in your dishwasher, you would promptly forget all about your Snapon Combs until your work the next day going Oh my God, my Snapon Combs are home in my dishwasher. This is the method that you would use to clean them. Otherwise you can. It is perfectly reasonable for you to put these in your dishwasher at home, if you will actually remember to bring them back to work when you're supposed to. That's the cautionary tale because yes, I did that. Yes, I forgot them. Yes, I live 45 minutes from my salon oops. </w:t>
      </w:r>
      <w:r>
        <w:br/>
      </w:r>
    </w:p>
    <w:p w:rsidR="007B4005" w:rsidRDefault="00000000">
      <w:r>
        <w:t xml:space="preserve">So yeah, that happened. I did have two sets thank goodness I only had one set of the wide blades. And of course I had taken one set of the regular blades and one set of and my only set of the wide blades at home with me. And so I did have my set of regular. And so I had just had to use those for the entire day. And then I forgot them yet again the next day as well. Yeah, so I had to drive them when I got home from work i had to take them back to the salon because I knew I would probably forget them again, even though I put my keys on top of them. </w:t>
      </w:r>
      <w:r>
        <w:br/>
      </w:r>
    </w:p>
    <w:p w:rsidR="007B4005" w:rsidRDefault="00000000">
      <w:r>
        <w:t xml:space="preserve">I put my keys in my pocket and for whatever reason walked out without them. I don't know why. So you want to scrub in between each of the fins. Now you can use the long Chris </w:t>
      </w:r>
      <w:r>
        <w:lastRenderedPageBreak/>
        <w:t xml:space="preserve">Christensen scrubby brush to get in between those because there's a lot of product skin stuff like that you can also use this in the in the those, what do they call them, the little tubs that you put, you know Dawn and water in, you can use those as well. </w:t>
      </w:r>
      <w:r>
        <w:br/>
      </w:r>
    </w:p>
    <w:p w:rsidR="007B4005" w:rsidRDefault="00000000">
      <w:r>
        <w:t xml:space="preserve">A pipe cleaner and dish soap works fine. And you know the jewelry cleaners, those little ultrasonic cleaners, you can clean their these in that as well. But the problem with the ultrasonic cleaner is with wide blades you can only fit like a couple at a time and it takes a few minutes. So if you have a dishwasher at work, yeah, thumbs up, go to it. Dishwashers work great. I mean that was they were so clean. They were like, oh, they were beautiful. But you know, the issue is actually taking back to work the bristle brush. Now if you have never used a bristle brush on a short coated pet, Oh my goodness, you are missing out. </w:t>
      </w:r>
      <w:r>
        <w:br/>
      </w:r>
    </w:p>
    <w:p w:rsidR="007B4005" w:rsidRDefault="00000000">
      <w:r>
        <w:t xml:space="preserve">There are many different kinds. Get a good bristle brush because they're worth the money. They're they will take your short coated dogs to such a high gloss, high gleam simply by evenly distributing the oils through their coat that when the owner walks them outside in the sunlight, they will literally glisten in the sun it's beautiful when I do the Doberman that I do every month, I walk her out because i drive her. She's a friend's dog, so I drive her to and from the salon and I do it on like a day off. And what happens is the traffic stops when they're watching her. </w:t>
      </w:r>
      <w:r>
        <w:br/>
      </w:r>
    </w:p>
    <w:p w:rsidR="007B4005" w:rsidRDefault="00000000">
      <w:r>
        <w:t xml:space="preserve">So this is your bristle brush and you're going to use the comb to kind of pull up some of the fuzz and then use your high velocity dryer on high. This wasn't picking up and then I couldn't figure out and there's like, oh, it's because not on high. So use full force to blow the coat out from between the bristles and you're going to get all that stuff out from between the bristles of the bristle brush. </w:t>
      </w:r>
      <w:r>
        <w:br/>
      </w:r>
    </w:p>
    <w:p w:rsidR="007B4005" w:rsidRDefault="00000000">
      <w:r>
        <w:t xml:space="preserve">And then it goes in the toaster, all right, Your Rotary tool dogs can and do have fungus on their feet. You may not recognize it by sight you may not recognize it by smell. You may If you're like me, you'll smell it. You can smell fungus if you have a very acute sense of smell. I can smell fleas on a dog simply because I can smell the iron that's coming off of their skin. So if you're using sandpaper, you will have to disengage it from your Rotary tool and put it in the UV sanitizer because you can't apply a liquid to that because it'll fall apart it's paper with like a sandy coating on it and so you don't want to use, you don't want to do that if you have a diamond bit, whatever, regardless of the type or kind you're you can buy the kit separately from Whitman's and it's called diamond clean. </w:t>
      </w:r>
      <w:r>
        <w:br/>
      </w:r>
    </w:p>
    <w:p w:rsidR="007B4005" w:rsidRDefault="00000000">
      <w:r>
        <w:t xml:space="preserve">Again, I'm not associated with these people at all, but I like their bit and I like their cleaner and it comes with a little brush it is a metal brush so know that if you accidentally brush your finger you will rip the skin right off. I can test, so I'm new out here doing this so you don't have to, so you still have flesh. So you want to get all of that off, and then you want to </w:t>
      </w:r>
      <w:r>
        <w:lastRenderedPageBreak/>
        <w:t xml:space="preserve">rotate it to dry it so that there's no moisture left on the thing itself, and then just dry it up with your cloth okay so your loops, your wand, your toaster. </w:t>
      </w:r>
      <w:r>
        <w:br/>
      </w:r>
    </w:p>
    <w:p w:rsidR="007B4005" w:rsidRDefault="00000000">
      <w:r>
        <w:t xml:space="preserve">You can always toss those in the. You can want one the loops, toaster loops, you can toss them in the washing machine at the end of the day for the fabric loops, the bio thing, loops are just easier. They can easily be wiped down. It's a quick simple claim. And your hammocks for your senior dogs that can't move or have their you know if you have dogs that have amputations or any type of paralysis. I had a Yorkie I did for years that had a back surgery and he never recovered. So he his front legs worked but his back legs didn't and so he went into a hammock because you couldn't pick up a front leg without him going. </w:t>
      </w:r>
      <w:r>
        <w:br/>
      </w:r>
    </w:p>
    <w:p w:rsidR="007B4005" w:rsidRDefault="00000000">
      <w:r>
        <w:t xml:space="preserve">So I did him in a hammock to groom for most of his grooming and then after I was done with him, they just go in the wash E collars. So the fabric ones toss them in the washing machine, the plastic ones wipe down with Chlorhexidine. Now the reason I say this is for twofold it's one, it's bacteria because you have the vector of them breathing and your air droplets, that's a virus spread, but also because of the pheromones, when they're stressed, they're emitting stress Pheromones, right? We know this. </w:t>
      </w:r>
      <w:r>
        <w:br/>
      </w:r>
    </w:p>
    <w:p w:rsidR="007B4005" w:rsidRDefault="00000000">
      <w:r>
        <w:t xml:space="preserve">Well, where would those be? Those would be in the area that they're breathing out. So when you're taking a cone and you're not cleaning it in between pets, what you're actually doing is increasing the stress level of the second pet you put it on. Because the first pet already blew the stress pheromones all over this and this pet is now breathing those in, which is escalating the stress for that second pet. </w:t>
      </w:r>
      <w:r>
        <w:br/>
      </w:r>
    </w:p>
    <w:p w:rsidR="007B4005" w:rsidRDefault="00000000">
      <w:r>
        <w:t xml:space="preserve">So what might have been just a I don't really love nails and we're going to put this on as a precaution goes to now I'm in a panic. So just clean them between every pet, your muzzles, Chlorhexidine after each and every pet for the same reason because of the droplets as well as the pheromones and dry them thoroughly. You can even rinse them off afterwards and blow them dry with the high velocity dryers towels. Bleach every towel every time and only one towel per pet per day. </w:t>
      </w:r>
      <w:r>
        <w:br/>
      </w:r>
    </w:p>
    <w:p w:rsidR="007B4005" w:rsidRDefault="00000000">
      <w:r>
        <w:t xml:space="preserve">No exceptions. And that including the absorber, towels smocks. There is Ray Pets for those that are house call and mobile and laundry is a factor. Ray pet, Chris Bear Anthony uses them and she seems to like them very much it's a disposable towel. I don't know the logistics on it, on how expensive they are or anything like that, but it's something to look into. If you were a house called mobile and if you're listening to the traveling groomers, they may actually have a coupon code for you on that. I can't remember because some of their ads do have coupon codes, others do not. </w:t>
      </w:r>
      <w:r>
        <w:br/>
      </w:r>
    </w:p>
    <w:p w:rsidR="007B4005" w:rsidRDefault="00000000">
      <w:r>
        <w:lastRenderedPageBreak/>
        <w:t xml:space="preserve">You're smocks. Smocks should be washed at the end of every day and in between dogs with skin issues. I know some groomers will use the same smock for months at a time. They just hang it up and wear it again the next day. Please don't. That thing is so loaded and filled with bacteria as to be quite disgusting yeah. So don't do that. So, PPE Yeah, in the early days, a lot of people didn't know. So that's why I have this class, is because many people didn't know that they shouldn't do that. And they will stink like yeast. </w:t>
      </w:r>
      <w:r>
        <w:br/>
      </w:r>
    </w:p>
    <w:p w:rsidR="007B4005" w:rsidRDefault="00000000">
      <w:r>
        <w:t xml:space="preserve">They will smell like fungus and bacteria and you may not even notice it because you're used to it and you wear it every day. So the PPE and that covers ear protection masks beekeepers hat. The masks in the beekeepers hat for the cloth should be washed every single day and just wash them, dry them. You can throw them in the with your towels. Ear protection should be wiped down with a cleaner and put in the UV toaster for 10 minutes at the end of every single day. I do have different ear protection for different staff members, simply because that way they don't really have to change the settings and they're nothing super amazing or fancy, they're just ear protection. </w:t>
      </w:r>
      <w:r>
        <w:br/>
      </w:r>
    </w:p>
    <w:p w:rsidR="007B4005" w:rsidRDefault="00000000">
      <w:r>
        <w:t xml:space="preserve">But if that way if two people need like I have a lot of senior giants so if the two hundred and fifty pound new fee, that can't really stand up in the tub. If two people are needed when blowing out his bum that way they can both have ear protection. The earmuffs only really last about a year or two. They're cheap you can get them at Walmart, Amazon, any of those stores, but the plastic pleather I guess it would be covering on the foam stuff begins to break down overtime and so whenever that padding cracks or breaks one, you're going to want to replace it because it's going to be painful to the to your flesh, but also because it's going to break down the protection to the ears. </w:t>
      </w:r>
      <w:r>
        <w:br/>
      </w:r>
    </w:p>
    <w:p w:rsidR="007B4005" w:rsidRDefault="00000000">
      <w:r>
        <w:t xml:space="preserve">And additionally bacteria can live in that foam quite nicely. All right, so this is the inside of my recirculator. Immediately after it was used on a pet and was not cleaned specifically for a friend, Ashley asked me for pictures and this is the 20 something year old recirculator. I don't remember how many years ago this picture was taken, but it was a few years ago and I don't remember how old it was then. So, mobile groomers, If your recirculator doesn't look like this after you have to, you have yet to clean it and you just finished the dog. You immediately need to spend the time to clean and disinfect it, because this is how it should look. </w:t>
      </w:r>
      <w:r>
        <w:br/>
      </w:r>
    </w:p>
    <w:p w:rsidR="007B4005" w:rsidRDefault="00000000">
      <w:r>
        <w:t xml:space="preserve">You'll notice there's a fuzz here and there, but for the most part, this is it's clean as a whistle, and this is decades old, and it's even clean inside the hose. So for a recirculator, you're going to use 2 tablespoons of Chlorhexidine to 2 gallons of water, spray it through the machine and cover every single inch of the tub. You're going to clean all sides of the tub, including the one you're standing in front of that's missed a lot. Again, it's kind of like the crate door thing. </w:t>
      </w:r>
      <w:r>
        <w:br/>
      </w:r>
    </w:p>
    <w:p w:rsidR="007B4005" w:rsidRDefault="00000000">
      <w:r>
        <w:lastRenderedPageBreak/>
        <w:t xml:space="preserve">We're not seeing it because it's below us. So because it's below us, we're not seeing it to clean it. And we do this in between every pet. And at the end of the day we change it to two fifty six to clean it because bacteria can become resistant to certain types of cleaners. So we kind of give it a kick in the pants by using a different type of cleaner. So we use the Chlorhexidine all day and then we switch to the quad and that way, you know, it's nothing can become bacteria resistant. </w:t>
      </w:r>
      <w:r>
        <w:br/>
      </w:r>
    </w:p>
    <w:p w:rsidR="007B4005" w:rsidRDefault="00000000">
      <w:r>
        <w:t xml:space="preserve">So I know there are people here that are thinking that, oh, I don't, I can't spend 5 minutes in between every pet doing this kind of stuff. This is ridiculous i don't have that kind of time. You do have the time because if you don't do this, what's going to happen is you're going to end up with a big fat bet bill from any type of skin diseases that you're spreading from dog to dog to dog in your bathtubs. </w:t>
      </w:r>
      <w:r>
        <w:br/>
      </w:r>
    </w:p>
    <w:p w:rsidR="007B4005" w:rsidRDefault="00000000">
      <w:r>
        <w:t xml:space="preserve">And I know because it happened to a salon that is relatively near me and she ended up paying, what was it, forty five hundred bucks for a skin condition that was from her salon because she didn't ever clean her tub or her recirculator. So all of that skin and all of that stuff is just applied to the next pet and not good. So it was very gross. And I know somebody here is going to be saying, oh, I've been grooming 30 plus years and I've never cleaned and disinfected and I've never had an issue and I assure you have had that issue. What you haven't heard is from that client again, they just simply left because as I happen to teach customer service courses, well, I can tell you that 97 % of people will simply leave a business, never return and not say anything to that business about why they haven't returned. </w:t>
      </w:r>
      <w:r>
        <w:br/>
      </w:r>
    </w:p>
    <w:p w:rsidR="007B4005" w:rsidRDefault="00000000">
      <w:r>
        <w:t xml:space="preserve">So then that includes, if there is an issue that arose at that business, 97 %. So oh, they just never came back. Well, they never came back because something was wrong. And so you can delude yourself into thinking I never had an issue with any of this and I don't have to do any of this at any time and it's all been fine. </w:t>
      </w:r>
      <w:r>
        <w:br/>
      </w:r>
    </w:p>
    <w:p w:rsidR="007B4005" w:rsidRDefault="00000000">
      <w:r>
        <w:t xml:space="preserve">It hasn't been fine. It's just the customer hasn't complained and they just left and went somewhere else. Eventually you will get a customer that does complain and will come to you with a big fat vet bill saying this is your responsibility because in fact it is. So yes, you may have to take 5 minutes to do this, but charge 5$ more per pet and take one less pet a day and then he got lots of time. Dryer hoses? Wash them off with two fifty six at the end of every day. </w:t>
      </w:r>
      <w:r>
        <w:br/>
      </w:r>
    </w:p>
    <w:p w:rsidR="007B4005" w:rsidRDefault="00000000">
      <w:r>
        <w:t xml:space="preserve">It takes literally a minute because they're covered in dander and skin and whatnot. Throw them in the tub when you're cleaning the tub at the end of the day that's what we do, like all of that stuff goes in the tub and they just get hosed down and then they get hung up on the crossbar that's on the top of the tub. So your filters. If you have hairy filters, clean it. Clean it </w:t>
      </w:r>
      <w:r>
        <w:lastRenderedPageBreak/>
        <w:t xml:space="preserve">immediately if there's a hairy filter on your dryer is working much harder than it needs to actually function. </w:t>
      </w:r>
      <w:r>
        <w:br/>
      </w:r>
    </w:p>
    <w:p w:rsidR="007B4005" w:rsidRDefault="00000000">
      <w:r>
        <w:t xml:space="preserve">And what you're doing is you're doing damage to the motor. So clean it. Your mats that you're walking on, wipe them down in between dogs. It just takes a minute. Literally, Just take cloth, squirt it over, wipe it down and use it use a quat and Matt's near the tub should be washed at the end of the day in the tub in whatever solution you're disinfecting the tub with and then set in the tub to dry overnight. Now to keep the anti fatigue mat at your tub from falling apart, put dry deck underneath it because the bottom is like a spongy material so the top will have a covering over it where the bottom has a different type of covering on it. </w:t>
      </w:r>
      <w:r>
        <w:br/>
      </w:r>
    </w:p>
    <w:p w:rsidR="007B4005" w:rsidRDefault="00000000">
      <w:r>
        <w:t xml:space="preserve">If you put a piece of dry deck underneath that mat you. I have had my mat for five years it's still in beautiful condition because it's on dry deck so it never gets wet from underneath even though it's sitting at the top slip leads. You want one slip lead per dog per day. Without exception. They should get dumped in when you do end of day cleaning on your tub with two fifty, six wash them, hang them dry. They'll be dry in the morning. Never leave a slip dog slip lead on a dog in a crate for any reason. </w:t>
      </w:r>
      <w:r>
        <w:br/>
      </w:r>
    </w:p>
    <w:p w:rsidR="007B4005" w:rsidRDefault="00000000">
      <w:r>
        <w:t xml:space="preserve">I understand you may have kennel brave dogs. I have many that are kennel Braves that come into my salon. For those that are unfamiliar with kennel, brave dogs when you this could be the sweetest dog. He's friendly and wonderful. You put him in a kennel, he will literally eat your face off and try to kill you. So you have to take the crate apart to get the dog out and it's a whole big thing. What we do is we do what's called an express room. So they come in, they go in the tub, they get bathed, they get dried, they go to the table, they get finished and then they go right home. </w:t>
      </w:r>
      <w:r>
        <w:br/>
      </w:r>
    </w:p>
    <w:p w:rsidR="007B4005" w:rsidRDefault="00000000">
      <w:r>
        <w:t xml:space="preserve">If the owner isn't waiting for them, then we call that owner like half an hour before. So they will be here as soon as the dog is done. And we do charge depending upon the size of the dog we charge extra for that, from 10 to 30$ for the dog. So Mary says there's a local boarding place that was so clean you could eat off the floor. They actually ended up spreading mange to three dogs because they were using the same slip lead. </w:t>
      </w:r>
      <w:r>
        <w:br/>
      </w:r>
    </w:p>
    <w:p w:rsidR="007B4005" w:rsidRDefault="00000000">
      <w:r>
        <w:t xml:space="preserve">So different slip leads for different pets every single time, every single day, without exception. I am a big proponent of dogs going in crates naked simply because I have seen pictures and heard stories of dogs getting the tags stuck in the crate doors and in between the slats and such. You know, a naked dog is a safe dog. There's nothing on their body that is their body that can injure them. All right, so this is how you clean a recirculator oops. So she's filling the tub. </w:t>
      </w:r>
      <w:r>
        <w:br/>
      </w:r>
    </w:p>
    <w:p w:rsidR="007B4005" w:rsidRDefault="00000000">
      <w:r>
        <w:lastRenderedPageBreak/>
        <w:t xml:space="preserve">Now you'll notice we have nail Polish there. That that's a gallon indicator. That's what that's for. So she's putting 2 tablespoons in to match the two gallons of water. Now that's everything that went in the tub with the pet when it was being bathed. Come on, your video. So the recirculator. Oh, love Pete. So the recirculator. We do this between every single cat, dog, Bunny and we use the recirculator even when we frog, which is a pretty fair portion of the time, simply because it's easier to clean the tub with the recirculator with the Chlorhexidine in it because it spreads easier than spraying it down and it's there so if it's there why not use it? And the also the frothing bowls will go in the tub when we froth as well and the head of the frother goes in the tub when that gets clean too. </w:t>
      </w:r>
      <w:r>
        <w:br/>
      </w:r>
    </w:p>
    <w:p w:rsidR="007B4005" w:rsidRDefault="00000000">
      <w:r>
        <w:t xml:space="preserve">All right your dryer if you do not have. If you have a canine and your dryer doesn't have these types of filters on it, you need to get them straight up because your motor will last longer. You'll have less issues with your dryer, and it's just it's a better way to go. So the dryer hoses, you wash them off at the end of every day, wipe your dryers down. That white stuff you see on the dryer, that's skin. That's literally skin cells. Now granted, dust is skin, that's what dust is, but it's could be dirt. </w:t>
      </w:r>
      <w:r>
        <w:br/>
      </w:r>
    </w:p>
    <w:p w:rsidR="007B4005" w:rsidRDefault="00000000">
      <w:r>
        <w:t xml:space="preserve">But for the most part, when you see that white stuff, it's skin. So vacuum. If you have the regular filters, vacuum that off, wash it. You can just wash it with like soap and water and then take the dryer and dry it so that you get all the, you know, squeeze it, get all the water out of it and replace it. No filter should ever look like it was used to scour the inside of a baby powder factory. It should not. That goes for stand dryers, cage dryers, HV dryers, all the dryers, any air conditioner, all of that. </w:t>
      </w:r>
      <w:r>
        <w:br/>
      </w:r>
    </w:p>
    <w:p w:rsidR="007B4005" w:rsidRDefault="00000000">
      <w:r>
        <w:t xml:space="preserve">Your mats wipe down the mats you walk on in between dogs if a dog is walking on them, clean that too. Mats near the tub should be washed the end of the day in the tub and whatever solution you're disinfecting the top in right shampoo and product bubbles shampoo bubbles diluted shampoo is good for no more than 24 hours. There is 0 exceptions. I do not know if any law, any salon in which the laws of physics cease to exist because the shampoo is really expensive. Sorry, I don't. If it's a diluted shampoo after 24 hours, no matter how much you paid for that shampoo, toss it. </w:t>
      </w:r>
      <w:r>
        <w:br/>
      </w:r>
    </w:p>
    <w:p w:rsidR="007B4005" w:rsidRDefault="00000000">
      <w:r>
        <w:t xml:space="preserve">Or you can do what we do. We don't dilute shampoo, but with old shampoo. We use it to clean floor mats and it makes a beautiful port scrub. So while you are essentially dumping it, you're actually using it for a purpose. And medicated shampoo makes a really nice car wash. Just throwing that out there. Okay so 10 % bleach kills everything. Keep that in mind. 9 9 % is not effective and higher concentrations can be dangerous because you're inhaling this, it can cause paw burn if not rinse properly and lung damage If inhaled. </w:t>
      </w:r>
      <w:r>
        <w:br/>
      </w:r>
    </w:p>
    <w:p w:rsidR="007B4005" w:rsidRDefault="00000000">
      <w:r>
        <w:lastRenderedPageBreak/>
        <w:t xml:space="preserve">You cannot combine combine bleach and a quat as it produces a deadly gas. Pseudomonas originosa is a super Hardy colors bacteria that is responsible for most of the bacterial infections in post grooming skin infections. And I know it sounds like something out of Harry Potter, but it's actually a highly antibiotic resistant and it's quite disgusting. It grows at room temperature and it lives in shampoo bottles. It has no smell. It has no color you won't even know it's there. </w:t>
      </w:r>
      <w:r>
        <w:br/>
      </w:r>
    </w:p>
    <w:p w:rsidR="007B4005" w:rsidRDefault="00000000">
      <w:r>
        <w:t xml:space="preserve">You can get it on your skin and you won't likely won't create an issue for you because you are not manipulating the skin follicles on your skin. You are manipulating the skin follicles on the pet that you're washing now. So we wash them in nice warm water, we scrub the skin, we manipulate the skin, we move the fur about. And you're giving the perfect host of this creepy little guy. And then there's Ceratia Marcessans. And that's the weird red funk you see on the inside of tubs and the inside of shampoo bottles. </w:t>
      </w:r>
      <w:r>
        <w:br/>
      </w:r>
    </w:p>
    <w:p w:rsidR="007B4005" w:rsidRDefault="00000000">
      <w:r>
        <w:t xml:space="preserve">Anybody who had friends when they were college age and a bunch of guys were living together. In an apartment and you went into their bathroom because you really had to pee and didn't have any other choice, and the entire tub was red with Ceratia Marcesson's and it skeeved you out and you're like, you know what i think I'll go to the restaurant across the street instead because it's actually cleaner. </w:t>
      </w:r>
      <w:r>
        <w:br/>
      </w:r>
    </w:p>
    <w:p w:rsidR="007B4005" w:rsidRDefault="00000000">
      <w:r>
        <w:t xml:space="preserve">I know I can't be the only one, so rinse all the shampoo out of the bottle and we'll go over exactly how to do that for the shampoo bottles. When it comes to the product bottles, ear cleaner finishing spray whatever it is you have in a spray bottle that the spray bottle you're going to reuse. Clean it with bleach and water when you're finished with it, when it's empty for the water spritz. If you guys have the doodles that are like but I like him curly, don't straighten him well i have to straighten him and only give him a haircut but I can recurl him after by using just a distilled water sprayed over his coat in a three sixty mister. </w:t>
      </w:r>
      <w:r>
        <w:br/>
      </w:r>
    </w:p>
    <w:p w:rsidR="007B4005" w:rsidRDefault="00000000">
      <w:r>
        <w:t xml:space="preserve">And do that and he's curly again. Mom's happy I gave him a nice haircut. It's all good. But when that water spritz, we want to make sure that gets cleaned as well Once it's empty. And a 10 % bleaching water. And again, water bowls 10 % bleaching water. 10 minutes. All of this is 10 minutes. So here's your bleaching water solution for your shampoo bottles. This is a half gallon, so you're going to want to use. So half a cup for a half gallon of water, half cup of bleach, half gallon of water, and so you fill the fill that up. You may need a number of these depending on how many shampoo bottles you use during the day. </w:t>
      </w:r>
      <w:r>
        <w:br/>
      </w:r>
    </w:p>
    <w:p w:rsidR="007B4005" w:rsidRDefault="00000000">
      <w:r>
        <w:t xml:space="preserve">You know, I'm sure a half a gallon isn't going to do more than a few i don't dilute my shampoo, so I don't really do a large amount of, you know, bottles at the end of the day, you have like maybe two, sometimes three maybe. So yeah, you have to rinse OKI didn't have a dirty bottle because my staff is a little bit too efficient. They had already cleaned everything </w:t>
      </w:r>
      <w:r>
        <w:lastRenderedPageBreak/>
        <w:t xml:space="preserve">and rinse all the shampoo out of your the head of the shampoo bottle. Anytime there's like foam still coming out of the shampoo bottle, there's still shampoo in it keep rinsing, just rinse it all out and I'm it's a clean bottle, it's all I had. </w:t>
      </w:r>
      <w:r>
        <w:br/>
      </w:r>
    </w:p>
    <w:p w:rsidR="007B4005" w:rsidRDefault="00000000">
      <w:r>
        <w:t xml:space="preserve">So you're going to take the 10 % bleach and you're going to fill the bottle completely, like all the way to the top. And then you take the cap and you throw it in the rest of the bleach, let it sit for 10 minutes and you're going to come back. You're going to rinse everything and you can do all your stuff at once, your water dishes, your you can do that all at the same time. Your shampoo bottles, your water bowls, everything. And you just leave them for 10 minutes, come back, dump everything out, rinse them with water and then turn them upside down we leave them in the tub overnight to dry. </w:t>
      </w:r>
      <w:r>
        <w:br/>
      </w:r>
    </w:p>
    <w:p w:rsidR="007B4005" w:rsidRDefault="00000000">
      <w:r>
        <w:t xml:space="preserve">So that way they get nice and dry and it's all good. Yeah, when you mix your bleach solution, you'd want to do it fresh and know that bleach does lose its potency over time. So if your bleach is older than say a year old, use it for your porch, your floor mats, things like that. But it's not going to have the amount of that it's is going to be required for your you're bleaching, so you don't want to reuse bleach and you don't want to leave it for days and days because it it'll lose its efficacy. </w:t>
      </w:r>
      <w:r>
        <w:br/>
      </w:r>
    </w:p>
    <w:p w:rsidR="007B4005" w:rsidRDefault="00000000">
      <w:r>
        <w:t xml:space="preserve">Light degrades, you know, and unless your salon is completely dark, it will lose efficacy as it degrades. All right, stiptic powder. So do not stick a dog's toe into your VAT of stiptic powder. I have seen groomers take the cap and they pour a little out onto the cap and then they take the foot and then they put it into the cap and then they dump it right back into the VAT please don't do this please don't. Because if that dog has any type of nail fungus, if it has any type of do not a disease, you're literally dumping that into the rest of your stiptick powder. </w:t>
      </w:r>
      <w:r>
        <w:br/>
      </w:r>
    </w:p>
    <w:p w:rsidR="007B4005" w:rsidRDefault="00000000">
      <w:r>
        <w:t xml:space="preserve">Stiptick powder is not very expensive you can get a VAT of it that's about this big around for 35$ No, the stiptick powder holder is a very good idea, but you need to clean it in between pets so you're just going to put a little bit in to the stiptick powder holder and then you're going to put that one pets toe in it and then you dump out any residual powder that's left and you just clean the rest of it out with a quad and you set it to dry for the next pet. </w:t>
      </w:r>
      <w:r>
        <w:br/>
      </w:r>
    </w:p>
    <w:p w:rsidR="007B4005" w:rsidRDefault="00000000">
      <w:r>
        <w:t xml:space="preserve">So you know you're not going to be reusing powder, you're just going to be dumping out any residual powder that was at the bottom of that. You can just tap it into your hand or something like that, but you're not going to be using the same powder pet to pet to pet to pet. I wash from time to time. We get hair slivers in her dog's eye. </w:t>
      </w:r>
      <w:r>
        <w:br/>
      </w:r>
    </w:p>
    <w:p w:rsidR="007B4005" w:rsidRDefault="00000000">
      <w:r>
        <w:lastRenderedPageBreak/>
        <w:t xml:space="preserve">We just do because you're trimming right over here. Especially on the really densely coated little Shih Tzus when they want the cute little pet trim and they want, you know, a nice little round face and they have the huge boogly eyeballs and you're trimming right over and I swear they just, you know, the eyes are sticking out so far. The little hair slivers just fall on their eyes. So I use a saline solution and I take a cotton round and I just put it right here and I open their eye and I put the saline solution in their eyeball and just rinse it. </w:t>
      </w:r>
      <w:r>
        <w:br/>
      </w:r>
    </w:p>
    <w:p w:rsidR="007B4005" w:rsidRDefault="00000000">
      <w:r>
        <w:t xml:space="preserve">And then all of the fluid comes down onto the cotton round so it doesn't leave their face wet. Do not put the saline solution in the eye. And they also have single essentially they're like single serve packets of the saline solution that you can just go and squeeze it out and then toss that away. And doesn't even matter if you get that in the eyeball because it's a single serve, one shot dealing. I really like the single serve ones myself and they're worth it to me. All right, so this is a ceiling that is a ceiling juncture from wall to ceiling. </w:t>
      </w:r>
      <w:r>
        <w:br/>
      </w:r>
    </w:p>
    <w:p w:rsidR="007B4005" w:rsidRDefault="00000000">
      <w:r>
        <w:t xml:space="preserve">If you have mold that looks like this in the salon that you are working in, that is a problem. You're breathing this is not good for you to breathe. This was from a salon that I worked in and it was molding because the humidity was so high and we weren't able to alleviate it with other means because we weren't allowed to alleviate it with other means. </w:t>
      </w:r>
      <w:r>
        <w:br/>
      </w:r>
    </w:p>
    <w:p w:rsidR="007B4005" w:rsidRDefault="00000000">
      <w:r>
        <w:t xml:space="preserve">So we had mold and we were breathing this mold every single day this is right next to the bathtub. So every dog that got bathed, this was shooting off mold spores into the air that we were ingesting so that is not a good thing. Clean this with a bleach and water mixture with gloves on or even a quat. Clean the grime off the walls and clean up any mold so I see way too many pictures on Facebook of the most beautiful grooms. </w:t>
      </w:r>
      <w:r>
        <w:br/>
      </w:r>
    </w:p>
    <w:p w:rsidR="007B4005" w:rsidRDefault="00000000">
      <w:r>
        <w:t xml:space="preserve">I they're absolutely stunning and I'm like wow, that is some incredible talent. But then I look at the background and there is like drool and blood and skin and snot and eye boogies that are on that wall. Clean the walls, people. That's gross. There shouldn't be a buildup around the edges of your table of stiptick powder and product. And there was a picture of the most perfectly groomed dog I have ever seen in a grooming magazine. And that table was literally disgusting. It was disgusting and I was like, it just took away from the beauty of the groom because the groom was perfection, but the table was ooh, I wouldn't want to be on that table i certainly wouldn't want my pet on that table. </w:t>
      </w:r>
      <w:r>
        <w:br/>
      </w:r>
    </w:p>
    <w:p w:rsidR="007B4005" w:rsidRDefault="00000000">
      <w:r>
        <w:t xml:space="preserve">So clean your tables, especially when you're going to be doing pictures you want to show how not only what a beautiful groom you can do, but how you're caring for the pet in every way, means and manner. Also by keeping it clean. So your ceilings by a Swiffer with the long extender handle. I mean we have had at my salon, we've had sword fights with these between my business partner and I because you can stand about 5 feet away and bonk each </w:t>
      </w:r>
      <w:r>
        <w:lastRenderedPageBreak/>
        <w:t xml:space="preserve">other on the head with the Swiffer. </w:t>
      </w:r>
      <w:r>
        <w:br/>
      </w:r>
    </w:p>
    <w:p w:rsidR="007B4005" w:rsidRDefault="00000000">
      <w:r>
        <w:t xml:space="preserve">Which is kind of fun after, you know, a long holiday of grooming. So get the Swiffers they're cheap and they will reach i'm not tall by any stretch, but I can use that and reach the ceiling to get all the little fuzzies that stick to the lights and to the ceilings we have drop ceiling and it's 8 feet up and I'm just four, not quite 4 and a half feet tall. So if you have mold, treat the mold and remember your ideal humidity is 45 to 50 degrees. </w:t>
      </w:r>
      <w:r>
        <w:br/>
      </w:r>
    </w:p>
    <w:p w:rsidR="007B4005" w:rsidRDefault="00000000">
      <w:r>
        <w:t xml:space="preserve">I'm all right, I'm five four, but with shoes on I'm five and a half this really thick sold shoes, so mold shouldn't be growing in a 45 to 50 % humidity. Your floors, make sure you vacuum the floor. Now when you're cleaning the floor, you want to use a removable pad mop, not a mopping bucket. Because what you're doing with a mopping bucket is you're taking this goo and you're spreading this, say urine, and you're just smearing it all over the floor everywhere, all around place. </w:t>
      </w:r>
      <w:r>
        <w:br/>
      </w:r>
    </w:p>
    <w:p w:rsidR="007B4005" w:rsidRDefault="00000000">
      <w:r>
        <w:t xml:space="preserve">My salon used to be a vet office and they had they have in our salon. A significant portion of the salon is the most beautiful textured linoleum and it must have cost a small fortune for that vet to put that in there, but it's fabulous. However, that textured floor, when they used the mop and bucket to wash it for ten fifteen twenty, they were there for 20 or 25 years. All they did was grind the dirt into those, the texture, because they're like little pits in the linoleum. </w:t>
      </w:r>
      <w:r>
        <w:br/>
      </w:r>
    </w:p>
    <w:p w:rsidR="007B4005" w:rsidRDefault="00000000">
      <w:r>
        <w:t xml:space="preserve">My business partner and I spent 17 hours on our hands and knees with bleach water, dawn and a nylon bristle brush scrubbing out that floor. And it's not even over the entire salon. It's about half. So if you are going to be doing your linoleum, use a removable pad mop because that will not smear the whatever it is all over your salon it will actually soak up into the mop pad that you can peel off and toss into your washing machine and then we go over it so we use in the removable mop pad, we use two fifty six to wash the floor and then we take the steam mop and go over that again after that. </w:t>
      </w:r>
      <w:r>
        <w:br/>
      </w:r>
    </w:p>
    <w:p w:rsidR="007B4005" w:rsidRDefault="00000000">
      <w:r>
        <w:t xml:space="preserve">And our floors are like, wow, clean. Your ceiling should be nice, clean and hairfree and mold free. So here again, this is mold on a baseboard. All along the edge of that baseboard you can see it. There's mold underneath that baseboard and there is mold on this which holds the towels. So rectify any mold that you see in your salon. No one should be breathing this it's not you, not any staff, not any of the pets. It's not healthy. You can use 10 % bleach, hydrogen peroxide, vinegar to clean it and then solve the problem by lowering the humidity. I have in my salon at every station and in the crating area and at both of the tubs. </w:t>
      </w:r>
      <w:r>
        <w:br/>
      </w:r>
    </w:p>
    <w:p w:rsidR="007B4005" w:rsidRDefault="00000000">
      <w:r>
        <w:lastRenderedPageBreak/>
        <w:t xml:space="preserve">I have a magnetic temperature and hydrometer so that will tell the humidity as well as the temperature and their Fahrenheit as well as Celsius simply because my business partner is from Finland so her brain works in Celsius, mine does not. I have a an English unit brain, mine works in Fahrenheit and inches and things like that so I can't make that conversion where she can go that's this many in Fahrenheit I would need a half an hour and a calculator. So these can do both and they're really cheap you can get them in like packs of two off Amazon for like 7 bucks. </w:t>
      </w:r>
      <w:r>
        <w:br/>
      </w:r>
    </w:p>
    <w:p w:rsidR="007B4005" w:rsidRDefault="00000000">
      <w:r>
        <w:t xml:space="preserve">I'm sure they have them in other places as well they may have them at like tractor supply or who knows, maybe even Walmart. And they are thermometers and hydrometers. So they measure the temperature as well as the humidity. So that way you know, OK so the humidity is crawling up on us, it's 48 So we want to make sure we turn the dehumidifier on now so that we can make sure it doesn't go over 50 because we're about to put a peer in the chub and we know that the water and whatnot that that's going to take up. </w:t>
      </w:r>
      <w:r>
        <w:br/>
      </w:r>
    </w:p>
    <w:p w:rsidR="007B4005" w:rsidRDefault="00000000">
      <w:r>
        <w:t xml:space="preserve">So start the humidifier now we can keep it down below 50 % and we have them all over the salon. So that way we can easily keep track of it in everywhere in all over the place. So UV lights. These are the room covering UV lights. So now with these it doesn't get where there are shadows. The reason this is so high up is simply for the video. Normally the table that this is on is all the way to the ground and the light is not on the table, it's beside the table and the reason it is on the table for this is so I could show you what it looks like and I couldn't. </w:t>
      </w:r>
      <w:r>
        <w:br/>
      </w:r>
    </w:p>
    <w:p w:rsidR="007B4005" w:rsidRDefault="00000000">
      <w:r>
        <w:t xml:space="preserve">I tried to do it while it was on the ground and you couldn't really see it. So it's very simple. This is, again, this is from tool claim. You turn it on and you push. I do it for 60 minutes because we do it at the end of the day and you know I'm leaving anyway, So what do I care how long it runs Now? If you have any plants or anything like that, you're going to want to separate it. </w:t>
      </w:r>
      <w:r>
        <w:br/>
      </w:r>
    </w:p>
    <w:p w:rsidR="007B4005" w:rsidRDefault="00000000">
      <w:r>
        <w:t xml:space="preserve">This is being taken around the corner because you're not supposed to view this with your eyes. They actually send glasses to you with this so that you can, should you have to walk back into your salon when these are set off, that you can protect your eyes from this because again, it does break down DNA So this is not good for plants. If you have a salon cat or a salon Guinea pig or something like that, you're going to want to keep them out of the area where you are running this, the device, because it will harm them. This is not good for living creatures to be in this that's why this is done at the end of the day. </w:t>
      </w:r>
      <w:r>
        <w:br/>
      </w:r>
    </w:p>
    <w:p w:rsidR="007B4005" w:rsidRDefault="00000000">
      <w:r>
        <w:t xml:space="preserve">And we just we kind of make it fun. We set them all off in a series, kind of like their bombs, and it gives you some time in between when you push the button before it actually goes into ignition and it will fire off. So we kind of have a countdown and we all run out of the salon, </w:t>
      </w:r>
      <w:r>
        <w:lastRenderedPageBreak/>
        <w:t xml:space="preserve">like just because we're weird and it's fun and it's funny. All right, so you are the largest vector of contamination in your salon. </w:t>
      </w:r>
      <w:r>
        <w:br/>
      </w:r>
    </w:p>
    <w:p w:rsidR="007B4005" w:rsidRDefault="00000000">
      <w:r>
        <w:t xml:space="preserve">You touch every pet that you groom, their saliva, their dander and their germs are in you wash your hands or you're spreading everything from one pet right to the next. Wash your hands in between every single pet, every single time, every single day, all the way to the elbow. You know your arms were under there, touching that dog's penis. He got you right here. I know he did. If you don't wash that with soap, you're sticking his penis on the next dog's penis. Don't do that. If a pet has some sort of skin, issue drainage from the nose you were urinated on, defecated on. </w:t>
      </w:r>
      <w:r>
        <w:br/>
      </w:r>
    </w:p>
    <w:p w:rsidR="007B4005" w:rsidRDefault="00000000">
      <w:r>
        <w:t xml:space="preserve">Change your smock change your clothes. The bottoms of your shoes Contract infectious agents from the outside to the inside of your facility. And This is why medical professionals wear shoe coverings when they're operating so that they're sterile. They walk in, they put the shoe coverings on. There's nothing coming off of the bottoms of the shoes while they're in surgery. They're going to walk out of the surgery room they take those shoe coverings off, they throw them away. </w:t>
      </w:r>
      <w:r>
        <w:br/>
      </w:r>
    </w:p>
    <w:p w:rsidR="007B4005" w:rsidRDefault="00000000">
      <w:r>
        <w:t xml:space="preserve">So we're dealing with pets, but how would you feel if you went to get your hair cut and your stylist just finished someone else and you sat down in the chair and she used the exact same smock, the same towel, the same tools that weren't cleaned on you and didn't wash her hands? Anyone who knows a hair stylist knows they deal with, like, actual likes. It happens. And they're like, it's a thing I couldn't do their job i wouldn't want to. That'd be too much for me. </w:t>
      </w:r>
      <w:r>
        <w:br/>
      </w:r>
    </w:p>
    <w:p w:rsidR="007B4005" w:rsidRDefault="00000000">
      <w:r>
        <w:t xml:space="preserve">So but don't do that to the pets in your care. You wouldn't want someone doing that to you. All right, so we're about to get into the next portion. Mary, do you want to pause here? Yes this would be a good place to pause let me stop the recording. I'm a. </w:t>
      </w:r>
      <w:r>
        <w:br/>
      </w:r>
    </w:p>
    <w:sectPr w:rsidR="007B4005"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4C63" w:rsidRDefault="005C4C63">
      <w:pPr>
        <w:spacing w:after="0" w:line="240" w:lineRule="auto"/>
      </w:pPr>
      <w:r>
        <w:separator/>
      </w:r>
    </w:p>
  </w:endnote>
  <w:endnote w:type="continuationSeparator" w:id="0">
    <w:p w:rsidR="005C4C63" w:rsidRDefault="005C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4005" w:rsidRDefault="00000000">
    <w:pPr>
      <w:pStyle w:val="Footer"/>
      <w:jc w:val="center"/>
    </w:pPr>
    <w:r>
      <w:t xml:space="preserve">Page </w:t>
    </w:r>
    <w:r>
      <w:fldChar w:fldCharType="begin"/>
    </w:r>
    <w:r>
      <w:instrText>PAGE</w:instrText>
    </w:r>
    <w:r w:rsidR="00B149B0">
      <w:fldChar w:fldCharType="separate"/>
    </w:r>
    <w:r w:rsidR="00B149B0">
      <w:rPr>
        <w:noProof/>
      </w:rPr>
      <w:t>1</w:t>
    </w:r>
    <w:r>
      <w:fldChar w:fldCharType="end"/>
    </w:r>
    <w:r>
      <w:t>/</w:t>
    </w:r>
    <w:r>
      <w:fldChar w:fldCharType="begin"/>
    </w:r>
    <w:r>
      <w:instrText>NUMPAGES</w:instrText>
    </w:r>
    <w:r w:rsidR="00B149B0">
      <w:fldChar w:fldCharType="separate"/>
    </w:r>
    <w:r w:rsidR="00B149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4C63" w:rsidRDefault="005C4C63">
      <w:pPr>
        <w:spacing w:after="0" w:line="240" w:lineRule="auto"/>
      </w:pPr>
      <w:r>
        <w:separator/>
      </w:r>
    </w:p>
  </w:footnote>
  <w:footnote w:type="continuationSeparator" w:id="0">
    <w:p w:rsidR="005C4C63" w:rsidRDefault="005C4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38255028">
    <w:abstractNumId w:val="8"/>
  </w:num>
  <w:num w:numId="2" w16cid:durableId="712730443">
    <w:abstractNumId w:val="6"/>
  </w:num>
  <w:num w:numId="3" w16cid:durableId="1089499663">
    <w:abstractNumId w:val="5"/>
  </w:num>
  <w:num w:numId="4" w16cid:durableId="731654228">
    <w:abstractNumId w:val="4"/>
  </w:num>
  <w:num w:numId="5" w16cid:durableId="365831631">
    <w:abstractNumId w:val="7"/>
  </w:num>
  <w:num w:numId="6" w16cid:durableId="492915854">
    <w:abstractNumId w:val="3"/>
  </w:num>
  <w:num w:numId="7" w16cid:durableId="1736078955">
    <w:abstractNumId w:val="2"/>
  </w:num>
  <w:num w:numId="8" w16cid:durableId="1006253788">
    <w:abstractNumId w:val="1"/>
  </w:num>
  <w:num w:numId="9" w16cid:durableId="129113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C4C63"/>
    <w:rsid w:val="007B4005"/>
    <w:rsid w:val="00AA1D8D"/>
    <w:rsid w:val="00B149B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BC058ED-C00A-E246-9319-B6BBF200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10612</Words>
  <Characters>60490</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2023-07-23T22:03:00Z</dcterms:created>
  <dcterms:modified xsi:type="dcterms:W3CDTF">2023-07-23T22:03:00Z</dcterms:modified>
  <cp:category/>
</cp:coreProperties>
</file>