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20107" w:rsidRDefault="00000000">
      <w:pPr>
        <w:pStyle w:val="Title"/>
      </w:pPr>
      <w:r>
        <w:t>Sanitation Part 3</w:t>
      </w:r>
    </w:p>
    <w:p w:rsidR="00B20107" w:rsidRDefault="00B20107"/>
    <w:p w:rsidR="00B20107" w:rsidRDefault="00000000">
      <w:r>
        <w:rPr>
          <w:b/>
        </w:rPr>
        <w:t>Date</w:t>
      </w:r>
      <w:r>
        <w:t xml:space="preserve">    2023-07-23</w:t>
      </w:r>
    </w:p>
    <w:p w:rsidR="00B20107" w:rsidRDefault="00B20107"/>
    <w:p w:rsidR="00B20107" w:rsidRDefault="00000000">
      <w:r>
        <w:t xml:space="preserve">Okay welcome to part three of Angie Sanitation Program. So we are in the home stretch. All yours, Angie. All right. Hi, guys. Thank you for coming back. All right, so this section covers the PPGSI which is, if you're unfamiliar, it's the Professional Pet Groomers and Stylists Alliance. So this was written as a standard of care for safety and sanitation in a salon, so this is something you should be familiar with. If you are not familiar with it, go Google it. It's very easy to find. It is vague, and it's written vague because it was written specifically for legislation, and legislation can't be too specific simply because it narrows the fields too great and it's the stepping stone for all future grooming legislation to stand on. </w:t>
      </w:r>
      <w:r>
        <w:br/>
      </w:r>
    </w:p>
    <w:p w:rsidR="00B20107" w:rsidRDefault="00000000">
      <w:r>
        <w:t xml:space="preserve">So we're hoping that if plus when grooming legislation is passed, this becomes part of it. So let's cover what the PPGSA says. The facility should be cleaned as necessary for pet and human health. Crates, enclosures, tubs and tables will be cleaned between each pet. The facility should be ventilated to provide for good air quality. Air temperature should provide for the safety, health and comfort of all personnel and all pets. This means that should your salon be 78 plus degrees that you should reschedule your pets for the day. </w:t>
      </w:r>
      <w:r>
        <w:br/>
      </w:r>
    </w:p>
    <w:p w:rsidR="00B20107" w:rsidRDefault="00000000">
      <w:r>
        <w:t xml:space="preserve">Because when you have brachy pets and it is over 78 degrees they begin having a difficult time breathing. I have pugs, my pugs do not ventilate well. I had a show pug for many years and prior to her I had another show pug. The only reason I have air conditioning in my house is because I own pugs. I was perfectly fine with dealing with temperatures in my home that were 76 to 80 degrees and I was comfortable. I don't mind heat, but they cannot withstand any type of prolonged heat, even for an hour. </w:t>
      </w:r>
      <w:r>
        <w:br/>
      </w:r>
    </w:p>
    <w:p w:rsidR="00B20107" w:rsidRDefault="00000000">
      <w:r>
        <w:t xml:space="preserve">They don't ventilate well they don't cool easily. So when your salon is over 78 degrees and you have rocky dogs in your salon, know that they are susceptible to heat stroke and heat exhaustion. Either one will be a vet bill for you. The pet care facility and their staff must present a clean, neat appearance. So you know, we shouldn't be wearing holy clothes and you should look nice. And workstations must be cleaned between each pet, which is not unreasonable. So let's get into cleaning the lists. Why even bother making a list? Because quite frankly, if it's not written down, it gets forgotten. </w:t>
      </w:r>
      <w:r>
        <w:br/>
      </w:r>
    </w:p>
    <w:p w:rsidR="00B20107" w:rsidRDefault="00000000">
      <w:r>
        <w:lastRenderedPageBreak/>
        <w:t xml:space="preserve">It's a pretty good rule of thumb. If you don't write it down, it's going to go right out the window. And we were discussing just prior to this class the scheduling of Superzoo. And if somebody had not written it down, and it was, the dates were forgotten and mixed up and they accidentally scheduled a vacation at the same time as Superzoo. So someone asked me to back up the slide and the full PPGSA can be downloaded right online it is free and it is available for any groomers. I actually have the copy of this in my salon in the waiting area and it's in a binder so that my customers can read through it and know that we abide by the PPGSA standards. </w:t>
      </w:r>
      <w:r>
        <w:br/>
      </w:r>
    </w:p>
    <w:p w:rsidR="00B20107" w:rsidRDefault="00000000">
      <w:r>
        <w:t xml:space="preserve">All right, So these are the different lists that you need, cleaning after each pet, after the end of the day, at the end of the week, the end of the month, at the end of six months, and cleaning yearly. Because there is no way, quite frankly, that I am going to remember off the top of my head what has to be cleaned yearly unless I write it down. I'm not. I have a good memory, but there are so many plates in the air that I know I'm going to miss something. </w:t>
      </w:r>
      <w:r>
        <w:br/>
      </w:r>
    </w:p>
    <w:p w:rsidR="00B20107" w:rsidRDefault="00000000">
      <w:r>
        <w:t xml:space="preserve">So I'm not just talking out of my ear here. I actually practice what I preach and any of number of groomers that have been to my salon can tell you it's so clean it does not smell like a dog place there's actually a live video also on groomies that you can view when the groomies came to my salon. So this is my salons my waiting area walls are clean. </w:t>
      </w:r>
      <w:r>
        <w:br/>
      </w:r>
    </w:p>
    <w:p w:rsidR="00B20107" w:rsidRDefault="00000000">
      <w:r>
        <w:t xml:space="preserve">I do have a professional cleaner that comes in weekly and she does a deep clean at the end of every week to make sure that my salon is spot less. All right, so we're coming to the end of the class and I want you to leave here with their perspective, Okay so you walk into a spa right now, you're going to go pay to sit in one of those fancy fancy tubs and you're going to get all nice and limber before you get a massage. </w:t>
      </w:r>
      <w:r>
        <w:br/>
      </w:r>
    </w:p>
    <w:p w:rsidR="00B20107" w:rsidRDefault="00000000">
      <w:r>
        <w:t xml:space="preserve">Except they didn't bother to clean the tub out after the last hairy guy had his naked butt in that tub. And I may not be able to see you, but I know you're making a face right now. I know you are because I'm making a face right now. Because that's disgusting. And wait, there's more. You're going to use the same towel and as the naked guy that just got out of the tub before you, the hairy naked guy that got out of the tub before you and his hair is on the towel, just look. Then you're going to use the same toothbrush he used and the same hair brush that he used on his chest. </w:t>
      </w:r>
      <w:r>
        <w:br/>
      </w:r>
    </w:p>
    <w:p w:rsidR="00B20107" w:rsidRDefault="00000000">
      <w:r>
        <w:t xml:space="preserve">And then you use the same razor he put on his face on your legs. You'd run screaming out of that place like your bum was on fire. And I know I would. I surely wouldn't pay for that. So why do so many groomers do the exact same things to dogs and think it's okay? And I've heard some things I've heard using this class over the year. Well, dogs are different. Are they? We just spent hours going over the all the diseases they can spread to one another and </w:t>
      </w:r>
      <w:r>
        <w:lastRenderedPageBreak/>
        <w:t xml:space="preserve">to us, they're not different. </w:t>
      </w:r>
      <w:r>
        <w:br/>
      </w:r>
    </w:p>
    <w:p w:rsidR="00B20107" w:rsidRDefault="00000000">
      <w:r>
        <w:t xml:space="preserve">They're cuter than humans. They're more fun than humans, They're sweeter than humans, and they're better cuddlers. However, they're not really all that different. It takes too much time to clean between pets. Does it? Do you not have 5 minutes between pets? If you don't have 5 minutes between pets, raise your prices by 5 bucks per dog and do one less dog per day. Your body will actually thank you for doing that, and so will your paycheck, because you'll make more money. </w:t>
      </w:r>
      <w:r>
        <w:br/>
      </w:r>
    </w:p>
    <w:p w:rsidR="00B20107" w:rsidRDefault="00000000">
      <w:r>
        <w:t xml:space="preserve">You'll clean better and you'll have less stress of someone said please call my boss and tell her this. All right, So what I want you to do is if this is your boss and she says we don't have time for that, we got to get these dogs done. What I want you to do is I want you to take a piece of paper and I want you to write down the average prices that you have now for the dogs and the number of hours it takes you to do that Okay. </w:t>
      </w:r>
      <w:r>
        <w:br/>
      </w:r>
    </w:p>
    <w:p w:rsidR="00B20107" w:rsidRDefault="00000000">
      <w:r>
        <w:t xml:space="preserve">And then I want you to increase those prices in another column by 5$ per pet. On average, if you're doing 6-6 dogs a day, you're talking about over the course of a month. It works out to well over the course of a year, it works out to 8000$ more per for a 5$ price increase across the board. That's just 5 bucks, 6-6 dogs a day. I think that was four days a week. So it's 8 grand more. You will spend less than that 8 grand by doing the cleaning and you'll save money because you'll never have the issues with the skin issues and the vet bills and the things like this is a reality this isn't a pretend thing this is based on science, it's not based on supposition. </w:t>
      </w:r>
      <w:r>
        <w:br/>
      </w:r>
    </w:p>
    <w:p w:rsidR="00B20107" w:rsidRDefault="00000000">
      <w:r>
        <w:t xml:space="preserve">So if I do have this class available on Mary's website to purchase individually, if you can convince her to take the class, if she doesn't, if she's not one of those that. I've been doing this 30 years and I know everything, and anybody that says anything different than I do is full of shenanigans. I worked in places like that and there was nothing I could do. She didn't believe me, She didn't get it and no matter what evidence I came back with, she didn't believe me. So that's why I started my own salon. It was just one of the many factors. So eventually the lack of disinfection will catch up to you when a dog gets cut and gets a massive infection and then that spreads through the vet staff that your salon is dirty. </w:t>
      </w:r>
      <w:r>
        <w:br/>
      </w:r>
    </w:p>
    <w:p w:rsidR="00B20107" w:rsidRDefault="00000000">
      <w:r>
        <w:t xml:space="preserve">Not openly of course, but your salon will not be on the list of people that they send to. So when asked about your salon, they'll simply say Oh well we recommend these places and yours won't be on that list. Avoiding saying why but the clients get the idea and that there's something wrong with your salon it's not stated, but it's implied. I can't get my groomers to clean. Okay, if your staff isn't willing to clean between pets, it's time to break out the write up forms. </w:t>
      </w:r>
      <w:r>
        <w:br/>
      </w:r>
    </w:p>
    <w:p w:rsidR="00B20107" w:rsidRDefault="00000000">
      <w:r>
        <w:lastRenderedPageBreak/>
        <w:t xml:space="preserve">Plain and simple. I have used them in the past. I have fired 12 people. Granted they were all on my staff for under 3 months and they just want a good fit. I want people that are willing to understand that I want a clean environment for the pets and for us. So break out those, write up forms and if they won't do it OKI understand having groomers there's a shortage. </w:t>
      </w:r>
      <w:r>
        <w:br/>
      </w:r>
    </w:p>
    <w:p w:rsidR="00B20107" w:rsidRDefault="00000000">
      <w:r>
        <w:t xml:space="preserve">But if someone isn't willing to care for the pets to your standard, if I guarantee you that's not the only standard they're dropping the ball on, I guarantee it. Because if that doesn't matter enough, where zoonotics and disease and vet bills and things like this being that type of priority, if that doesn't matter to them, I can assure you that everything else doesn't matter either. And for me that's a deal breaker. It just is. It could be handling, it could be anything. And so you know, this is the least of what i expect much more, but this is the least of what I expect in my salon. </w:t>
      </w:r>
      <w:r>
        <w:br/>
      </w:r>
    </w:p>
    <w:p w:rsidR="00B20107" w:rsidRDefault="00000000">
      <w:r>
        <w:t xml:space="preserve">Cleaning my equipment takes too long. How much money is it worth? That's really all what it comes down to. So one of my regular standard poodles, Stewart, his rabies expired. And I don't take pets with expired rabies i just don't. I've already had post exposure shots i went over that with you. I don't want another post exposure shot. I don't. It's not in my budget. I don't have time or the inclination for it they are, by the way, with insurance, 4000$ I'm not paying that for me or my staff. I'm not. So Stewart had to go to another salon and I groomed this dog his whole life i loved him. </w:t>
      </w:r>
      <w:r>
        <w:br/>
      </w:r>
    </w:p>
    <w:p w:rsidR="00B20107" w:rsidRDefault="00000000">
      <w:r>
        <w:t xml:space="preserve">He was a great dog for me, for me. He was not good for anyone else i could was the only one that could bathe him i was the only one that could handle him. Stewart bit. He bit his whole life. His parents knew he bit i was always very open and honest about the fact that school was a biter. So he went for his appointment at another salon that didn't care if his rabies was expired. </w:t>
      </w:r>
      <w:r>
        <w:br/>
      </w:r>
    </w:p>
    <w:p w:rsidR="00B20107" w:rsidRDefault="00000000">
      <w:r>
        <w:t xml:space="preserve">He came back to me with massive infections all over his groin. I actually cried that day. They had nicked him in multiple places and because he was a biter, anytime you went near his groin, I could do it he would hold his leg out i could do surgery under that dog if I wanted to in that groin and he was fine with it, but if anyone else did he was a land shark and he bit them and he wasn't kidding around. Even with the muzzle on he would come at them and he would smash them in the face with the muzzle. </w:t>
      </w:r>
      <w:r>
        <w:br/>
      </w:r>
    </w:p>
    <w:p w:rsidR="00B20107" w:rsidRDefault="00000000">
      <w:r>
        <w:t xml:space="preserve">So this is not an easy groom and God bless him for doing it. I understand he was tough. However their equipment was dirty so when they nicked him in the groin when he was trying to bite them, he had horrible infections in his groin that were pussy and they never said anything to the owner that he had been cut. It was very obvious that he had been cut and so when he came to me to fix the groom 2 weeks later, he was a mess and I explained I </w:t>
      </w:r>
      <w:r>
        <w:lastRenderedPageBreak/>
        <w:t xml:space="preserve">took 48 pictures of his groin and sent them to the owner. </w:t>
      </w:r>
      <w:r>
        <w:br/>
      </w:r>
    </w:p>
    <w:p w:rsidR="00B20107" w:rsidRDefault="00000000">
      <w:r>
        <w:t xml:space="preserve">I was very upset because i loved him i know he was naughty, but I love this dog and I had groomed him his entire life and he was in a lot of pain and so his owners were aware of the issues they had told the groomer of the issues, but they other grooming salon paid a 950$ vet bill for dirty Clipper blades, cutting his growing up. Now the owners would have been okay if he had just been cut and there wasn't an infection because the tools were clean. They knew he was naughty, they knew he bit, they knew he could be a total turd. </w:t>
      </w:r>
      <w:r>
        <w:br/>
      </w:r>
    </w:p>
    <w:p w:rsidR="00B20107" w:rsidRDefault="00000000">
      <w:r>
        <w:t xml:space="preserve">But they were not okay with the fact that the equipment that the people were using was filthy and gave him massive infections. So it ended up all over social media. I did not contribute to it in any way. I didn't say anything, I didn't comment on it, but it was scathing. And that bad press is you can't buy that back. You can't fix that with a we didn't mean it or whatever. So it will save you money in the long run because they lost a lot of customers because I got a whole lot of phone calls shortly thereafter and they were their customers and then they were then coming to me all because of this. </w:t>
      </w:r>
      <w:r>
        <w:br/>
      </w:r>
    </w:p>
    <w:p w:rsidR="00B20107" w:rsidRDefault="00000000">
      <w:r>
        <w:t xml:space="preserve">So I've never had a problem and I don't do any of this and I've been grooming for XXX years. Okay, I have heard it before and the word we're missing in this phrase is yet you haven't had an issue yet. People do risky things all the time and most would say, yeah, that's a bad idea, that doesn't justify the behavior. It doesn't make those things right. How many here text and drive or know someone who texts and drive drives? I know someone who does it all the time. </w:t>
      </w:r>
      <w:r>
        <w:br/>
      </w:r>
    </w:p>
    <w:p w:rsidR="00B20107" w:rsidRDefault="00000000">
      <w:r>
        <w:t xml:space="preserve">They're getting three tickets for texting and driving. I can tell you as former law enforcement officer, people end up dead when they text and drive. They just do because they're looking at their phone and they're not paying attention and a car pulls out and they hit him. We know it's a bad idea and you might get lucky and so far nothing has happened. But again, that's yet nothing's happened yet, so eventually it will catch up to them and they will get into an accident. So by the same process, Mary says. I used to run across a Fourlane highway as a kid and I never got hit, so must be safe and good one. </w:t>
      </w:r>
      <w:r>
        <w:br/>
      </w:r>
    </w:p>
    <w:p w:rsidR="00B20107" w:rsidRDefault="00000000">
      <w:r>
        <w:t xml:space="preserve">So eventually it will catch up to you. So why not spend the time to work in a cleaner environment with cleaner tools? It's better for you, it's better for the pets, it's better all around. And the ones that dismiss all this information the most is the ones like me that have been grooming for 30 years. I've now been grooming 35 years and well, 30 years ago we didn't 35 years ago we didn't. </w:t>
      </w:r>
      <w:r>
        <w:br/>
      </w:r>
    </w:p>
    <w:p w:rsidR="00B20107" w:rsidRDefault="00000000">
      <w:r>
        <w:lastRenderedPageBreak/>
        <w:t xml:space="preserve">Well, no, we didn't have any of this 35 years ago we didn't have electric tables or electric tubs. We didn't have ramps on the tubs either we it was like an actual tub that you put in your bathroom and it was attached to a wall on 2 by fours. And since we didn't have these tubs back then we didn't have electric tables. Should we still be working on folding tables with tubs that don't have ramps on them? Since we didn't have high velocity dryers back then all we had was stand dryer should we still just be using that? No because as improvements come along we need to adapt. </w:t>
      </w:r>
      <w:r>
        <w:br/>
      </w:r>
    </w:p>
    <w:p w:rsidR="00B20107" w:rsidRDefault="00000000">
      <w:r>
        <w:t xml:space="preserve">Sanitation has come so far in the last hundred years. Even further in the last 25 OK so in the eighteen hundreds, people didn't necessarily bathe every day. So should we not do that then? Should we never, you know, bathe once a month when if we can look? no. So yeah, that's why not take advantage of everything that we have available to us? And for those that have been in another profession, grooming is not the same as veterinary. </w:t>
      </w:r>
      <w:r>
        <w:br/>
      </w:r>
    </w:p>
    <w:p w:rsidR="00B20107" w:rsidRDefault="00000000">
      <w:r>
        <w:t xml:space="preserve">We're not dealing with the same issues. And if they come from a veterinary background, I would expect them well to understand zoonotic diseases. And if they don't, I would ask them why they don't because zoonotics are real. It's an issue okay if your loop looks like this, throw it away. Like tomorrow or Tuesday when you get back in the salon. Throw that sucker in the trash. Because all right, see all these little black balls here? These are called bio balls. </w:t>
      </w:r>
      <w:r>
        <w:br/>
      </w:r>
    </w:p>
    <w:p w:rsidR="00B20107" w:rsidRDefault="00000000">
      <w:r>
        <w:t xml:space="preserve">The purpose of these is you put them in an aquarium and because of all of the elongated surface bacteria collects on these bio balls and when the water is processed through a filter for a an aquarium, the bacteria will consume the ammonia and the nitrates and the things like this that come through the water. However they are covered in bacteria. This is the same concept as a septic system for those that don't have a water sewer, you know a sewer hookup for their home. I have septic and we put in every month there is a an additive that goes in and it's essentially like this. </w:t>
      </w:r>
      <w:r>
        <w:br/>
      </w:r>
    </w:p>
    <w:p w:rsidR="00B20107" w:rsidRDefault="00000000">
      <w:r>
        <w:t xml:space="preserve">So the bacteria can grow and it can consume the waste. If you look at that loop you will notice the hair on it looks much like those bio balls. So if the bio balls, the purpose of them is to collect bacteria, what's on that loop? Bacteria, right. So you'd be spreading skin issues from one dog to another because that bacteria on that hair is what they're living on Okay. So this is what I like, the biotain loops. You could just wipe them. Fur doesn't stick to him. Hair doesn't stick to him it doesn't get embedded. And I've had mine five years. Biotain is wonderful and there's so many different companies. </w:t>
      </w:r>
      <w:r>
        <w:br/>
      </w:r>
    </w:p>
    <w:p w:rsidR="00B20107" w:rsidRDefault="00000000">
      <w:r>
        <w:t xml:space="preserve">There's colors, there's, I mean they you could find whatever you want in a biotain loop, like literally any color, any size, length, what have you will find it drying station, so you're drying station should be vacuumed after every single pet that gets dried because it's a slip and fall </w:t>
      </w:r>
      <w:r>
        <w:lastRenderedPageBreak/>
        <w:t xml:space="preserve">hazard as well as the fact it's a bacteria hazard and you're blowing off like we discussed earlier. Possibly flea eggs, possibly skin all kinds of other things that you're blowing around the salon. Vacuum it up after every pet Happy hoodies and towels. One happy hoodie per pet per day. </w:t>
      </w:r>
      <w:r>
        <w:br/>
      </w:r>
    </w:p>
    <w:p w:rsidR="00B20107" w:rsidRDefault="00000000">
      <w:r>
        <w:t xml:space="preserve">Or you know if you do like we do laundry in the middle of the day, so probably we probably do 2 loads of laundry a day. Wash them, wash them, bleach them, dry them and then they're ready to reuse again. Towel same thing. One towel per pet per day. At least one you know, you may you can use more is fine. Just don't share them between each other. And we already covered the absorber, towels and the vinegar. Vacuum sweep round the table and the round the table and the table itself. </w:t>
      </w:r>
      <w:r>
        <w:br/>
      </w:r>
    </w:p>
    <w:p w:rsidR="00B20107" w:rsidRDefault="00000000">
      <w:r>
        <w:t xml:space="preserve">So you can sweep up, but you must vacuum in between because that's going to get the fine particulates that a broom is not. Clean the table and loop every single time. After every pet. Any muzzles, hammocks and E collars. After every single pet. Your tools after every single pet. At a bare minimum. Put those in your UV toaster if you do nothing else because your boss is like, no, I'm not giving you that kind of time, I don't understand use the UV toaster. Just pop them in there, you know, get the hair out of them, throw them in there, cook them for 10 minutes in the UV toaster. If you do absolutely nothing else, but I'm begging you to clean your blades between pets, please. </w:t>
      </w:r>
      <w:r>
        <w:br/>
      </w:r>
    </w:p>
    <w:p w:rsidR="00B20107" w:rsidRDefault="00000000">
      <w:r>
        <w:t xml:space="preserve">And crates should be used should be. No other dog should go in that crate before that crate is cleaned. What we do is we have chalkboard stickers that go on the crates, and when the dog was in the crate we have chalk. Those chalk markers you get at the dollar store and we write the dog's name on it. The crate gets cleaned completely both sides of the door, inside and out, and when you shut the clean door, you wipe the name off the crate. That's how you know that crate is available. If it has a name on, it hasn't been cleaned. Even if it's empty and it looks clean. </w:t>
      </w:r>
      <w:r>
        <w:br/>
      </w:r>
    </w:p>
    <w:p w:rsidR="00B20107" w:rsidRDefault="00000000">
      <w:r>
        <w:t xml:space="preserve">If that name is on it, it's not clean. So dry erase tags, chalkboard tags, whatever your druthers happens to be. This is my salon at 1:00 in the afternoon. We've been open since eight thirty, so five hours at this point. About 10 dogs have been bathed and dried in these two tubs right here. A load of laundry has been done and this is what it looks like. This is an average day for my salon and you'll notice the anti fatigue mat that Ashley is standing on. It's over dry deck so that the bottom of it can't sop up the water from the floor and it really doesn't take much effort to do this it really doesn't. </w:t>
      </w:r>
      <w:r>
        <w:br/>
      </w:r>
    </w:p>
    <w:p w:rsidR="00B20107" w:rsidRDefault="00000000">
      <w:r>
        <w:t xml:space="preserve">And they both have a dog in the tub at this time. One of them's A teeny dog and who's blind and deaf and tries to commit suicide at this tub that Ashley, she's the blonde that she's doing so he doesn't get the great you have to do him down in because he tries to kill himself by </w:t>
      </w:r>
      <w:r>
        <w:lastRenderedPageBreak/>
        <w:t xml:space="preserve">wandering out of the tub even though he's got the trach Saber on and I have 3 tubs. The other tubs in the cat room which is to the left of this picture. Yeah I use the trach Saber on all the I want to hang myself in the tub dog and then Christy as you can see the top of his head over in the back tub there. </w:t>
      </w:r>
      <w:r>
        <w:br/>
      </w:r>
    </w:p>
    <w:p w:rsidR="00B20107" w:rsidRDefault="00000000">
      <w:r>
        <w:t xml:space="preserve">So this is the tub at the end of the day. This is the rubber mat that is goes in for the big dogs. These are all the slip leads that were used. There's the one bottle that got cleaned because it was the only one that was empty. There's the dry deck that was underneath the anti fatigue mat and you can see the Gray corner of the of the mat itself in the lower right hand corner. So end of day, this rubber mat here that's hanging here, it was four months old when this picture was taken. </w:t>
      </w:r>
      <w:r>
        <w:br/>
      </w:r>
    </w:p>
    <w:p w:rsidR="00B20107" w:rsidRDefault="00000000">
      <w:r>
        <w:t xml:space="preserve">Notice there is no mold, no mildew or anything else on that on those mats on that mat. And the tub not only gets cleaned, but it gets squeegee and you pick up a squeegee at the dollar store. So if there's no water in the tub, no mold can grow. If there's no water in the tub, no mildew can grow. To win win. The recirculator gets held up by a chain in the bathtub And the chain came from, I don't know, it was some small store. </w:t>
      </w:r>
      <w:r>
        <w:br/>
      </w:r>
    </w:p>
    <w:p w:rsidR="00B20107" w:rsidRDefault="00000000">
      <w:r>
        <w:t xml:space="preserve">It's a cheap chain too. It's not a like a super heavy duty kind of thing. So under the tub is an. Is as important as is inside the tub because that's where the mold's going to grow that's with the water underneath the tub it's wet, so you have to check underneath your tubs it should be dry if it's not dry it. Grab your cleaning rag and dry all that moisture up and then throw them in the washing machine. We have colored towels for this very purpose because if you use one of my white spa towels that the dogs lay on to clean under the tub at the end of day my brain will literally explode. </w:t>
      </w:r>
      <w:r>
        <w:br/>
      </w:r>
    </w:p>
    <w:p w:rsidR="00B20107" w:rsidRDefault="00000000">
      <w:r>
        <w:t xml:space="preserve">Do not use a cloth that you will ever be putting on a dog for this purpose. Cleaning cloths and pet cloths are not the same. Clean out the drain. Use hemostats if you need to we have a pair for this express purpose. They're the only pair of hemostats in the salon that have a red handle. I bought them because they had a red rubber handle on them to pull hair out of the drain because sometimes you need to get in there and it's deep. </w:t>
      </w:r>
      <w:r>
        <w:br/>
      </w:r>
    </w:p>
    <w:p w:rsidR="00B20107" w:rsidRDefault="00000000">
      <w:r>
        <w:t xml:space="preserve">So again, someone suggested using vinegar and water. And what did we cover earlier about vinegar and water? Vinegar doesn't kill viruses, so while vinegar is a lovely cleaner, it's not actually disinfecting what's required. So you need to use Clarhex or two fifty six in your recirculators because vinegar is a lovely cleaner and while it does disinfect for some things, it doesn't disinfect for all things, like anything that we needed to. So you should not someone said it was suggested to turn the research on its side. Well, the problem with turning the recirculator on its side is that they're still going to be build up inside of it and it's just on its side if you hang it up, the fluid will drain out of it, so nothing can stay in the </w:t>
      </w:r>
      <w:r>
        <w:lastRenderedPageBreak/>
        <w:t xml:space="preserve">chamber overnight. </w:t>
      </w:r>
      <w:r>
        <w:br/>
      </w:r>
    </w:p>
    <w:p w:rsidR="00B20107" w:rsidRDefault="00000000">
      <w:r>
        <w:t xml:space="preserve">Tool chest and drawers. There shouldn't be any hair in the tool chest and drawers for the same reason. Go back and going back to the bio bums. All of the fur and hair carries bacteria that will happily live in and on your tools. That's gross. Dryers wipe them down at the end of the day. Computer screens wipe them down. Keyboards too. Takes a second. Wipe the your square tablet thing. Wipe that down. So this is another view of the tub. </w:t>
      </w:r>
      <w:r>
        <w:br/>
      </w:r>
    </w:p>
    <w:p w:rsidR="00B20107" w:rsidRDefault="00000000">
      <w:r>
        <w:t xml:space="preserve">Wipe the anti fatigue mats off. At the end of the day wipe your counters. All your open racks should be hairfree. The filters on your dryer should be hairfree. Your high velocity nozzle should be hairfree. This is your cleaning list for the for the end of the week. So clean the bottoms of your anti fatigue mat all right, so take save your crappy slicker brush that is like it's bent it's funky, you need a new one. You go to a trade show, you get a sparkly new brand new slicker brush and it's awesome. Don't throw the old one away. Use that to clean the bottom of the anti fatigue mask. Because when we're doing haircuts and we're doing dsheds, sometimes the mat moves around and when it moves around it slides over the fuzz that's on the floor, which is natural because you can't clean and groom a dog at the same time, You just can't. </w:t>
      </w:r>
      <w:r>
        <w:br/>
      </w:r>
    </w:p>
    <w:p w:rsidR="00B20107" w:rsidRDefault="00000000">
      <w:r>
        <w:t xml:space="preserve">You only have so many hands. So you take the slicker brush, you flip it so that it's bottom up and you take the slicker brush and you brush the fur off of it. Clean your walls, clean your floors, your bathroom, your counter areas, your monitors, the filters on the dryers, your floor mats, your dryers, your Clipper vacs. Those should be emptied and cleaned out every day and again every week. Take the slicker brush and there's a bag. It's like a filter in there and you just use your crappy slicker brush and you brush all that hair and stuff off of it. Your air conditioners and your humidifiers. </w:t>
      </w:r>
      <w:r>
        <w:br/>
      </w:r>
    </w:p>
    <w:p w:rsidR="00B20107" w:rsidRDefault="00000000">
      <w:r>
        <w:t xml:space="preserve">Your air purifiers, your overhead lights. There shouldn't be things living on your if you're like me, I can show you in this picture here. See, we have the four foot hanging LED lights. We have those all over the salon i have 1 over a dozen. Those get cleaned off on top at the end of every week. They have to because fur gets up there and sometimes it's on the light bulb itself and even though they're LED so it's not going to like burn out a bulb or anything like that. </w:t>
      </w:r>
      <w:r>
        <w:br/>
      </w:r>
    </w:p>
    <w:p w:rsidR="00B20107" w:rsidRDefault="00000000">
      <w:r>
        <w:t xml:space="preserve">I don't want it up there because I don't want us to be breathing it. Your baseboard heaters, your ceilings, your trash cans, your mirrors. Empty the Clipper vac, Clipper vac and HV hoses. Examine your tub for any issues look for any molds if you have to redo your caulking, any of that kind of thing. Take care of that. And under the cage banks and behind the cage banks should be done at the end of every week. </w:t>
      </w:r>
      <w:r>
        <w:br/>
      </w:r>
    </w:p>
    <w:p w:rsidR="00B20107" w:rsidRDefault="00000000">
      <w:r>
        <w:lastRenderedPageBreak/>
        <w:t xml:space="preserve">Now like I said, I have a professional clean that comes in. She spends 3 hours with her team in there it cost me 150$ and i assure you that it would take the six of us that are in my salon more than 3 hours to do all of this ourselves. If we did all that she does because she does everything from the ceiling down, she does it in three hours. I would pay more than 150$ to have my staff do it. That's why I hire a cleaner to do it, because it's actually cheaper for me in the long run. </w:t>
      </w:r>
      <w:r>
        <w:br/>
      </w:r>
    </w:p>
    <w:p w:rsidR="00B20107" w:rsidRDefault="00000000">
      <w:r>
        <w:t xml:space="preserve">And she's better at it because that's what she does. We're groomers. That's what we do. I'm better at brushing a dog than she is. She's better at doing a deep clean on my salon than I am cleaning list for the end of the month. So you have your windows, your door frames, your doors, enclosed closets and cupboards, old shampoo and product. Every time a shampoo bottle is open, the date is written on it and sharpie. At every the end of every month we look to see what's coming up out of date for next month and then we make note of it so it goes on the dry erase on the cupboard so that it's like twenty sixth. </w:t>
      </w:r>
      <w:r>
        <w:br/>
      </w:r>
    </w:p>
    <w:p w:rsidR="00B20107" w:rsidRDefault="00000000">
      <w:r>
        <w:t xml:space="preserve">This is going out of date, so if possible we try to use it up before then. If not then it gets pulled and it gets put in the cleaning cupboard instead of the shampoo covered and then it gets used for floor mats and this kind of thing. Rip towels get taken out and they get cut into 4 sections and then they go underneath the cats and the bunnies to send them home. So that because you can't walk a Bunny or a cat for a groom and you can't say, oh, do you have to pee? They're if they got to pee, they're going to pee and they just paid me a whole bunch of money to groom this animal. </w:t>
      </w:r>
      <w:r>
        <w:br/>
      </w:r>
    </w:p>
    <w:p w:rsidR="00B20107" w:rsidRDefault="00000000">
      <w:r>
        <w:t xml:space="preserve">I don't want to send it home covered in pee, so I will put a towel in because a lot of owners don't. And it's a rip towel it's going to throw it away anyway, so I may as well make use of it and it's good customer service customers appreciate it. Clean your dry deck and your floor mats. At the end of every day we do one piece of the dry deck not the one that's near the tub, but we have dry deck that goes all the way up the hallway. </w:t>
      </w:r>
      <w:r>
        <w:br/>
      </w:r>
    </w:p>
    <w:p w:rsidR="00B20107" w:rsidRDefault="00000000">
      <w:r>
        <w:t xml:space="preserve">And every day each tub gets a piece of dry deck cleaned in it. So there's three pieces that get done, and there's six pieces total, so they get done every other day the entire thing is cleaned. Check your waiting room. I was at the my vet's office and I was standing because there was nowhere to sit that my dog could not be near. Another pet and a woman sat down in their office chairs and the chair broke because no one had checked to see if the chairs were stable and the chairs were old. Because when people sit down, especially, kids will wiggle around and it weakens the chair. And she just sat down in the chair and it just went and it fell apart underneath her bum. </w:t>
      </w:r>
      <w:r>
        <w:br/>
      </w:r>
    </w:p>
    <w:p w:rsidR="00B20107" w:rsidRDefault="00000000">
      <w:r>
        <w:t xml:space="preserve">So that's not good because she could have fallen on her dog and it's a bad look in general. Clean your microwave. Clean your refrigerator behind all the crates. Clean it out for stray </w:t>
      </w:r>
      <w:r>
        <w:lastRenderedPageBreak/>
        <w:t xml:space="preserve">fuzz. Change your Clipper drive at the end of every month. And someone said they found snot wiped on the chairs the other day. That's a kid. I mean, it happens. Kids do weird things. It is very gross. We were all kids. Kids do weird stuff. It's inexplicable. </w:t>
      </w:r>
      <w:r>
        <w:br/>
      </w:r>
    </w:p>
    <w:p w:rsidR="00B20107" w:rsidRDefault="00000000">
      <w:r>
        <w:t xml:space="preserve">Clean the top to your cupboards in your closets. Clean the crates outsides so we clean the inside of the crate. But how often do you wipe the outside of the crate? Should be done every month so that dust and whatnot doesn't collect on them. Clean if you have the Grizzly Octopus arms, clean those oil the unused blades that you have. I have some blades that I do not use often. </w:t>
      </w:r>
      <w:r>
        <w:br/>
      </w:r>
    </w:p>
    <w:p w:rsidR="00B20107" w:rsidRDefault="00000000">
      <w:r>
        <w:t xml:space="preserve">I have a 5/8 toe blade I haven't groomed. I'm not. I'm taking new dog in like 6 years now. I haven't groomed my standard poodles are all passed. So I haven't done clean feet in four years I think since my last standard poodle passed away. Well, the blade is so good and at some point in the future I may need it for whatever reason. I clean and I oil that blade and I put it in a teeny tiny. You can get these itty bitty zip lock bags that are blade sized and get them on Amazon. </w:t>
      </w:r>
      <w:r>
        <w:br/>
      </w:r>
    </w:p>
    <w:p w:rsidR="00B20107" w:rsidRDefault="00000000">
      <w:r>
        <w:t xml:space="preserve">So clean the blade, oil the blade, pop it in there and zip it up so that humidity doesn't get in but that blade will still be good months from now and but revisit those every month and just throw it out of oil if they need it because they do dry out even in a bag overtime cleaning list for six months. Any equipment that's worn out or threadbare, replace it. </w:t>
      </w:r>
      <w:r>
        <w:br/>
      </w:r>
    </w:p>
    <w:p w:rsidR="00B20107" w:rsidRDefault="00000000">
      <w:r>
        <w:t xml:space="preserve">Get your sharpening done. Send it away before your vacation or before the take it to the trade show. Change your Clipper hinge so that's the thing that the Clipper blade hinges on that When that goes, your Clipper motor works harder, so your hinge should be replaced every six months to maintain the integrity of your Clipper motor. Check your Clipper cord if you have corded Clippers, your brushes on your high velocity dryers. </w:t>
      </w:r>
      <w:r>
        <w:br/>
      </w:r>
    </w:p>
    <w:p w:rsidR="00B20107" w:rsidRDefault="00000000">
      <w:r>
        <w:t xml:space="preserve">If in a busy salon, check them. You should change your own if you know how, it's really easy you can do it i know you can i I've done mine for forever. Check your smoke detector batteries. Know that they're sound because you want to know if something happens in your salon, you want to be alerted. Cleaning list for yearly. Your client go through your client cards and your inactive client lists. Put those in a folder for inactive as of 2023 That's what I so I have the years. </w:t>
      </w:r>
      <w:r>
        <w:br/>
      </w:r>
    </w:p>
    <w:p w:rsidR="00B20107" w:rsidRDefault="00000000">
      <w:r>
        <w:t xml:space="preserve">You want to save these for three years since their last grooming appointment date. I don't bother going through them, I just wait till that entire year is over and at the end of the year I have Angie just shred them. So three years has gone by it the 2020 at the end of this year </w:t>
      </w:r>
      <w:r>
        <w:lastRenderedPageBreak/>
        <w:t xml:space="preserve">inactive since 2020 That whole folder will get shredded at the end of the year. </w:t>
      </w:r>
      <w:r>
        <w:br/>
      </w:r>
    </w:p>
    <w:p w:rsidR="00B20107" w:rsidRDefault="00000000">
      <w:r>
        <w:t xml:space="preserve">Start a list on how much shampoo and product you order in my shampoo cupboard. I have a date ordered and what I ordered and then I have date opened and it's each type of shampoo and with a sharpie. Each shampoo gets written on for when it was opened and then it's put on the list for it was opened On this date and when it's finished and the last event shampoo has been used it gets written on when it was used or if a year has gone by and there's still some in the gallon, if that's the case that gets put here how much was unused? Was it like a sixteenth? Was it a half a gallon i want to know because next time I can order one sixteen ounce bottle or two sixteen ounce bottles rather than a whole gallon for shampoo we're not using and that has saved me a ton of money declutter. </w:t>
      </w:r>
      <w:r>
        <w:br/>
      </w:r>
    </w:p>
    <w:p w:rsidR="00B20107" w:rsidRDefault="00000000">
      <w:r>
        <w:t xml:space="preserve">I know I am the worst when it comes to tools. I love all the tools i want to try all the tools i want to have all the things declutter. Get rid of stuff that you don't need anymore. Sell it off to another groomer who is also a tool holder. I have bought tools that don't work well and for me, for my purposes, Other people love them. That's fine. Here you go. I don't like the scissor holders that have like that foamy stuff in them. I don't. I prefer my scissors in her drawer, but other groomers like them very much so I had won one of those and I just sold it for like cheap to another groomer. </w:t>
      </w:r>
      <w:r>
        <w:br/>
      </w:r>
    </w:p>
    <w:p w:rsidR="00B20107" w:rsidRDefault="00000000">
      <w:r>
        <w:t xml:space="preserve">She liked it. So get rid of the stuff you don't use, don't need. Replace any table tops that aren't in good shape. Service your stand dryers. If you have an opera, you should have an operating manual and everything should be written down. If the owner is the only one in the salon that knows the proper procedures for everything. If that owner were to be out for an unexpected injury or for because they're off teaching in a trade show like I am, how do you know things are being done as they should be? It's easy you write them down and in the operating manual. It takes time. </w:t>
      </w:r>
      <w:r>
        <w:br/>
      </w:r>
    </w:p>
    <w:p w:rsidR="00B20107" w:rsidRDefault="00000000">
      <w:r>
        <w:t xml:space="preserve">It took me 6 months to write my operating manual. It is 774 pages. It is literally as complete as complete can be. Every single thing down to how do you clean the bathroom Is in that operating manual so that I know when I go to a trade show and I'm gone for a week. That salon doesn't miss a beat. So here's an excerpt from my operating manual. This is on Cleaning the tub. This tells you how to clean that bathtub and it tells you everything you need to know all right, so the last part, grooming, safety, proper restraints, and common mistakes. </w:t>
      </w:r>
      <w:r>
        <w:br/>
      </w:r>
    </w:p>
    <w:p w:rsidR="00B20107" w:rsidRDefault="00000000">
      <w:r>
        <w:t xml:space="preserve">Always use a loop or trach saver on a dog in the tub. And I say this because we have dogs. We groom our dogs on a very consistent basis. Ok there was a groomer and she had a Border collie and her border collie was fantastic, beautiful, wonderful border collie had been groomed all the time, his entire life. She had him in the tub, she had him looped and </w:t>
      </w:r>
      <w:r>
        <w:lastRenderedPageBreak/>
        <w:t xml:space="preserve">she said stay now This dog had his CD and obedience this is a good dog and she went to answer the phone while she was on the phone for a few minutes taking an appointment. </w:t>
      </w:r>
      <w:r>
        <w:br/>
      </w:r>
    </w:p>
    <w:p w:rsidR="00B20107" w:rsidRDefault="00000000">
      <w:r>
        <w:t xml:space="preserve">When she got back, her pet border collie passed away because he jumped out of the tub to go see where mom was and he hung himself and he died. So you need to loop or trach saver any dog that's in a tub at all times. However, you should never leave them. If a dog isn't looped when they're in a tub, then when they jump out of the tub as some dogs do, randomly, they get spooked and they jump out of the tub. Their legs break. That happened to another groomer, her dog. </w:t>
      </w:r>
      <w:r>
        <w:br/>
      </w:r>
    </w:p>
    <w:p w:rsidR="00B20107" w:rsidRDefault="00000000">
      <w:r>
        <w:t xml:space="preserve">It was an Irish Sutter, beautiful Irish Sutter and he jumped out of the tub and he broke both of his front legs. It was just something spooked him she to this day does not know why and he had been groomed his entire life he was 8 years old at this point, so you'd figure at 8 years old, pretty bomb proof, but he just up and jumped out of the tub he wasn't looped and broke both his legs. </w:t>
      </w:r>
      <w:r>
        <w:br/>
      </w:r>
    </w:p>
    <w:p w:rsidR="00B20107" w:rsidRDefault="00000000">
      <w:r>
        <w:t xml:space="preserve">So you don't want that to be a customer dog or your own dog for that matter. And again, never walk away from a dog in the tub because when they jump out of the tub and they are restrained, they'll hang themselves. And we don't. That's we don't want this. We never want this. We love pets that's why we do this job. We never want to be in this position ever. </w:t>
      </w:r>
      <w:r>
        <w:br/>
      </w:r>
    </w:p>
    <w:p w:rsidR="00B20107" w:rsidRDefault="00000000">
      <w:r>
        <w:t xml:space="preserve">All right. So in the PPGSA it states that no time should self tightening loops be used as a restraint. Yes, even looped someone said keep one hand on the dog at all times if you have to look away that is very sound because what you may not see, you can feel that dog is moving and they're going to be doing something ridiculous. You can feel them moving around in the tub and you're like what are you doing, don't be doing that, don't be crazy pants. You just wait right there. And so we don't want to use self tightening. And they're nooses they're not loops, They're nooses because this is the purpose of a noose itself tightens because you would need to always keep a hand on the dog to make sure that they couldn't get away from you. </w:t>
      </w:r>
      <w:r>
        <w:br/>
      </w:r>
    </w:p>
    <w:p w:rsidR="00B20107" w:rsidRDefault="00000000">
      <w:r>
        <w:t xml:space="preserve">I borrowed this loop and I keep it for demonstrations for this class. Now you'll notice I'm doing all of this with stuffed dogs. And yes, Lube dogs can fall off a table and fall out of loops. Not hanging, but still not safe. You can't always keep two hands on the dog. You can't because you cannot change a Clipper blade with one hand. Not consistently. You can't. It's impossible because there's a button you have to push and you have to do this. So unless you're basically a pretzel while you're holding on to that dog, you can't. And dogs are dogs do things we cannot understand or explain a fair portion of the time. </w:t>
      </w:r>
      <w:r>
        <w:br/>
      </w:r>
    </w:p>
    <w:p w:rsidR="00B20107" w:rsidRDefault="00000000">
      <w:r>
        <w:lastRenderedPageBreak/>
        <w:t xml:space="preserve">I know my dogs do. I love them dearly, but I'm like why what why? Why would you do that? So don't use the self tightening loops because they were noose and if and when that dog steps off the table, it'll break their neck and we don't want to be there. We don't want to do that. Allow the dog to stand comfortably on the feet. This is the problem that happened with the dog that was killed in New York when doing a nail trim. </w:t>
      </w:r>
      <w:r>
        <w:br/>
      </w:r>
    </w:p>
    <w:p w:rsidR="00B20107" w:rsidRDefault="00000000">
      <w:r>
        <w:t xml:space="preserve">That dog was barely touching the ground. The feet he was on tiptoe, his head was way up here he was tied to the thing that ties him to the table i'm not going to mention what it is you know what it is. And they were pulling that dog back, consistently pulling it and pulling it back. Well, what they did was they choked it to death by doing that. The dog should be able to stand comfortably without being on their tip toes on the table because you are not put into a chair when you go for a haircut and they don't make you stand like that sit like this in the chair with your chin all the way up because it's not comfortable. </w:t>
      </w:r>
      <w:r>
        <w:br/>
      </w:r>
    </w:p>
    <w:p w:rsidR="00B20107" w:rsidRDefault="00000000">
      <w:r>
        <w:t xml:space="preserve">The pet should be comfortable. This should be enjoyable for them. It shouldn't be a traumatic thing to get groomed. I see way too many of these in groups and forums as belly bands. The one furthest to the left is a chain. The other three are bungee cords. What they are not is a belly band. None of these are belly bands. They should not be used as belly bands. Why should they not be used as a belly bands? Well, the chain can pinch that pinch of skin. </w:t>
      </w:r>
      <w:r>
        <w:br/>
      </w:r>
    </w:p>
    <w:p w:rsidR="00B20107" w:rsidRDefault="00000000">
      <w:r>
        <w:t xml:space="preserve">It's a chain, and you can put a pool noodle over it. However, a pool noodle is very difficult to disinfect when it's around and on a penis. So if you have a penis that's rubbing against a pool noodle because a belly band shouldn't be directly on the skin, you're going to have a very tight, difficult time getting the schmag out of that pool noodle. So you're going to have repetitive penis stuff being passed from dog to dog to dog to dog. Someone mentioned a choke collar so those chain choke collar should never be used at any time on a dog for any reason on a grooming table, it should not. </w:t>
      </w:r>
      <w:r>
        <w:br/>
      </w:r>
    </w:p>
    <w:p w:rsidR="00B20107" w:rsidRDefault="00000000">
      <w:r>
        <w:t xml:space="preserve">When you apply a chain or a bungee cord to a dog, you can cause them harm. A bungee cords don't allow for any padding, and chains can catch their skin or worse. A penis can get caught in that chain belly, and the bands need to be wide enough so the dog rests on it for a moment it's not compacting pressure into one small area. Make sure when you purchase your belly band this is taken to account. Not all belly bands are created equally. </w:t>
      </w:r>
      <w:r>
        <w:br/>
      </w:r>
    </w:p>
    <w:p w:rsidR="00B20107" w:rsidRDefault="00000000">
      <w:r>
        <w:t xml:space="preserve">Slapping a pool noodle on any of these doesn't make it a belly band either. Use the items created for this purpose. Don't spread things in your salon. So we Is there anyone here that has never groomed a dog that had a drippy penis? No, I assure you, everyone has groomed that dog to the point where some of us have had to put towels and other things underneath that dog because of it was disgusting. And we actually had a dog we used to call him Drippy. </w:t>
      </w:r>
      <w:r>
        <w:lastRenderedPageBreak/>
        <w:t xml:space="preserve">I don't even remember what the dog's actual name was because all we called him was Drippy. Because he was drippy it was gross. So you want something underneath those dogs that you can clean. </w:t>
      </w:r>
      <w:r>
        <w:br/>
      </w:r>
    </w:p>
    <w:p w:rsidR="00B20107" w:rsidRDefault="00000000">
      <w:r>
        <w:t xml:space="preserve">These are actual belly bands one is Biothane and one is a padded one. Both of them can be cleaned and disinfected. Both of these can go from the tub to the table and they can be cleaned up very easily and not be spreading things from groin to groin. So proper belly band usage now here's the thing about a belly band. You want a fist sized gap between that fist size, between that belly band and that dog's flesh. Because very dear friend of mine had a little old dog and she just seemed off one day and they didn't know why. </w:t>
      </w:r>
      <w:r>
        <w:br/>
      </w:r>
    </w:p>
    <w:p w:rsidR="00B20107" w:rsidRDefault="00000000">
      <w:r>
        <w:t xml:space="preserve">So being who she is, she took the dog to the vet. The vet was did an xray because they thought maybe blockage. Come to find she had in this little itty bitty dog who was maybe twelve pounds. She had a soft ball sized tumor inside her belly. You couldn't see it. They didn't know it was there. And she was a vet tech and she had no idea she couldn't feel it she didn't know it was there. Had a belly band been applied to that dog, and had that dog been resting on it, that would have abraded against the tumor and it would have caused caused internal bleeding. </w:t>
      </w:r>
      <w:r>
        <w:br/>
      </w:r>
    </w:p>
    <w:p w:rsidR="00B20107" w:rsidRDefault="00000000">
      <w:r>
        <w:t xml:space="preserve">That dog could have died. So you never want a belly band where it is abrading against or rubbing or pushing, causing pressure on a dog's skin. You want a fist size with between the bottom of that belly and that belly band. And I understand there are dogs that are very difficult to stand up and I have done a lot of these dogs. But with time and training and consistency, you can either get them to stand or you if they're old, like I have a lot of elderly giants, I do them on the floor. I just do them on the floor and they can just lay down because when they lay down they don't fit on my table anymore, even though it is as large as it is. </w:t>
      </w:r>
      <w:r>
        <w:br/>
      </w:r>
    </w:p>
    <w:p w:rsidR="00B20107" w:rsidRDefault="00000000">
      <w:r>
        <w:t xml:space="preserve">And no, it is not easy to groom a giant dog on the floor. However, I do charge extra for it because it's my body that is going through the difficulty to crawl around on that floor thank God I only have one left that is a giant and but my back, my knees, my hips and my shoulders pay for it. I hurt so I charge 50$ more and his mom tips me too. </w:t>
      </w:r>
      <w:r>
        <w:br/>
      </w:r>
    </w:p>
    <w:p w:rsidR="00B20107" w:rsidRDefault="00000000">
      <w:r>
        <w:t xml:space="preserve">So have you guys heard about the groomer that held the German Shepherd dog up by the tail and to get him to stand? Don't ever lift the dog by the tail. Don't do it. And I understand that they terriers. When they're in the show ring, they're lifted by the mandible and the tail. Here's the hitch and the deal. We all know that there's a thing called well bred dogs. And then maybe we could call them bred dogs. They're purebredish, but they're certainly not well bred, and we know that it's like, wow, he's really jacked up. I have one of these bred dogs and he's lovely and his name is PJ and he's wonderful. </w:t>
      </w:r>
      <w:r>
        <w:br/>
      </w:r>
    </w:p>
    <w:p w:rsidR="00B20107" w:rsidRDefault="00000000">
      <w:r>
        <w:lastRenderedPageBreak/>
        <w:t xml:space="preserve">However, his entire body is a physical travesty. I had to have almost all of his teeth pulled out because they were pointing in every direction except up and down. He's way too long he's way too tall he's going to have back issues he's going to have all kinds of problems. If he were a terrier and someone were to try to lift him like they lifted a show dog, he would not have the proper musculature and bone structure to allow for that type of lift because he's just jacked up. </w:t>
      </w:r>
      <w:r>
        <w:br/>
      </w:r>
    </w:p>
    <w:p w:rsidR="00B20107" w:rsidRDefault="00000000">
      <w:r>
        <w:t xml:space="preserve">I love him dearly, but I know when he gets older we're going to have medical issues. So on the terriers that I groom that are wow, it is a terrier. He is white. We can call him a Westie Ish. I will do my best to make him look like a Westie, but he's about four inches too tall, about 3 inches too long. His head is not shape the way it's supposed to be. His feet are easty westy, and if I were to lift that dog by his tail and his mandible, I would pull the tail out of the socket. </w:t>
      </w:r>
      <w:r>
        <w:br/>
      </w:r>
    </w:p>
    <w:p w:rsidR="00B20107" w:rsidRDefault="00000000">
      <w:r>
        <w:t xml:space="preserve">I just would, because he doesn't have what he needs to have to allow for that. So I don't lift any dog like this, simply because I don't know necessarily by looking at them. Who is well bred and who's not? Who has the proper musculature and skeletal system to make this work? So I don't want to be the one that stands them up by a tail and goes and the tail comes away from the dog. You don't either you don't want that fat bill. Never leave your shares on the table. I'm using a cheap pair of Dollar Store scissors. Because I'm not doing this i'm not doing a demo with my actual shears. </w:t>
      </w:r>
      <w:r>
        <w:br/>
      </w:r>
    </w:p>
    <w:p w:rsidR="00B20107" w:rsidRDefault="00000000">
      <w:r>
        <w:t xml:space="preserve">I'm not throwing them on the floor, not even for this. So I love you guys, but there's limits. So when that dog kicks your shears, you can ruin your shoes that way, or at least have them have to go send in for sharpening. We're close to choose. This is why it's a requirement in my salon to wear clothes to choose. I worked in a salon where a one of my lovely coworkers, she wore sandals every day. </w:t>
      </w:r>
      <w:r>
        <w:br/>
      </w:r>
    </w:p>
    <w:p w:rsidR="00B20107" w:rsidRDefault="00000000">
      <w:r>
        <w:t xml:space="preserve">I don't know how because they were like wooden bottomed. But she did. That was her thing. She dropped her shears and they went into her foot and they went like this, far into her foot they were standing up in her foot. Please wear clothes, so shoes, you don't want that. Another groomer that I worked with at a different salon later on always wore flip flops. And I said to where I said, geez, you know, at this other salon she got shears in her foot it was really bad and she had to go have surgery and it was awful. </w:t>
      </w:r>
      <w:r>
        <w:br/>
      </w:r>
    </w:p>
    <w:p w:rsidR="00B20107" w:rsidRDefault="00000000">
      <w:r>
        <w:t xml:space="preserve">And she said, oh, I'm not worried about it. Well, she was grooming a Cocker one day and that dog turned around. And I know every groomer in here is about to start cracking up because as soon as I said Cocker, you knew what happened. That dog turned around and pooped off the table onto her shoe and it was mushy and she had poop all over her feet and they were in flip flops and it was gross And we just went, This is why we tell you to wear </w:t>
      </w:r>
      <w:r>
        <w:lastRenderedPageBreak/>
        <w:t xml:space="preserve">closed toed shoes and we let her clean up her own feet because there you go, it was so gross. </w:t>
      </w:r>
      <w:r>
        <w:br/>
      </w:r>
    </w:p>
    <w:p w:rsidR="00B20107" w:rsidRDefault="00000000">
      <w:r>
        <w:t xml:space="preserve">It was funny because we had just had the discussion like the day before, and I'm like telling you it's not a good idea. And she poo pooed it and then she got poo pooed on. All right so when your shears should always be pointing at the ceiling or the floor when you're trimming feet, because if a dog kicks your shears and you're going across the foot, okay, what's going to happen you're going to catch the pad. If they're going this way and he kicks your foot, your shears going to go with the foot. If the shears are going down and he kicks them, your shears will go with the foot. </w:t>
      </w:r>
      <w:r>
        <w:br/>
      </w:r>
    </w:p>
    <w:p w:rsidR="00B20107" w:rsidRDefault="00000000">
      <w:r>
        <w:t xml:space="preserve">It's only across the pad that the shears are going to push into the cutting area. Okay, so that way you don't have to worry about that. When trimming ears, keep the ear leather behind your fingers. It's really easy to do and that way you can't cut an ear because it's behind your fingers and you just trim around your finger. This is how I teach all the groomers that I've talked to groom how to do ears. So when you're neatening up that little Yorkie ear, after you shave the tip of it, just put your thumb. </w:t>
      </w:r>
      <w:r>
        <w:br/>
      </w:r>
    </w:p>
    <w:p w:rsidR="00B20107" w:rsidRDefault="00000000">
      <w:r>
        <w:t xml:space="preserve">It's the perfect Yorkie ear shape, Like perfect. And when you're scissoring a head and you're scissoring an ear, don't scissor toward the head. Because when that dog goes like this, that scissor can sink in the back of their head point with the ceiling, you can. It may take a bit of finagling for you to figure out how to do that you may have to walk around your table to do that or turn the dog either way, but that's the safest thing and you don't have to worry about, you know, the reactive dogs going and jabbing themselves with their shears, cutting mats out of ears. </w:t>
      </w:r>
      <w:r>
        <w:br/>
      </w:r>
    </w:p>
    <w:p w:rsidR="00B20107" w:rsidRDefault="00000000">
      <w:r>
        <w:t xml:space="preserve">Use the Clipper. Don't use your shears. One of my long term clients was a border collie and her name was Hannah. She was fabulous, beautiful push button dog, did everything, would never do anything wrong she had a mat behind her ear and her mom went to cut the mat off with the pair of scissors and she cut off half her ear. She came in for grooming the next day and when I did intake, I was feeling the mat behind her ear and the top of her ear fell on the table. </w:t>
      </w:r>
      <w:r>
        <w:br/>
      </w:r>
    </w:p>
    <w:p w:rsidR="00B20107" w:rsidRDefault="00000000">
      <w:r>
        <w:t xml:space="preserve">Her mom knew she had cut her if she didn't know how bad she had cut her because she couldn't see it because of the mat, she started she just stopped cutting she left it. She was like, oh, I didn't want to do anymore i had already cut her. She literally cut the bottom of the year off, so don't and the dog didn't even lose her mind. It was that kind of dog, which makes it worse because if the dog had bit her, you would have been like, well, you know, no, she just sat there and let her do it, cut the entire half of the air off that was stuck in the mat. </w:t>
      </w:r>
      <w:r>
        <w:br/>
      </w:r>
    </w:p>
    <w:p w:rsidR="00B20107" w:rsidRDefault="00000000">
      <w:r>
        <w:lastRenderedPageBreak/>
        <w:t xml:space="preserve">So don't you shears? Do you have any questions all right, so I'm going to put my email in the chat. It is furry, FURRY tails, TAILS spa at charter dot net. Send me a copy of the test and then I will shoot out. I will email you your copy of the PGC credential. Ok i just want to make mention that one of my clients also took off the bottom of her dog's ear, cutting out a mat. It happens because you can't see what's going on under there. No use a Clipper it's so much safer. </w:t>
      </w:r>
      <w:r>
        <w:br/>
      </w:r>
    </w:p>
    <w:p w:rsidR="00B20107" w:rsidRDefault="00000000">
      <w:r>
        <w:t xml:space="preserve">A Clipper is not going to cut through an ear. Not the whole ear anyway you may catch a corner of it. I've done that. And that was Chelsea and she was a wire fox terrier and I was trimming her ears and she zigged. I zagged and I cut her ear and that was 27 years ago and I remember it like it was yesterday. The test will be on the same page as the recording. </w:t>
      </w:r>
      <w:r>
        <w:br/>
      </w:r>
    </w:p>
    <w:p w:rsidR="00B20107" w:rsidRDefault="00000000">
      <w:r>
        <w:t xml:space="preserve">Ok now here's the thing with the test. Ok the test. If you have a summit membership test, there's a link on the home page Okay so you have access to it. If you do not have a summit membership then that's an addon and contact Angie about that. And the link for that is on the if you fall, it's on the sales page however, that sales page is coming down tomorrow, so is that for I paid for? So Carla, you already have access to it. </w:t>
      </w:r>
      <w:r>
        <w:br/>
      </w:r>
    </w:p>
    <w:p w:rsidR="00B20107" w:rsidRDefault="00000000">
      <w:r>
        <w:t xml:space="preserve">Anita, we could probably stop the recording i think at this point we don't have questions recording. </w:t>
      </w:r>
      <w:r>
        <w:br/>
      </w:r>
    </w:p>
    <w:sectPr w:rsidR="00B20107" w:rsidSect="00034616">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F32DB" w:rsidRDefault="001F32DB">
      <w:pPr>
        <w:spacing w:after="0" w:line="240" w:lineRule="auto"/>
      </w:pPr>
      <w:r>
        <w:separator/>
      </w:r>
    </w:p>
  </w:endnote>
  <w:endnote w:type="continuationSeparator" w:id="0">
    <w:p w:rsidR="001F32DB" w:rsidRDefault="001F32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notTrueType/>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20107" w:rsidRDefault="00000000">
    <w:pPr>
      <w:pStyle w:val="Footer"/>
      <w:jc w:val="center"/>
    </w:pPr>
    <w:r>
      <w:t xml:space="preserve">Page </w:t>
    </w:r>
    <w:r>
      <w:fldChar w:fldCharType="begin"/>
    </w:r>
    <w:r>
      <w:instrText>PAGE</w:instrText>
    </w:r>
    <w:r w:rsidR="00931C81">
      <w:fldChar w:fldCharType="separate"/>
    </w:r>
    <w:r w:rsidR="00931C81">
      <w:rPr>
        <w:noProof/>
      </w:rPr>
      <w:t>1</w:t>
    </w:r>
    <w:r>
      <w:fldChar w:fldCharType="end"/>
    </w:r>
    <w:r>
      <w:t>/</w:t>
    </w:r>
    <w:r>
      <w:fldChar w:fldCharType="begin"/>
    </w:r>
    <w:r>
      <w:instrText>NUMPAGES</w:instrText>
    </w:r>
    <w:r w:rsidR="00931C81">
      <w:fldChar w:fldCharType="separate"/>
    </w:r>
    <w:r w:rsidR="00931C8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F32DB" w:rsidRDefault="001F32DB">
      <w:pPr>
        <w:spacing w:after="0" w:line="240" w:lineRule="auto"/>
      </w:pPr>
      <w:r>
        <w:separator/>
      </w:r>
    </w:p>
  </w:footnote>
  <w:footnote w:type="continuationSeparator" w:id="0">
    <w:p w:rsidR="001F32DB" w:rsidRDefault="001F32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052459026">
    <w:abstractNumId w:val="8"/>
  </w:num>
  <w:num w:numId="2" w16cid:durableId="1762799988">
    <w:abstractNumId w:val="6"/>
  </w:num>
  <w:num w:numId="3" w16cid:durableId="56126551">
    <w:abstractNumId w:val="5"/>
  </w:num>
  <w:num w:numId="4" w16cid:durableId="632751141">
    <w:abstractNumId w:val="4"/>
  </w:num>
  <w:num w:numId="5" w16cid:durableId="1516579958">
    <w:abstractNumId w:val="7"/>
  </w:num>
  <w:num w:numId="6" w16cid:durableId="967473136">
    <w:abstractNumId w:val="3"/>
  </w:num>
  <w:num w:numId="7" w16cid:durableId="1333796377">
    <w:abstractNumId w:val="2"/>
  </w:num>
  <w:num w:numId="8" w16cid:durableId="104814307">
    <w:abstractNumId w:val="1"/>
  </w:num>
  <w:num w:numId="9" w16cid:durableId="12996500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3"/>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F32DB"/>
    <w:rsid w:val="0029639D"/>
    <w:rsid w:val="00326F90"/>
    <w:rsid w:val="00931C81"/>
    <w:rsid w:val="00AA1D8D"/>
    <w:rsid w:val="00B20107"/>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5BC058ED-C00A-E246-9319-B6BBF2007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7428</Words>
  <Characters>42342</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49671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Mary Oquendo</cp:lastModifiedBy>
  <cp:revision>2</cp:revision>
  <dcterms:created xsi:type="dcterms:W3CDTF">2023-07-23T23:38:00Z</dcterms:created>
  <dcterms:modified xsi:type="dcterms:W3CDTF">2023-07-23T23:38:00Z</dcterms:modified>
  <cp:category/>
</cp:coreProperties>
</file>