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711F" w:rsidRDefault="00000000">
      <w:pPr>
        <w:pStyle w:val="Title"/>
      </w:pPr>
      <w:r>
        <w:t>Asian Fusion</w:t>
      </w:r>
    </w:p>
    <w:p w:rsidR="003E711F" w:rsidRDefault="003E711F"/>
    <w:p w:rsidR="003E711F" w:rsidRDefault="00000000">
      <w:r>
        <w:rPr>
          <w:b/>
        </w:rPr>
        <w:t>Date</w:t>
      </w:r>
      <w:r>
        <w:t xml:space="preserve">    2023-08-27</w:t>
      </w:r>
    </w:p>
    <w:p w:rsidR="003E711F" w:rsidRDefault="003E711F"/>
    <w:p w:rsidR="003E711F" w:rsidRDefault="00000000">
      <w:r>
        <w:t xml:space="preserve">Hey, everybody welcome to the second session of Positive Educational Trainings Poodle and Doodle Summit. So this is Session 2 with Mindy Dinwiddie, and she's going to put an Asian fusion there on Levi. So, Mindy, all yours. All right, so this is Levi. He is. He's my dog, but he hangs with my granddaughter that lives with me so you may get a little bit of a double class going here on some behavioral things. And asian fusion is one of the funnest cuts that I like to do. I try to talk all my clients into it because it's just so much fun to do because we're not bound by, you know, rules and what the dog has to look like. </w:t>
      </w:r>
      <w:r>
        <w:br/>
      </w:r>
    </w:p>
    <w:p w:rsidR="003E711F" w:rsidRDefault="00000000">
      <w:r>
        <w:t xml:space="preserve">We get to do creative. This is about the most creative I get because I can't do the creative things that people do with poodles and cutting, you know, like Molina on and all those guys i just, I'm not creative that way this is my creative that I can get and it's really, you get to break all the rules of traditional breed standards. The only rule that we have to follow is balance because we always have to have balance on the dog. Otherwise, it just doesn't look right. So we with that in mind, we're able to do what we want to the dog, but keep in mind that you want to keep that balance. So I pretty much keep Levi here into a Asian fusion because like I said, I do like the cut. </w:t>
      </w:r>
      <w:r>
        <w:br/>
      </w:r>
    </w:p>
    <w:p w:rsidR="003E711F" w:rsidRDefault="00000000">
      <w:r>
        <w:t xml:space="preserve">So for prep what I do is like you would prep any dog. I do a condition shampoo condition before I when I'm washing him and then I dry him to 80 % and then i'm straight drying him so that we can get those nice fluffy legs that have a lot of coats and be able to get that nice fluffy face and get it to dry the way we want and we'll talk more about that as we get to the face. </w:t>
      </w:r>
      <w:r>
        <w:br/>
      </w:r>
    </w:p>
    <w:p w:rsidR="003E711F" w:rsidRDefault="00000000">
      <w:r>
        <w:t xml:space="preserve">So we're going to go ahead and get started here. Now what I like to use on his body is a 5/8 and just take the coat down. Now you can take this at any length. I've done it on some dogs, I'll do it as a 5F some dogs I'll do it as a three eights. He has some spots that are a little bit thinner so I don't want to go too short on him. </w:t>
      </w:r>
      <w:r>
        <w:br/>
      </w:r>
    </w:p>
    <w:p w:rsidR="003E711F" w:rsidRDefault="00000000">
      <w:r>
        <w:t xml:space="preserve">So I like the five eights and I'm just basically going to take this across all the body. It's kind of like your standard clip at A salon you don't have to worry about putting in too many angles or anything like that because that's all up to you if you want to do that. If you he does have a short drop tail set, his tail set is really low. So i do kind of like to compensate for that </w:t>
      </w:r>
      <w:r>
        <w:lastRenderedPageBreak/>
        <w:t xml:space="preserve">for a little bit. </w:t>
      </w:r>
      <w:r>
        <w:br/>
      </w:r>
    </w:p>
    <w:p w:rsidR="003E711F" w:rsidRDefault="00000000">
      <w:r>
        <w:t xml:space="preserve">Now when I get to the legs, I'm not going to go into the legs too far. And as I do, I'm coming in and I'm scooping out. I'm taking that Clipper and scooping out at the legs that way. I'm leaving the length and then i'm leaving myself somewhere to blend. And then I'm going to do the same thing at the front now, on your legs, you can start your legs in several different places. </w:t>
      </w:r>
      <w:r>
        <w:br/>
      </w:r>
    </w:p>
    <w:p w:rsidR="003E711F" w:rsidRDefault="00000000">
      <w:r>
        <w:t xml:space="preserve">Ok you can start them up here at the shoulders. You can start them right here at the point of shoulder. You can start them at the elbow. You can start it anywhere you want to start that flare. But The thing is wherever you start it, make sure that you are matching it so that you have that balance. So if you're starting it up here, make sure that you're starting it up here on the back, you're starting it down here, just bring it across to the back. And if you're starting at the elbow, you're going to start way down here. </w:t>
      </w:r>
      <w:r>
        <w:br/>
      </w:r>
    </w:p>
    <w:p w:rsidR="003E711F" w:rsidRDefault="00000000">
      <w:r>
        <w:t xml:space="preserve">So it's wherever you're going to start that flare. Just make sure you're bringing it straight to the back. So I like to bring mine just above the elbow, just a little bit below the point of shoulder. So as I hit that point of shoulder, I'm kind of flaring out. Now I like to put a Crest on them. Again, it's completely up to you because again, this is there are no rules, but I like to have a little bit of a Crest on there and unhook him. </w:t>
      </w:r>
      <w:r>
        <w:br/>
      </w:r>
    </w:p>
    <w:p w:rsidR="003E711F" w:rsidRDefault="00000000">
      <w:r>
        <w:t xml:space="preserve">Nope, you're not going anywhere. So I will come in because the neck is going to be the same length as the body and I'm going, I like to come right behind the ear and come down and then I'm going to start. As you can see, I kind of started just behind the leg. So now there's a couple different methods that you can use to do the leg. Of course you can always just scissor it. There is a way of being able to take this, and if you are good at skimming, you can come down and just skim at an angle you're going, you're if this is the leg, the top of the leg, you're going to come out at an angle from the leg. </w:t>
      </w:r>
      <w:r>
        <w:br/>
      </w:r>
    </w:p>
    <w:p w:rsidR="003E711F" w:rsidRDefault="00000000">
      <w:r>
        <w:t xml:space="preserve">You're not going to go straight down you want to go at an angle. Most of the time what I do is I just scissor, so I'm going to blend. I like to blend in first. That way I know where I'm going to be working from. Ok, Nope. So then we're going to fluff it out. Now I like to what I like to do is I work at the top and I get my top blended in and then from that top blended, after I've blended it in, then I'm going to go to the bottom and I'm going to do my bevel at the bottom. </w:t>
      </w:r>
      <w:r>
        <w:br/>
      </w:r>
    </w:p>
    <w:p w:rsidR="003E711F" w:rsidRDefault="00000000">
      <w:r>
        <w:t xml:space="preserve">And then I'm going to work on getting those two and I'm going to blend it out. So now let's kind of go down. Let's kind of go down now with the foot. What I do is I comb everything down and what I'm going to do is I'm going to take my hand and I'm going to slide it down </w:t>
      </w:r>
      <w:r>
        <w:lastRenderedPageBreak/>
        <w:t xml:space="preserve">until I have a circle here. Hey, Mindy, put the camera up just a little higher. Yeah, Good. Much better. Ok. So we're going to, you want to have a complete circle around here and when you have that, I'm going to scissor all that off like that so that I have my foot. </w:t>
      </w:r>
      <w:r>
        <w:br/>
      </w:r>
    </w:p>
    <w:p w:rsidR="003E711F" w:rsidRDefault="00000000">
      <w:r>
        <w:t xml:space="preserve">Now you can see where it's kind of already started a bevel. Now if you have super curves which are very helpful in Asian fusion, I'm going to come around. Nope stay and start working that bevel up then all the way around. Now the goal is, of course, to always have all the hair off the floor and he's ticklish. Ok so now you have that bubble going. Nope, don't you say it. Ok so I start i started down here and I'm just bringing it up until I can basically am straight up. Now I'm able to bring all this out. Now what I'm wanting to do is bring this from here to here. So I like to work upward. </w:t>
      </w:r>
      <w:r>
        <w:br/>
      </w:r>
    </w:p>
    <w:p w:rsidR="003E711F" w:rsidRDefault="00000000">
      <w:r>
        <w:t xml:space="preserve">I like to scissor it instead of clipping it because to me it gives me a little more control than it does clippering it because I don't want it all one length. So what we're wanting is a real nice full leg. Now he was shaved down and I actually stopped because my daughter wasn't. My granddaughter wasn't brushing him so I shaved him down at one point and then I've been growing him out since the beginning of the year. So he does still have some areas that need to fill in. And the legs depend on what you what you like and what you want to do too. </w:t>
      </w:r>
      <w:r>
        <w:br/>
      </w:r>
    </w:p>
    <w:p w:rsidR="003E711F" w:rsidRDefault="00000000">
      <w:r>
        <w:t xml:space="preserve">Because if you can put poodle angulation in if you want, or you can make a nice round cylinder leg for it. It's all up to what you and your client want. Now this isn't of course something that clients are going to come in running for because of the long legs, but I've had a lot of clients who is seeing mine and then are like, oh, I want that and I'm like, I tell them that's fine, I can do that but in order to do that, I make them put the dog on a two week program so that it's in my shop every two weeks so that I know it's not getting matted. </w:t>
      </w:r>
      <w:r>
        <w:br/>
      </w:r>
    </w:p>
    <w:p w:rsidR="003E711F" w:rsidRDefault="00000000">
      <w:r>
        <w:t xml:space="preserve">And I let them know that they have to brush the dog. And if there's somebody who is notorious for not brushing i won't even put them on the program. I won't even entertainment doing it. So I am trying to grow out his leg a little bit more. Now you can see it's basically right here's his toes. So this leg is going straight up. Pull it up a little bit is going from basically his toes and it's filling in all this. </w:t>
      </w:r>
      <w:r>
        <w:br/>
      </w:r>
    </w:p>
    <w:p w:rsidR="003E711F" w:rsidRDefault="00000000">
      <w:r>
        <w:t xml:space="preserve">And then we're going to do a little more blending up here. Now as you start to do Asian fusion and you're just starting depending on Nope, what how you like to do things because we course all have our own different ways we do it on whether you want to do front leg first, back leg first. I like to work on the back leg first so I will typically do my black back leg and then make my front leg match my back leg. Most people like to do the front leg 1st and then match the back leg for that balance. On the back leg, we're going to do the same. Back of the leg, we're going to do the same thing. </w:t>
      </w:r>
      <w:r>
        <w:br/>
      </w:r>
    </w:p>
    <w:p w:rsidR="003E711F" w:rsidRDefault="00000000">
      <w:r>
        <w:lastRenderedPageBreak/>
        <w:t xml:space="preserve">I don't want to take too much off of this area because I still want to grow it in. I want to kind of fill in that poodle angulation a little bit for my taste. I like nice full legs. Ok so you're going from a nice short to this is about two 2 and a half inches in the leg for the flare. What one way that I can kind of explain it is think about bottoms. I may be showing my age a little bit there, but that's one way I think of it. So now we'll go to the front leg. Now on the back leg, we kind of started basically from right here, OK and then what this is where we started flaring out. </w:t>
      </w:r>
      <w:r>
        <w:br/>
      </w:r>
    </w:p>
    <w:p w:rsidR="003E711F" w:rsidRDefault="00000000">
      <w:r>
        <w:t xml:space="preserve">So I'm going to bring that nope stand. We're going to bring that up and this is where we're going to start our flare right here. So again, we're going to kind of take that and blend it into the body and I'm going to show you how to do the front in the back after we'll turn when we turning and then again with the foot going to pull it and make it so you can see it without pulling them out too far. Then we're going to cut off anything beyond home, everything down, and we're going to start cutting the bubbles in. </w:t>
      </w:r>
      <w:r>
        <w:br/>
      </w:r>
    </w:p>
    <w:p w:rsidR="003E711F" w:rsidRDefault="00000000">
      <w:r>
        <w:t xml:space="preserve">Now, you can do this without super curves, of course, but it just makes it a lot easier with them. And I'm going to take it all the way around and then bring it up. The whole idea of Asian fusion is to make the dog look like it's not a root nope stand Revi. Good boy. To make them look like they're not a real dog and that to make them look like a stuffed animal or there's been a lot of times that we've had him and they didn't think that he was a real dog. Now, once we have the bubbles in, pull it down. Now again, we're going to take off what we and an angle, making it match to the foot, constantly fluffing it out because once they get down on the ground they're going to shake and it's it'll puff out. </w:t>
      </w:r>
      <w:r>
        <w:br/>
      </w:r>
    </w:p>
    <w:p w:rsidR="003E711F" w:rsidRDefault="00000000">
      <w:r>
        <w:t xml:space="preserve">Their legs will kind of flare out again at, so bring it down to match the bottom all the way around and it makes them look up on their toes also, what I do at the elbow is that that's kind of a more difficult area for people. What I'm doing is I'm taking it from here and I'm angling it around so that it separates the leg from his body. But I'm not pinching at the elbow either because I don't want to bring it straight in i want it to flare back this way so that. </w:t>
      </w:r>
      <w:r>
        <w:br/>
      </w:r>
    </w:p>
    <w:p w:rsidR="003E711F" w:rsidRDefault="00000000">
      <w:r>
        <w:t xml:space="preserve">Because if you take too much off, you're going to pinch the elbow and then you should just go ahead and start it at the elbow at that point. If you do that, but start it up here or up here, you want to take it from here and just kind of angle it out and then kind of bring it down so that it's separated okay. So the Crest area I do as a normal Crest. I'm going to blend this back. </w:t>
      </w:r>
      <w:r>
        <w:br/>
      </w:r>
    </w:p>
    <w:p w:rsidR="003E711F" w:rsidRDefault="00000000">
      <w:r>
        <w:t xml:space="preserve">Hey, Mindy yeah you need to put the camera up higher. Ok, All right. So now I'm just blending it into his body because he I don't need a big Crest on him. I just don't want him to look like he has no neck. So and then to do the this on the little swoop here I take my curves </w:t>
      </w:r>
      <w:r>
        <w:lastRenderedPageBreak/>
        <w:t xml:space="preserve">and put that in and now we have that blended into the body, right. So now, OK and I move this around. </w:t>
      </w:r>
      <w:r>
        <w:br/>
      </w:r>
    </w:p>
    <w:p w:rsidR="003E711F" w:rsidRDefault="00000000">
      <w:r>
        <w:t xml:space="preserve">So now the head we're in just kind of work our way around him. So what is so the head is the biggest thing about Asian Fusion. Now I say I have probably 60 % of my clients on Asian fusion and that is because of the head. I may not do the Asian Fusion body but I do the head on a lot of my dogs. And the reason being is that a lot of clients say they don't like this under here because it captures water and it captures the food and gets gross and they just don't, they don't like any of that under there so the minute they say that, I tell them, you know what, we can do a really cute cut, keep them nice and cute and be able to not have that. </w:t>
      </w:r>
      <w:r>
        <w:br/>
      </w:r>
    </w:p>
    <w:p w:rsidR="003E711F" w:rsidRDefault="00000000">
      <w:r>
        <w:t xml:space="preserve">If you want to try it, we'll go ahead and do it and see how you like it and then we can move on, move around from there and most of them agree. Then once I do the Asian fusion head, they're like, Oh my God, that's so cute, I love it and that they keep it so. And there's a lot of different things that you can do the more of a teddy bear head where there's more under here, or you can do more of an Asian fusion where it's clean under here and then with the top you can keep a lot on the top or you can make it a little bit softer and not quite so up and round. </w:t>
      </w:r>
      <w:r>
        <w:br/>
      </w:r>
    </w:p>
    <w:p w:rsidR="003E711F" w:rsidRDefault="00000000">
      <w:r>
        <w:t xml:space="preserve">So there's a lot of different things that you can do. The way I always start my heads is I like it a little bit shorter under here. So what I do is the same comb that I use on the body I am going to use on the, on the, on the jaw. Now typically what I will do though is I'm going to go in reverse instead of with. It makes it a little bit shorter. And I am going all the way from the corner of the mouth levi. All the way up. Nico boy. </w:t>
      </w:r>
      <w:r>
        <w:br/>
      </w:r>
    </w:p>
    <w:p w:rsidR="003E711F" w:rsidRDefault="00000000">
      <w:r>
        <w:t xml:space="preserve">Nico boy no. Levi, No. Good boy. That's it good boy nope. Come here yeah. Ok. Good boy there you go yeah, that's it. So I take it in reverse, and I'm still going to take off more, but I'm taking out everything from basically the corner of the ear to the corner of the mouth all this is going now i'm going to take it in there and I'm going to go ahead and scissor this a little bit shorter just because he wasn't tolerate and Clippers very well. </w:t>
      </w:r>
      <w:r>
        <w:br/>
      </w:r>
    </w:p>
    <w:p w:rsidR="003E711F" w:rsidRDefault="00000000">
      <w:r>
        <w:t xml:space="preserve">Hey, Mindy yeah can you show it yeah. Move the arm a little bit. Thank you. So I'm going to, I'm taking all this shorter. Now when you do that, this area right here where his jaw comes down is you have to be careful because a lot of times you're going to have to take this even shorter because the minute they put their head down, that'll poke out underneath here. So you want, you don't want that, you want it to be able to see this jawline not back behind the jaw. So his doesn't do it too bad. There we go. Clean this out a little bit because basically you're wanting everything. So what you're focusing on is this part of the muzzle, OK, basically from corner to eye, corner to mouth, this is this, you know, is what you want the </w:t>
      </w:r>
      <w:r>
        <w:lastRenderedPageBreak/>
        <w:t xml:space="preserve">focus to be. </w:t>
      </w:r>
      <w:r>
        <w:br/>
      </w:r>
    </w:p>
    <w:p w:rsidR="003E711F" w:rsidRDefault="00000000">
      <w:r>
        <w:t xml:space="preserve">So all this I go from the top of the ear to corner of eye to corner of mouth and down. All this needs to be shorter so that this part stands out. So I'm going to come in and take this out and I you could come in with the blade and do that as you saw he's not going to be real tolerant of it today. So we're just going to get in there and just kind of clean it out and you can see how no come here, how much shorter that's going to be right here, right so we're probably looking at maybe a 3/8 So that now let's do this thing. </w:t>
      </w:r>
      <w:r>
        <w:br/>
      </w:r>
    </w:p>
    <w:p w:rsidR="003E711F" w:rsidRDefault="00000000">
      <w:r>
        <w:t xml:space="preserve">I want all this to come out. Yeah, turn that way. They don't want to see your face. That part of your face. There you go good boy. Ok so when you look at him, get around here. When you look at him now, you can see that he is very short on both sides of his face, so it almost tapers inward. That is so that now when we do this, it pokes out. </w:t>
      </w:r>
      <w:r>
        <w:br/>
      </w:r>
    </w:p>
    <w:p w:rsidR="003E711F" w:rsidRDefault="00000000">
      <w:r>
        <w:t xml:space="preserve">Now when I blow dry this, I'm use. I typically use a fluff dryer and what I'm doing is I am blow drying it outward because I want it to stand out. This whole muzzle. I want it nice and fluffy and standing out. So I will typically come in and we're going to get these hairs. Levi, no come on. Good boy. There you go good boy. Ok and clean those out so that it's not going in their mouth because they don't want any hair going into their mouth and that's what any cut. I do that because I don't want any hair going in their mouth and I'm going to comb all this out now if you have hair that doesn't like to stand, his has been trained to kind of do this. </w:t>
      </w:r>
      <w:r>
        <w:br/>
      </w:r>
    </w:p>
    <w:p w:rsidR="003E711F" w:rsidRDefault="00000000">
      <w:r>
        <w:t xml:space="preserve">If you have a difficult hair that's not wanting to do that, what there are tricks that you can put Hairspray on your comb. Just spray it onto your comb and then comb it through and comb out from each side of the nose, Scott, and just comb it straight out and straight up so that it'll stand out for you Now as we do this. One of the points of this is and one thing that i like doing this on my geriatric dogs because when I do it on a geriatric dog they it can make them look so much younger because what we do older dogs tend to have those saggy eyes and when they have saggy eyes and you see the lip underneath their eye sagging. </w:t>
      </w:r>
      <w:r>
        <w:br/>
      </w:r>
    </w:p>
    <w:p w:rsidR="003E711F" w:rsidRDefault="00000000">
      <w:r>
        <w:t xml:space="preserve">We can actually cover that with this cut and it makes them look a lot younger because what we do is we take this just so that it covers that bottom part of the eyelid and then it will make them look. It'll take years off of them and it'll though a lot of the parents are like, oh wow, they look so much younger in this cut. And that's why just because you you've made it so that you don't see that saggy eye. So now what we're going to do is this is our lowest, our shortest point stop. </w:t>
      </w:r>
      <w:r>
        <w:br/>
      </w:r>
    </w:p>
    <w:p w:rsidR="003E711F" w:rsidRDefault="00000000">
      <w:r>
        <w:lastRenderedPageBreak/>
        <w:t xml:space="preserve">This is our going to be our shortest point. So now we're going to take and we're going to go up from there and just make it round. Now in the back here too, I'm also kind of taking it at an angle. I'm taking it, you know, because again this part we want short and we want that front to stick out so in order to do that, we have to take what's behind it a little bit shorter than the front. So when we do that now you can see Nope stay and we're lifting that bottom up to the top so that it's nice and round. </w:t>
      </w:r>
      <w:r>
        <w:br/>
      </w:r>
    </w:p>
    <w:p w:rsidR="003E711F" w:rsidRDefault="00000000">
      <w:r>
        <w:t xml:space="preserve">Now typically how big do you make it? Typically what you want is you want it to stand out further than this part here. So that's why we take this side so short. Take this part so short so that this stands out. We're going to fluff it. And the same for this area too you want this? Come here. No come, you want this area nice and short back here by the eyes, number one to get them out of their eyes, and number two to make that front stand out again. </w:t>
      </w:r>
      <w:r>
        <w:br/>
      </w:r>
    </w:p>
    <w:p w:rsidR="003E711F" w:rsidRDefault="00000000">
      <w:r>
        <w:t xml:space="preserve">Good boy. And I'm just cutting it in a roundish way and I'm going basically almost like a top knot on the on the top of the nose. Think of because it's really more of an Oval right here. And then for the eyes, I will typically just go in and kind of cut them down so that they're out of their, it's out of their eyes and I can see them and it gives them expression. So now if you were going to do it in a geriatric way that you're wanting to cover that the bottom, then you're not going to take it back as far because you want it to be able to cover that bottom. </w:t>
      </w:r>
      <w:r>
        <w:br/>
      </w:r>
    </w:p>
    <w:p w:rsidR="003E711F" w:rsidRDefault="00000000">
      <w:r>
        <w:t xml:space="preserve">But I don't have to do that with him. So I actually want it to kind of come back and go short right by his eye because I don't want it to cover the bottom of his eye. Ok so now we're going to do the same thing on the other side. Now the biggest mistake that people tend to make is that when they do the face, they'll go up on this side and then they're going down on this side. Ok So on this side they're pushing the hair up, and then on this side they're pushing the hair down. And then when you go to comb it, it's going to be longer on one side than the other. </w:t>
      </w:r>
      <w:r>
        <w:br/>
      </w:r>
    </w:p>
    <w:p w:rsidR="003E711F" w:rsidRDefault="00000000">
      <w:r>
        <w:t xml:space="preserve">Now, just like when we do our own hair, one side always going to look better than the other because you're either righthanded or you're lefthanded and it's that side that you're on is always going to look better. So my right side, his left, my right always looks better because I'm righthanded. And when I'm training people, I tend to do the easier side and then make them do the harder side because it helps get them in a point that if they can do the harder side and get it good, then the right side's easy for them all about getting that one side done So but if you So what you have to do is you have to go up on this side so that it's going to match better. </w:t>
      </w:r>
      <w:r>
        <w:br/>
      </w:r>
    </w:p>
    <w:p w:rsidR="003E711F" w:rsidRDefault="00000000">
      <w:r>
        <w:t xml:space="preserve">Nope stay good boy. Continually looking to make it match and got a lot of hair going into his mouth. Comb it down nope come here. And we're going to cut upward. So then, once I have that set on that upward angle, now fluff it back out again. Now you can see here this vest to </w:t>
      </w:r>
      <w:r>
        <w:lastRenderedPageBreak/>
        <w:t xml:space="preserve">come off and then make it match. Come here. Make sure that this is combed out. Leave i. Hey, it's okay yeah be good boy. Being a good boy yeah be good, boy. </w:t>
      </w:r>
      <w:r>
        <w:br/>
      </w:r>
    </w:p>
    <w:p w:rsidR="003E711F" w:rsidRDefault="00000000">
      <w:r>
        <w:t xml:space="preserve">All right. And then just kind of scissor up and around as you go. nope. Come on. I tend to cut off just little tiny pieces on this side because I can always take more off. I can't put it back on, so I don't want to take off so much that it. And then I have to go on the other side and take off again. Come on if they start packing on you, you're blowing their nose, blowing their face. </w:t>
      </w:r>
      <w:r>
        <w:br/>
      </w:r>
    </w:p>
    <w:p w:rsidR="003E711F" w:rsidRDefault="00000000">
      <w:r>
        <w:t xml:space="preserve">They will tend to shut their mouth a little bit so that you can do some work. Just a little trick that we tend to use. Hey, come on. This way. stop good boy. There you go. Making sure that what's behind is shorter. Look at them stay. Ok, so that. Look down when you look down. There you go good boy. You've got the muzzle all larger than the back okay. So once you get that, now I can go to work on the top of the head because I like to have the muzzle in place before I would start on the top of the head because like I said, I want this is my focal okay where Now when I as I'm doing this, we always look at what is the center of it because we should have three circles, Okay, We're going to have one here, one here and then one here. </w:t>
      </w:r>
      <w:r>
        <w:br/>
      </w:r>
    </w:p>
    <w:p w:rsidR="003E711F" w:rsidRDefault="00000000">
      <w:r>
        <w:t xml:space="preserve">And this is the focal point so our eyes are going to be the middle. So we want from here to here and then from here to here to match in order to have that balance and bring this up just a little bit more. Now on mine, I like to not quite have such a rounded head as much as because a lot of times they're doing this cut because they don't like a poodle cut. So I'm cutting it down a little bit more than what I would on a poodle. And you're it's just your basic poodle topknot. Stay oh boy. And you're taking it all the way back. </w:t>
      </w:r>
      <w:r>
        <w:br/>
      </w:r>
    </w:p>
    <w:p w:rsidR="003E711F" w:rsidRDefault="00000000">
      <w:r>
        <w:t xml:space="preserve">I'm always going in the same direction on both sides. If I'm going back this way on this side, I'm doing the same thing on this side. We're going to cut out his eyes, give him some little bit of eyes there stay. And we're just kind of rounding out everything all right stay no. All right. Don't want to dig in there like I did. </w:t>
      </w:r>
      <w:r>
        <w:br/>
      </w:r>
    </w:p>
    <w:p w:rsidR="003E711F" w:rsidRDefault="00000000">
      <w:r>
        <w:t xml:space="preserve">Ok so you can see I took the tap a little bit shorter than I would on it on a poodle. Now with the ears, as we move into the ears you can do several different thing with the ears. You can just what I call a puppy dog which is just kind of rounding them out. You can do a tassel year, which tends to look really cute too with them. And would you be able to see what everybody would want would if they wanted to see a tassel ear or a puppy dog ear? Mary, if they kind of yelled out at you say that one more time. </w:t>
      </w:r>
      <w:r>
        <w:br/>
      </w:r>
    </w:p>
    <w:p w:rsidR="003E711F" w:rsidRDefault="00000000">
      <w:r>
        <w:t xml:space="preserve">Would you be able to see if they wanted to see a tassel ear or puppy dog ear? Yes, tassel they want tassel. We can do that, Okay. So when I do a tassel ear, what I tend to do is I first find </w:t>
      </w:r>
      <w:r>
        <w:lastRenderedPageBreak/>
        <w:t xml:space="preserve">where I'm going to have my tassel. So right at the where the ear creases, I'll come down and comb all that out and then stay Levi. And then I'm going to come here, stop and do the same thing. </w:t>
      </w:r>
      <w:r>
        <w:br/>
      </w:r>
    </w:p>
    <w:p w:rsidR="003E711F" w:rsidRDefault="00000000">
      <w:r>
        <w:t xml:space="preserve">Okay, Come here. You're not going to cooperate. Scoop they have to see. So we'll work on this year. No, come on. Yeah, okay. So what we can do is first come in here, right and I'm going to use probably like a ton blade right now and shave all this out. Anyway, stop now when you shave out, be very careful for the folds the ear. no. Wait why is it doing that? Okay all right, so I'm basically right here be very careful so that you don't catch the ear and don't shave all this out because you're going to have the tassel in that part also. </w:t>
      </w:r>
      <w:r>
        <w:br/>
      </w:r>
    </w:p>
    <w:p w:rsidR="003E711F" w:rsidRDefault="00000000">
      <w:r>
        <w:t xml:space="preserve">See if we can get you in a little closer. There you go okay so you're going to need this part under here so that you can make the tassel because the tassel's not just on the outside, it's also on the inside. Then I can come in and like I said, what I tend to do is I draw a line where I'm going to have my tassel and then put that part out so that i can easily see where my task is going to go. Leave i stop? no. And then come down this way. Ok. So now I know what I'm going to shave off. </w:t>
      </w:r>
      <w:r>
        <w:br/>
      </w:r>
    </w:p>
    <w:p w:rsidR="003E711F" w:rsidRDefault="00000000">
      <w:r>
        <w:t xml:space="preserve">And that's basically because the years were at this point long. So now I'm going to take a 10 and shave all that off and I'm going to take it all the way up to the top of this year. And then take it in reverse to get the rest of it off because it's so long, it's not long like this then you can just do it in reverse at the beginning, but I don't like to okay so now on the inside you're going to match, so on the inside it should be a point also at there. So now I have a tassel here and a tassel here, and then we're going to clean up the edges of his ear. </w:t>
      </w:r>
      <w:r>
        <w:br/>
      </w:r>
    </w:p>
    <w:p w:rsidR="003E711F" w:rsidRDefault="00000000">
      <w:r>
        <w:t xml:space="preserve">Levi stop. So I'm edging his ear all the way to the tip of his ear stop behave. No, that'll be what I tend to do. Stop is pull out the hair and then I'm putting my finger right at the edge of the leather so that I know where the edge of the leather is when I'm clipping so I'm not getting the ear and then I can clean U this line a little bit and then we're going to edge the back. </w:t>
      </w:r>
      <w:r>
        <w:br/>
      </w:r>
    </w:p>
    <w:p w:rsidR="003E711F" w:rsidRDefault="00000000">
      <w:r>
        <w:t xml:space="preserve">Then just keeping your fingers on the leather and clipping no. Good boy. And then that'll give you a nice test layer now that we did a half test layer, we're going to have to take some more kind of blend in this part though now. So we're going to take that and then just pull it here forward and then trim that here up so that it cleans it up. Dan, the boy, scoot it back a little bit. So now kind of round this out and just kind of cleaning it up so that it goes up from the ear because I want a nice clean up from that ear now. So and then you have your tassel down here, and his ears were just long enough for a tassel. </w:t>
      </w:r>
      <w:r>
        <w:br/>
      </w:r>
    </w:p>
    <w:p w:rsidR="003E711F" w:rsidRDefault="00000000">
      <w:r>
        <w:lastRenderedPageBreak/>
        <w:t xml:space="preserve">Just kind of flip this so that it makes it more of a defined straight tassel. And then they have both looks kind of. Let's take this to a more of a puppy dog look. And what I do is I get the whole ear, pull it down and then round it out. For a puppy dog, I want to take off too much because I'm going to have to take him into that castle year. But to show you a puppy dog year and you're going to come straight down from the top knot. Can you stand, please? Thank you. I know you're getting tired. </w:t>
      </w:r>
      <w:r>
        <w:br/>
      </w:r>
    </w:p>
    <w:p w:rsidR="003E711F" w:rsidRDefault="00000000">
      <w:r>
        <w:t xml:space="preserve">Been a known date for you, so that's kind of the head with both looks. And we'll do it. Tassel you're on this side too. That's the tassel and then that's the puppy dog. All right, so move down right now and we're going to go back to now the leg and do the inside of this leg. This was a more difficult part for me because I didn't want to pinch it in here, but I also wanted this short. So what I do is I usually pull their leg up and I'm taking it back. Now I'm not going into here because again, that's part of my flare so don't go in, don't dip into this area. </w:t>
      </w:r>
      <w:r>
        <w:br/>
      </w:r>
    </w:p>
    <w:p w:rsidR="003E711F" w:rsidRDefault="00000000">
      <w:r>
        <w:t xml:space="preserve">You're going straight down from the net. So that kind of gives you that definition now you can see right here, I'm going to take that part out, all right, get a little more cord here. So now like I said, I don't want to pick. I don't want to get into this area because I don't want to pinch it and I want that to be part of the flare. So I'm going to start blending that front end and remembering that my line is up here and I'm just going to bring the rest of this around to match the rest with that nice flare. O, Now we have that nice flare leg all the way around. </w:t>
      </w:r>
      <w:r>
        <w:br/>
      </w:r>
    </w:p>
    <w:p w:rsidR="003E711F" w:rsidRDefault="00000000">
      <w:r>
        <w:t xml:space="preserve">Let me see. All right, So then we're going to go ahead and move on. O it's still now we haven't done a whole lot of anything on this side so we're going to kind of do same thing that we did on the other side. Now on the undercarriage, I like to go, Dan, I like to go in reverse because I think it gives them a nice cleaner silhouette when I go in reverse on just on this part so I basically just from like here under is I'm going in reverse and then the rest will kind of blend in with it when I go this way. </w:t>
      </w:r>
      <w:r>
        <w:br/>
      </w:r>
    </w:p>
    <w:p w:rsidR="003E711F" w:rsidRDefault="00000000">
      <w:r>
        <w:t xml:space="preserve">Doesn't make it too short to where it's you got a lot of scissoring to blend it in or anything. It just blends right in real nice and it gives them a very good clean silhouette. Try again, please stand, right. All right, I'm going to come in and just the front part of the talk and taking us all the same length. Now our lines were up here, so we're going to come in and scoop out so that we have that area to blend into our legs. Just going to take the tail the same length. He's got a very short doc tail. So now, if you're doing a doodle or a, you know, a poodle with a longer tail, you can definitely put a palm on there you can on a doodle, You can do a flag you can do just about anything you want you can do a lion's tail. </w:t>
      </w:r>
      <w:r>
        <w:br/>
      </w:r>
    </w:p>
    <w:p w:rsidR="003E711F" w:rsidRDefault="00000000">
      <w:r>
        <w:t xml:space="preserve">Because like I said, again, there are no rules when it comes to Asian fusion except for balance. And I don't want to drop his tail set too much so we're just going to fill that in. Now let's see some long hairs here. So I'm just kind of taking it and I'm wrapping it down and </w:t>
      </w:r>
      <w:r>
        <w:lastRenderedPageBreak/>
        <w:t xml:space="preserve">under 2 because that's what's going to help it blend in because again, it's all going to be one length and we're going to do the same thing that we did on the other side and we're going to do blend out. </w:t>
      </w:r>
      <w:r>
        <w:br/>
      </w:r>
    </w:p>
    <w:p w:rsidR="003E711F" w:rsidRDefault="00000000">
      <w:r>
        <w:t xml:space="preserve">No, underneath the ear back. I'm doing just what's underneath the ear and leaving myself some white spot to blend in on crash again. All right. So now we kind of got that all blocked in the way we want it. Come on, big old neck. Ok. So once again, we're going to come in and we're going to blend, fluff it out and then start blending that back leg in kind of holding my scissors and then outward what about a 45 degree angle. So that and then as that's blended in, that's better. Had a long piece there, okay. So now once again we're going to do comb all the light, all the hairs on the feet down. </w:t>
      </w:r>
      <w:r>
        <w:br/>
      </w:r>
    </w:p>
    <w:p w:rsidR="003E711F" w:rsidRDefault="00000000">
      <w:r>
        <w:t xml:space="preserve">Now when you blow dry the feet, blow dry your feet. I like to blow when I'm doing this kind of cut because I'm wanting a bevel. I want that hair to stand out really well on the feet. So I am taking it from the underneath and I am blow drying it from the underneath up. So that makes that hair stand out real nice when you go to do your bevels at We're going to do our circle nope. And cut anything off that sticks out again. Let him stand up. Pull it down again. Let me get my curves. And start working my way up see if we can get you in a little bit better. </w:t>
      </w:r>
      <w:r>
        <w:br/>
      </w:r>
    </w:p>
    <w:p w:rsidR="003E711F" w:rsidRDefault="00000000">
      <w:r>
        <w:t xml:space="preserve">Remember going from the toes up? That way he doesn't have hair hanging in the dirt and stuff to get dirty it's still clean here all the way around. Then once we have all of that set, then we can start scissoring them in. Just make the top meet the bottom. That's all we're doing because we already have our flare going all the way around and going to bring this down a little bit just to blend it a little bit better because I want it i don't want to cut off too much of his legs so the way I can fix that, instead of cutting off more here, you blend it more further down, take the blend line a little bit further down now I'm not doing it as tight up here, I'm taking it further out. </w:t>
      </w:r>
      <w:r>
        <w:br/>
      </w:r>
    </w:p>
    <w:p w:rsidR="003E711F" w:rsidRDefault="00000000">
      <w:r>
        <w:t xml:space="preserve">I'm continuing to go out as I go down so that I'm not taking off more of the leg than I want and I can still keep that nice full leg as you see things sticking out just it's a work in progress. Fix it as you go so you get the leg that you want. What I like is I like the fuller legs you can take them tighter if you want, just making sure that it's all in balance and once you get all that done, OK, you can see there's some long hairs here and that my legs going to start here. </w:t>
      </w:r>
      <w:r>
        <w:br/>
      </w:r>
    </w:p>
    <w:p w:rsidR="003E711F" w:rsidRDefault="00000000">
      <w:r>
        <w:t xml:space="preserve">So I need to take that out and then that fixes that. Ok, so now we have the outside of that leg done and go to front of this leg. So once again, we're going to take all the hair, say it with me, comb it down, ull all the hair down, make our circle and cut off that hair. Put the foot down and start the bevel U now at put the foot down and then just remember as you scissor </w:t>
      </w:r>
      <w:r>
        <w:lastRenderedPageBreak/>
        <w:t xml:space="preserve">you're going to start level with the table and then come up. It took and bubbles are I mean are work in progress at least they were for me they were difficult for me to get, basically that. </w:t>
      </w:r>
      <w:r>
        <w:br/>
      </w:r>
    </w:p>
    <w:p w:rsidR="003E711F" w:rsidRDefault="00000000">
      <w:r>
        <w:t xml:space="preserve">That's why I started beveling his feet. He was in clean feet last time and he's I'm just now getting his feet out to where they need to be. But I struggled with bevels, so I didn't like doing them. And it really just takes practice when I like to do the inside this way when I'm doing the other leg, because it's easier to see from this angle. So bring it out and bring up your bubble. And at the point that I'm going to stop bringing the bevel up, it's basically when my shear is up, straight up and down, that's where I'm going to stop my bevel. </w:t>
      </w:r>
      <w:r>
        <w:br/>
      </w:r>
    </w:p>
    <w:p w:rsidR="003E711F" w:rsidRDefault="00000000">
      <w:r>
        <w:t xml:space="preserve">Ok, so now we're going to blend in the top part of this leg again. And remember that angle like here, so that you're separating the leg from the chest. We're going to go out and then down. Remember to angle your scissors out as you're blending it in so that you're not nope stand all the way come on. There you go. Good boy. So we're going to angle them out and now I can bring them up and match. </w:t>
      </w:r>
      <w:r>
        <w:br/>
      </w:r>
    </w:p>
    <w:p w:rsidR="003E711F" w:rsidRDefault="00000000">
      <w:r>
        <w:t xml:space="preserve">And you're just taking it from the top down to the bottom to match it because you want that nice full leg. Make sure that in the front here that it's blended and then come around on this side. And we're going to do the same thing that we did over there we're just taking it straight down to match at an angle, not straight, and see where this needs to be beveled a little bit more so take it in and now what I'm going to do right at the armpits, as you can see this area, let's see, there you go, this area right in here, Okay. </w:t>
      </w:r>
      <w:r>
        <w:br/>
      </w:r>
    </w:p>
    <w:p w:rsidR="003E711F" w:rsidRDefault="00000000">
      <w:r>
        <w:t xml:space="preserve">Now I'm just going to take and angle my thinners out and make that come all the way around. So now he doesn't look pinched at the elbows, but he's got that nice rounded leg all the way around oK, put that down. We're going to do the same over here. They come in and it's in and out, and then that's going to be your front legs. Can you stand straight for them? There we all go. So that's how your front wants to look like a little triangle here. And then as it flares out, it's going to meet OK so while we're here, we'll go ahead and do that other ear. </w:t>
      </w:r>
      <w:r>
        <w:br/>
      </w:r>
    </w:p>
    <w:p w:rsidR="003E711F" w:rsidRDefault="00000000">
      <w:r>
        <w:t xml:space="preserve">Let's pull you up a little bit. Now we need it to start on the same spot as this. Ok So that's why I say that you kind of go here and draw your line at say and all I'm doing is cutting out the hair so that I can see where that is and then I can go from here. Ok so now I know where all that is. Now we're going to again start taking all this out all the way to the top of the ear and behind the ear. </w:t>
      </w:r>
      <w:r>
        <w:br/>
      </w:r>
    </w:p>
    <w:p w:rsidR="003E711F" w:rsidRDefault="00000000">
      <w:r>
        <w:t xml:space="preserve">The inside of the ear no come on, Levi, take all this out on both sides of the ear OK his ears up here, so I'm going to take it out. We're around on this side so that I can work a little bit </w:t>
      </w:r>
      <w:r>
        <w:lastRenderedPageBreak/>
        <w:t xml:space="preserve">better and we're going to reverse it no. Now I would suggest if you have a dog that moves around a lot not to do tassel ears because it will be very easy to. When you're going short like this, it's very easy to catch their ear, and if anybody's ever cut near before, they bleed like crazy, all right? And on the inside and do another V OK, so now we have our V and we're going to clean up the edges. </w:t>
      </w:r>
      <w:r>
        <w:br/>
      </w:r>
    </w:p>
    <w:p w:rsidR="003E711F" w:rsidRDefault="00000000">
      <w:r>
        <w:t xml:space="preserve">Or seven in clean up here. I always like to cut this short anyhow, just because that way they can get more hair, ear, more air in their ears. That's a tongue twister. All right, now as you can see, I didn't take this up far enough, so we're going to, I want the whole ear. There we go, because I don't want to pull that ear up and then there'll be a bunch of hair there. So now we're going to trim up the edges. You might stay, oh boy. Another way that you can trim these if you're not confident is put your trimmer on a 40 and just come straight down off the ear. </w:t>
      </w:r>
      <w:r>
        <w:br/>
      </w:r>
    </w:p>
    <w:p w:rsidR="003E711F" w:rsidRDefault="00000000">
      <w:r>
        <w:t xml:space="preserve">There we go, going out from the edge if you Nope. If you don't like using scissors on that, this is a good way to do it too. Just keep your finger underneath the on the bottom and you're coming straight and it gives it a, it gives it a decent edge too. And there's your tassel here. All right, now we have one more part to do. Got about 15 minutes, so we'll be good on time. </w:t>
      </w:r>
      <w:r>
        <w:br/>
      </w:r>
    </w:p>
    <w:p w:rsidR="003E711F" w:rsidRDefault="00000000">
      <w:r>
        <w:t xml:space="preserve">I'm going to turn him around. All right, The butt. So now we've got the back of the legs and the butt area to do okay, so we want him to stand the way he should. Now he's like I said, he's throwing out from a shave down so and from clean feet. So I typically would want more hair on the hox for this trim on him this way, but not too bad i guess it's grown out quite a bit because what we're going to do is we're just going to bring this all the way down nope. To meet again. </w:t>
      </w:r>
      <w:r>
        <w:br/>
      </w:r>
    </w:p>
    <w:p w:rsidR="003E711F" w:rsidRDefault="00000000">
      <w:r>
        <w:t xml:space="preserve">And we want it just like we had the front of the leg. The bags aren't, the backs aren't going to meet though, but we went up here shorter and to flare out. So I want this up here kind of like an start of an A and then we're just going to bring it down to meet just like everything else. Actually going to take this up a little bit more. nope stand there you go good boy. And clear it out, Clean this out just a little bit, because I don't like a lot of hair in here that he's just going to end up peeing himself on. So I tend to take a little bit more out. </w:t>
      </w:r>
      <w:r>
        <w:br/>
      </w:r>
    </w:p>
    <w:p w:rsidR="003E711F" w:rsidRDefault="00000000">
      <w:r>
        <w:t xml:space="preserve">And then of course this needs to match too. So I'm basically bringing that down from his back and then just rounding it out because he doesn't have to have that angulation. He doesn't need that 30 degree swoop here that we do. He can have a round butt. All right, well, it's turning back around. Good boy. And do this side from here we go Okay. </w:t>
      </w:r>
      <w:r>
        <w:br/>
      </w:r>
    </w:p>
    <w:p w:rsidR="003E711F" w:rsidRDefault="00000000">
      <w:r>
        <w:lastRenderedPageBreak/>
        <w:t xml:space="preserve">Now let's finish up his Crest at actually we'll take that off, Okay. So we're going to take this back, blend all this in. I'm taking this back and around just to make that Crest like you would any other time. It's no different at say. And then we're going to meet the top of the head at you're going to stand up little bit longer we're almost done. Almost stand. Go boy, come over this way. Yeah, because that's the edge of the table over there. </w:t>
      </w:r>
      <w:r>
        <w:br/>
      </w:r>
    </w:p>
    <w:p w:rsidR="003E711F" w:rsidRDefault="00000000">
      <w:r>
        <w:t xml:space="preserve">And there you go, Dan. Switch your back. There's your Asian fusion. He looks beautiful. Any questions? Aaron just has a comment that his legs look great. So just remind everybody if they're watching this later, how can they get a hold of you to answer a question? They can Facebook me, they can. My number is two six nine two seven five one four five eight they can text me. So I am on Eastern Time, remember, though, So I'll be calling you at 8:00 my time, which is, yeah. Ok so we're going to wrap it up. </w:t>
      </w:r>
      <w:r>
        <w:br/>
      </w:r>
    </w:p>
    <w:p w:rsidR="003E711F" w:rsidRDefault="00000000">
      <w:r>
        <w:t xml:space="preserve">The recording. This recording will be up by the end of today hold on a second let me stop the recording. Stop recording. </w:t>
      </w:r>
      <w:r>
        <w:br/>
      </w:r>
    </w:p>
    <w:sectPr w:rsidR="003E711F"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2457" w:rsidRDefault="00B72457">
      <w:pPr>
        <w:spacing w:after="0" w:line="240" w:lineRule="auto"/>
      </w:pPr>
      <w:r>
        <w:separator/>
      </w:r>
    </w:p>
  </w:endnote>
  <w:endnote w:type="continuationSeparator" w:id="0">
    <w:p w:rsidR="00B72457" w:rsidRDefault="00B72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711F" w:rsidRDefault="00000000">
    <w:pPr>
      <w:pStyle w:val="Footer"/>
      <w:jc w:val="center"/>
    </w:pPr>
    <w:r>
      <w:t xml:space="preserve">Page </w:t>
    </w:r>
    <w:r>
      <w:fldChar w:fldCharType="begin"/>
    </w:r>
    <w:r>
      <w:instrText>PAGE</w:instrText>
    </w:r>
    <w:r w:rsidR="0057323B">
      <w:fldChar w:fldCharType="separate"/>
    </w:r>
    <w:r w:rsidR="0057323B">
      <w:rPr>
        <w:noProof/>
      </w:rPr>
      <w:t>1</w:t>
    </w:r>
    <w:r>
      <w:fldChar w:fldCharType="end"/>
    </w:r>
    <w:r>
      <w:t>/</w:t>
    </w:r>
    <w:r>
      <w:fldChar w:fldCharType="begin"/>
    </w:r>
    <w:r>
      <w:instrText>NUMPAGES</w:instrText>
    </w:r>
    <w:r w:rsidR="0057323B">
      <w:fldChar w:fldCharType="separate"/>
    </w:r>
    <w:r w:rsidR="005732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2457" w:rsidRDefault="00B72457">
      <w:pPr>
        <w:spacing w:after="0" w:line="240" w:lineRule="auto"/>
      </w:pPr>
      <w:r>
        <w:separator/>
      </w:r>
    </w:p>
  </w:footnote>
  <w:footnote w:type="continuationSeparator" w:id="0">
    <w:p w:rsidR="00B72457" w:rsidRDefault="00B724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409557">
    <w:abstractNumId w:val="8"/>
  </w:num>
  <w:num w:numId="2" w16cid:durableId="159152648">
    <w:abstractNumId w:val="6"/>
  </w:num>
  <w:num w:numId="3" w16cid:durableId="1528788641">
    <w:abstractNumId w:val="5"/>
  </w:num>
  <w:num w:numId="4" w16cid:durableId="1266690239">
    <w:abstractNumId w:val="4"/>
  </w:num>
  <w:num w:numId="5" w16cid:durableId="156845775">
    <w:abstractNumId w:val="7"/>
  </w:num>
  <w:num w:numId="6" w16cid:durableId="1542160363">
    <w:abstractNumId w:val="3"/>
  </w:num>
  <w:num w:numId="7" w16cid:durableId="665324184">
    <w:abstractNumId w:val="2"/>
  </w:num>
  <w:num w:numId="8" w16cid:durableId="791096920">
    <w:abstractNumId w:val="1"/>
  </w:num>
  <w:num w:numId="9" w16cid:durableId="206008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E711F"/>
    <w:rsid w:val="0057323B"/>
    <w:rsid w:val="00AA1D8D"/>
    <w:rsid w:val="00B47730"/>
    <w:rsid w:val="00B7245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9D82429-7567-614F-95C6-858B7906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5682</Words>
  <Characters>32393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2023-08-28T00:15:00Z</dcterms:created>
  <dcterms:modified xsi:type="dcterms:W3CDTF">2023-08-28T00:15:00Z</dcterms:modified>
  <cp:category/>
</cp:coreProperties>
</file>