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0064" w:rsidRDefault="00000000">
      <w:pPr>
        <w:pStyle w:val="Title"/>
      </w:pPr>
      <w:r>
        <w:t>Delighting The Doodle Owner</w:t>
      </w:r>
    </w:p>
    <w:p w:rsidR="00780064" w:rsidRDefault="00780064"/>
    <w:p w:rsidR="00780064" w:rsidRDefault="00000000">
      <w:r>
        <w:rPr>
          <w:b/>
        </w:rPr>
        <w:t>Date</w:t>
      </w:r>
      <w:r>
        <w:t xml:space="preserve">    2023-08-27</w:t>
      </w:r>
    </w:p>
    <w:p w:rsidR="00780064" w:rsidRDefault="00780064"/>
    <w:p w:rsidR="00780064" w:rsidRDefault="00000000">
      <w:r>
        <w:t xml:space="preserve">Good morning, everybody welcome to the Poodles and Doodles Summit we're going to start off with Chris Anthony with delighting the Doodle owner and I do want to give a little round of applause to Chris because literally had surgery like 3 days ago. So four days ago four days. I'm practically jumping but no, i'm not. Ok, so Chris, this is all yours. All right so yes, you'll notice I am not in my office that is because as Mary mentioned, I did have ankle surgery about four days ago so I am on my lovely, wonderful sofa with my foot propped up and the wonders of technology. </w:t>
      </w:r>
      <w:r>
        <w:br/>
      </w:r>
    </w:p>
    <w:p w:rsidR="00780064" w:rsidRDefault="00000000">
      <w:r>
        <w:t xml:space="preserve">So today we are going to be talking to you about delighting the doodle owner by speaking their language. So this is a two-part class. So the first part we're going to be talking about client communications and how to interpret what they're saying because honestly I feel that most of the problems between groomers and doodle owners is we're not hearing what the other person is saying and it's frustrating for everybody but I get ahead. </w:t>
      </w:r>
      <w:r>
        <w:br/>
      </w:r>
    </w:p>
    <w:p w:rsidR="00780064" w:rsidRDefault="00000000">
      <w:r>
        <w:t xml:space="preserve">Come on, computer there we go so you can put questions in the chat box if you're watching this live. You can text me questions at nine oh eight two six five two five oh six or you can find me on Facebook under Chris Anthony. That is the new not Chris Bear Anthony. Chris Anthony. Things happen. Facebook world, things happen. And a little housekeeping before we actually start the information presented in this program is designed for with occasional purposes only this is the Don't Sue Me slide. </w:t>
      </w:r>
      <w:r>
        <w:br/>
      </w:r>
    </w:p>
    <w:p w:rsidR="00780064" w:rsidRDefault="00000000">
      <w:r>
        <w:t xml:space="preserve">It is solely advisory and the authors cannot be held responsible for actions taken in regard to this program. Don't snap and say something snarky yet with a smile to a doodle honor and then blame me when it goes back because i may not have said what I think. What you think i thought I said anyway, so today's goals. So today we are going to learn how tone and body language affect what's actually heard and learn how to translate groomer speak into customer. </w:t>
      </w:r>
      <w:r>
        <w:br/>
      </w:r>
    </w:p>
    <w:p w:rsidR="00780064" w:rsidRDefault="00000000">
      <w:r>
        <w:t xml:space="preserve">We're also going to learn and discuss the perks and perils of texting. So many of you may have heard of the 7 % rule, and I'm referring to it as the myth of the 7 % rule. And what this is based on a study that says only 7 % of communication is verbal. Over here we have 55 % </w:t>
      </w:r>
      <w:r>
        <w:lastRenderedPageBreak/>
        <w:t xml:space="preserve">body language, 38 % tone of voice. </w:t>
      </w:r>
      <w:r>
        <w:br/>
      </w:r>
    </w:p>
    <w:p w:rsidR="00780064" w:rsidRDefault="00000000">
      <w:r>
        <w:t xml:space="preserve">We'll mention this again, but if you've ever spoken to a teenager, it's more than 38 % tone of voice. Just saying love you teens and 7 %, the actual words that come out of your mouth. Now the reason I call this the myth is because this wasn't based on clear, concise communications this is based on a single word, like using one word to communicate something. And if you don't think you can use just one word to communicate something, I can say dude, dude dude, same word, very different meanings let's turn off my ringer like a professional. </w:t>
      </w:r>
      <w:r>
        <w:br/>
      </w:r>
    </w:p>
    <w:p w:rsidR="00780064" w:rsidRDefault="00000000">
      <w:r>
        <w:t xml:space="preserve">Now the other seven seas of communication that we're going to be discussing today. We're going over clear, concise, concrete, correct, coherent, complete, and courteous. So what is an example of clear communication? Well, don't use jargon. To us it's the most basic thing in the world to say to a client. Oh, so you just want to bath and tidy today like clean up their sanitary areas or do a sanity. Some clients don't know what that means they're not going to know what that means unless a groomer has explained it to them. </w:t>
      </w:r>
      <w:r>
        <w:br/>
      </w:r>
    </w:p>
    <w:p w:rsidR="00780064" w:rsidRDefault="00000000">
      <w:r>
        <w:t xml:space="preserve">Now that doesn't mean don't use any, You can say sanitary area or do a sanity. But we then explain to the customer what that means. We can explain to them what a bath and tidy is. And if you think there isn't a problem with groomers, using jargon that isn't properly explained to a customer, how many times have you had a customer come in first time in your shop and ask for a puppy cut? Just a puppy cut. </w:t>
      </w:r>
      <w:r>
        <w:br/>
      </w:r>
    </w:p>
    <w:p w:rsidR="00780064" w:rsidRDefault="00000000">
      <w:r>
        <w:t xml:space="preserve">Well, how long do you want it a puppy cut, You know, because some other groomer used jargon with them and it meant something to them, but they didn't explain to the customer that, well, a puppy cut just means one length all over. What length would you like that? Another way to be clear is to have service agreements in place and we've talked about this in a bunch of other classes. It's super important to have service agreements in place because then we know exactly what we said to the customer. We have laid out our expectations clearly. </w:t>
      </w:r>
      <w:r>
        <w:br/>
      </w:r>
    </w:p>
    <w:p w:rsidR="00780064" w:rsidRDefault="00000000">
      <w:r>
        <w:t xml:space="preserve">Do they need to be on time or they forfeit their appointment okay? Do they need to provide more than 24 hours in advance warning if they're going to not show up or need to cancel or reschedule their appointment? If they cancel the same day, are you going to charge them a cancellation fee? All of these things need to be clearly defined in your service agreements. And I like to not only do I keep a signed copy of it, but have the customer keep a copy of it because so many times when you hand someone a service agreement and they just know that they need to sign it in order for you to groom their dog, they're just going to sign it and go away. </w:t>
      </w:r>
      <w:r>
        <w:br/>
      </w:r>
    </w:p>
    <w:p w:rsidR="00780064" w:rsidRDefault="00000000">
      <w:r>
        <w:lastRenderedPageBreak/>
        <w:t xml:space="preserve">Give them a copy, make sure they have it in their hand to take home to read at their leisure, and have clear signage. That doesn't mean have a ton of signs all over. Just have one or two really important signs in your shop like notifying of an incoming price increase or that all pets must be leased or on carriers. So have all of that in place. There actually used to be another wonderful class on positive Ed regarding service agreements and you can double check and reach out to Mary and see if it's still there because she's got a bunch of forms already in place for you. </w:t>
      </w:r>
      <w:r>
        <w:br/>
      </w:r>
    </w:p>
    <w:p w:rsidR="00780064" w:rsidRDefault="00000000">
      <w:r>
        <w:t xml:space="preserve">All right, concise, big brief. Oh, and with our service agreements, we're also including matted pet releases in this. And this is something that when we're talking about doodles, we're going to be talking about matting so have in place what is what you will and won't do regarding matting, but concise. Be brief. You know when a dog walks in whether or not you're going to shave it, you do. You may think there's a shot, but in the back of your head you're like, no, I'm going to have to shave this dog. </w:t>
      </w:r>
      <w:r>
        <w:br/>
      </w:r>
    </w:p>
    <w:p w:rsidR="00780064" w:rsidRDefault="00000000">
      <w:r>
        <w:t xml:space="preserve">So after you clearly explain to them about the matting and show them what the matting is, don't beat around the Bush because what happens when you drag your feet no, I don't know i may have to shave it. The customer is going to hold on to that hope because they think now that you can do it. And what they may interpret is that you aren't sure if you're going to have to shave the dog. You think you might be able to brush it out, but you're just don't want to take the time and they're going to give you push back. </w:t>
      </w:r>
      <w:r>
        <w:br/>
      </w:r>
    </w:p>
    <w:p w:rsidR="00780064" w:rsidRDefault="00000000">
      <w:r>
        <w:t xml:space="preserve">Be concise and be concrete. Absolutely stand firm in what you're going to do. You have your policies down in writing. You explained clearly what needs to be done. Now you're simply stating fact. There is no room for misunderstanding. Customers will often find a way, but this is an example of that 7 % rule being absolutely correct. So even when we're following the seas, we need to be mindful of body language because if we go and we kind of punching, well, I'm going to have to shave him down today. </w:t>
      </w:r>
      <w:r>
        <w:br/>
      </w:r>
    </w:p>
    <w:p w:rsidR="00780064" w:rsidRDefault="00000000">
      <w:r>
        <w:t xml:space="preserve">Do I look sure. Do I? If you go, we're going to have to shoulders back, stand up straight. We're going to have to shave down fluffy today. He's not going to be super fluffy for just now, but hair grows and while we're being concrete, we can also be nice about it. I know the most common phrase or back and forth phrase that we hear, at least in our heads when customers go but I brush the dog every day and we go with a banana or a toothbrush. Is that what you brush the dog with? We may not be far from wrong. I've had clients show me what they use to brush the dog and it's even easier in house call because I don't have to tell them to bring the brush in i'm there i said show me the brush what tools do you use on your dog? And they bring them over to me and what they have is that fabulous brush we see so much of in like the Dollar Tree where it's the pin brush on one side and the bristle brush on the other. </w:t>
      </w:r>
      <w:r>
        <w:br/>
      </w:r>
    </w:p>
    <w:p w:rsidR="00780064" w:rsidRDefault="00000000">
      <w:r>
        <w:lastRenderedPageBreak/>
        <w:t xml:space="preserve">And but they don't like the pin brush side, they don't like so they use the bristle brush side and they think that's doing something not because they're stupid because they don't know any better. When we know better, we do better. And it is part of our job as pet professionals to make sure they know better so that they can do better, but more on that later, All right, We have to be correct. Now that involves both how we write out our policy and procedures and in knowing what's in them and in quoting them. </w:t>
      </w:r>
      <w:r>
        <w:br/>
      </w:r>
    </w:p>
    <w:p w:rsidR="00780064" w:rsidRDefault="00000000">
      <w:r>
        <w:t xml:space="preserve">Because if we quote something wrong off our PNP and the customer pulls it out and points out that actually we had written down and you have 36 hours to give notice or X amount of cancellation fee will apply and we really thought it was 24 That kind of takes away a lot of our credibility. Also, I'm not saying you have to sound like it has to sound like it was written by a lawyer, but it does need to be grammatically correct because there is a difference in time to eat grandma and time to eat grandma. </w:t>
      </w:r>
      <w:r>
        <w:br/>
      </w:r>
    </w:p>
    <w:p w:rsidR="00780064" w:rsidRDefault="00000000">
      <w:r>
        <w:t xml:space="preserve">The first one has a definitive Walking Dead vibe going that we kind of don't want so grammar and correctness matter. And here is where we can be the professionals we are teaching them how to brush their dogs we are the pet professionals we are showing them how to do things. We are carrying ourselves as professionals. There has been a change and a swing, I think, in the correct direction from when I first started grooming, where people I worked with just view themselves as, oh, we're just groomers and they would we just get filthy at work anyway and I would have a salon manager who came to work in her pajamas and threw her smock over it and threw her hair up and called it a day and she was the salon manager. </w:t>
      </w:r>
      <w:r>
        <w:br/>
      </w:r>
    </w:p>
    <w:p w:rsidR="00780064" w:rsidRDefault="00000000">
      <w:r>
        <w:t xml:space="preserve">And that she didn't always come across as the most professional person because of how she carried herself. Now, am I saying you have to wear makeup every day if you are not a wear makeup person no. Be still be you, but be a professional version of you. All right coherent is our next see. And this is as simple as if you are you making sense? Now if this is your first client of the day and it is a seven a m drop off and you are severely under caffeinated, it is totally okay to take a deep breath and make a joke about needing more coffee. </w:t>
      </w:r>
      <w:r>
        <w:br/>
      </w:r>
    </w:p>
    <w:p w:rsidR="00780064" w:rsidRDefault="00000000">
      <w:r>
        <w:t xml:space="preserve">Because I have 100 % done that when working in corporate and there are seven a m drop offs because everyone understands that. Everyone kind of understands all right, it's early i haven't had my coffee yet, but in general this is where pausing to gather your thoughts help. I fall into this trap a lot because my brain is going a million times a minute and my mouth has absolutely 0 hope of catching up. This one is just as simple as making sure that the words that are coming out of your mouth make sense. And are you making sense to a non groomer? Double check that if you're coherent, you're also not just using a bunch of jargon and that the customer is still going to know what you mean. </w:t>
      </w:r>
      <w:r>
        <w:br/>
      </w:r>
    </w:p>
    <w:p w:rsidR="00780064" w:rsidRDefault="00000000">
      <w:r>
        <w:lastRenderedPageBreak/>
        <w:t xml:space="preserve">All right, complete. Did you say everything that you needed to say? Did you tell the clients a more polite version of Don't Call us We'll call you for a pickup time for the dog, but your conversation wasn't coherent, clear and concise and they've now called you three times in a row. Now ideally they won't even call once, or, God forbid, just show up before they're called. But if it happens once, it is a chance to then clearly and firmly set the expectations. Give them the whole story about how their dog is reacting, behaving, what is going on. </w:t>
      </w:r>
      <w:r>
        <w:br/>
      </w:r>
    </w:p>
    <w:p w:rsidR="00780064" w:rsidRDefault="00000000">
      <w:r>
        <w:t xml:space="preserve">But even if that story isn't the prettiest about how their dog is acting, so that is where courteous comes in. Because you can do all of the above, you can be perfect in your communications, but if you talk down to your clients anything positive you may have accomplished, there's a good chance it is flying out the window. I've had customers come to me from other groomers that are amazing, known groomers in the area that I know I don't groom as well as but say that they love the grooms but they felt they got yelled at every time the dog was even a little bit matted and i I'm pretty sure that wasn't her intent, but that was how it got taken. </w:t>
      </w:r>
      <w:r>
        <w:br/>
      </w:r>
    </w:p>
    <w:p w:rsidR="00780064" w:rsidRDefault="00000000">
      <w:r>
        <w:t xml:space="preserve">Now to be completely honest, I'm not always perfect on this and as a house called groomer, you overhear things a lot because you're off grooming in one end of the house and the family who may or may not be loud, are having conversations in the other room and they were discussing putting eye drops in the eyes of a dog that has dry eye because if they don't, Chris will yell at us. Now I really did think I'd done a great job of gently informing them, but since this is a very preventable issue and dry eye is super uncomfortable, super uncomfortable for the dogs, but can be prevented very easily by just putting in daily eye drops. </w:t>
      </w:r>
      <w:r>
        <w:br/>
      </w:r>
    </w:p>
    <w:p w:rsidR="00780064" w:rsidRDefault="00000000">
      <w:r>
        <w:t xml:space="preserve">I will admit it does tick me off when they have the eye drops and don't put it in so something may have slipped out and I honestly may have been okay with that particular miscommunication because. They needed to know how important that was to do for their dog. But whether or not communication between client and groomer is courteous is where most of those arguments over social media happen about the groomer just shaved my dog or the groomers now just going to fire the client because they also felt talk down too. But tone really comes into it. </w:t>
      </w:r>
      <w:r>
        <w:br/>
      </w:r>
    </w:p>
    <w:p w:rsidR="00780064" w:rsidRDefault="00000000">
      <w:r>
        <w:t xml:space="preserve">I worked and once again, apologies to younger groomers, i worked once with a groomer who was like 20 something, maybe 19, And she was a lovely girl, but she did not hear the tone that was coming out of her mouth, both to the clients and to the other coworkers and I would try to talk to her about it and I was like, oh, honey, there you didn't just hear how that sounded and she was like, no, I really didn't. Fast forward about four years. I run into her at a convention. And she was like, oh, Chris, I know what you mean now I find she finally heard it and realized what she was doing so sometimes they can't hundred percent get it. </w:t>
      </w:r>
      <w:r>
        <w:br/>
      </w:r>
    </w:p>
    <w:p w:rsidR="00780064" w:rsidRDefault="00000000">
      <w:r>
        <w:lastRenderedPageBreak/>
        <w:t xml:space="preserve">And just so that I'm not being completely ageist, sometimes older people, when they're talking to younger people, have that problem too. My mom regularly forwards me articles about, oh, I thought you'd be so interested in this. Do you know about and she's forwarding me things with like dog agility or flyball or things that are very closely related to what I do for a living, that I i do know about my i do it for a living. But because I will always be a little girl in her eyes. It's tough. But the bottom line is no one likes to feel yelled at. </w:t>
      </w:r>
      <w:r>
        <w:br/>
      </w:r>
    </w:p>
    <w:p w:rsidR="00780064" w:rsidRDefault="00000000">
      <w:r>
        <w:t xml:space="preserve">It doesn't feel good. No one likes to be talked down to it just it's not happy. And we want our customers to leave the grooming shop happy about things. Ok so now that we've covered some basic ways to communicate more clearly with our customers and we went over the seven seas and being mindful of tone and body language, what the, what the, what did they just say? Let's talk about translating some things customers actually say, because sometimes I know it feels like you're stuck in first year German class when you took Spanish in high school and you don't know what's going on here. </w:t>
      </w:r>
      <w:r>
        <w:br/>
      </w:r>
    </w:p>
    <w:p w:rsidR="00780064" w:rsidRDefault="00000000">
      <w:r>
        <w:t xml:space="preserve">So the simplest technique to figure out what they're saying is use active listening. And that means you're focusing on what's being said to you you're paying full attention to the person talking. Now, there's plenty of times when we need to be passive listeners, like when we're feeling the dog over for matting, for issues where the customer is talking but this isn't always the best time to talk haircuts. We can actually turn this into active listening by asking how the dog has been feeling while we're doing the check in. If I just asked how Fluffy's feeling while actively checking him out, it no longer looks like we're not listening to them. </w:t>
      </w:r>
      <w:r>
        <w:br/>
      </w:r>
    </w:p>
    <w:p w:rsidR="00780064" w:rsidRDefault="00000000">
      <w:r>
        <w:t xml:space="preserve">It looks like we are paying attention to their pet. So as much as customers like it when we give them their full attention or our full attention, they also we hope like it when we are paying full attention to the pet. So a major customer complaint when regarding any business is the customer thinking they weren't being paid attention to or the employee being on their cell phone or bored while dealing with the customer. So using active listening techniques will not only help us understand our customers better, but help them understand and help overall customer satisfaction. </w:t>
      </w:r>
      <w:r>
        <w:br/>
      </w:r>
    </w:p>
    <w:p w:rsidR="00780064" w:rsidRDefault="00000000">
      <w:r>
        <w:t xml:space="preserve">Now this is the point in the in the class where I think it would be a brilliant idea to pull someone in to help me with this, but I think they would not be amused by that, so I won't. So what we mean by active listening, when the customer says something crazy about what they want for the haircut, that's when we go, all right, i think you just said and repeat in your words what you heard the client say. Like I think you just said cut out all the mats, but only cut the matted bits and leave everything else long. And then if they go and then that gives them the opportunity to say yes or no. </w:t>
      </w:r>
      <w:r>
        <w:br/>
      </w:r>
    </w:p>
    <w:p w:rsidR="00780064" w:rsidRDefault="00000000">
      <w:r>
        <w:lastRenderedPageBreak/>
        <w:t xml:space="preserve">So if they say yes, then you can go, all right. The problem with that is, and then you point out all the matted parts, your dog may look like he's gone through a round of chemo because he's going to just have several patches of long hair and the rest naked it's not going to look good at all. Here are the matted bits. Show them. Listen for their feelings. Listen for when they're expressing things that are, oh, my kids are going to be so upset because that's when we get all the time, right oh, I can't shave fluffy. </w:t>
      </w:r>
      <w:r>
        <w:br/>
      </w:r>
    </w:p>
    <w:p w:rsidR="00780064" w:rsidRDefault="00000000">
      <w:r>
        <w:t xml:space="preserve">The kids are going to be so upset they I understand it's going to look drastically different. However, this is pulling on their skin now and this is hurting them. They're going to feel like velvet afterwards it's going to feel so cool. It's they're going to be able to jump in the pool if that's something that they said they did all the time, which is possibly why the dog got matted. They're going to be able to jump in the pool without getting matted like this again because they're going to be so short. </w:t>
      </w:r>
      <w:r>
        <w:br/>
      </w:r>
    </w:p>
    <w:p w:rsidR="00780064" w:rsidRDefault="00000000">
      <w:r>
        <w:t xml:space="preserve">And we will go over with you how to brush so that this doesn't happen again. And I think when a lot of groomers, a lot of customer shop up, especially doodle customers who just get the dog shaved every time because however they felt the experience was with that groomer, they didn't give them another chance to learn how to brush the dog, to be taught how to do that. They're so afraid of the dog getting shaved down again, they're creating that again, it's that's self fulfilling prophecy. </w:t>
      </w:r>
      <w:r>
        <w:br/>
      </w:r>
    </w:p>
    <w:p w:rsidR="00780064" w:rsidRDefault="00000000">
      <w:r>
        <w:t xml:space="preserve">The dog gets shaved down, They hate it. They equate going to the groomer with the dog being shaved down. So they don't go to the groomer for another 6 to 8 months. So of course the dog has to be shaved down again. This is where our professionalism comes in, and this is where we say, OK we're going to get you on a schedule. You've shown me pictures because we ask for pictures of doodles, and I'll go into that in a moment. You've shown me pictures of what you want. We found pictures that could potentially work with your pet's hair. </w:t>
      </w:r>
      <w:r>
        <w:br/>
      </w:r>
    </w:p>
    <w:p w:rsidR="00780064" w:rsidRDefault="00000000">
      <w:r>
        <w:t xml:space="preserve">However, this time your pet ismatic. So we're going to make a schedule and we're going to be partners in your pets, health and style to make sure this never happens again. I don't ever want to have to shave your pup again because just hearing that may shock them because remember, they've just groomer hopped, so they've got that stuck in their head and we've seen it in the doodle groups online. Well, the groomer just wants to shave my dog. We really don't want to, so we need to let them know that but nicely because if we don't do it nicely, they're going to shut down and they're not going to hear it. </w:t>
      </w:r>
      <w:r>
        <w:br/>
      </w:r>
    </w:p>
    <w:p w:rsidR="00780064" w:rsidRDefault="00000000">
      <w:r>
        <w:t xml:space="preserve">Ask probing questions about the pets lifestyle, about Okay is he in the woods all the time is he in the pool and stream all the time? Is he a really active dog or does he really like to sit with you on the sofa and get brushed out? Go over all of these and then when we have to </w:t>
      </w:r>
      <w:r>
        <w:lastRenderedPageBreak/>
        <w:t xml:space="preserve">shave them down anyway. All right, So what we're going to do, we're going to make an appointment for four weeks from today. It's going to be a quick appointment. </w:t>
      </w:r>
      <w:r>
        <w:br/>
      </w:r>
    </w:p>
    <w:p w:rsidR="00780064" w:rsidRDefault="00000000">
      <w:r>
        <w:t xml:space="preserve">Your dog's going to into the bath and the nail trim will trim up by the eyes we won't take any length off the body because we're going to grow the coat. So then if you get them to keep coming on a regular schedule and say we don't have to take any length off the body, if you maintain this schedule and that way if they don't and they do come back six months later, you can say it's lovely to see you again. Unfortunately we are mad at again. We had discussed getting on a schedule to avoid this because it's only when they come in with the hair about like this that we can easily show them how to brush the dog. </w:t>
      </w:r>
      <w:r>
        <w:br/>
      </w:r>
    </w:p>
    <w:p w:rsidR="00780064" w:rsidRDefault="00000000">
      <w:r>
        <w:t xml:space="preserve">So they need to come in that in between stage and get that holiday free lesson on coat maintenance because it's 10 to 15 minutes out of your time. But what it does is create a customer who thinks you are amazing because you took the time to show them this and that you actually helped them get the dog hairstyle that they want. So we do our active listening, repeat what they say in our in our own words. And even if it sounds ridiculous because OK one of the ridiculous requests I got on a regular basis from a poodle mix, actually it might have been a poodle is they wanted clean feet, but you know they didn't want clean feet, they wanted clean feet. </w:t>
      </w:r>
      <w:r>
        <w:br/>
      </w:r>
    </w:p>
    <w:p w:rsidR="00780064" w:rsidRDefault="00000000">
      <w:r>
        <w:t xml:space="preserve">They wanted it halfway up the leg. So then ask Okay. So you want the dog's feet shaved to about here because your dog drags mud into the house and you're more concerned with cleanliness and comfort than appearance. So that does force them to either completely agree with you, or to clarify a little more, or to open up that discussion about that dog's going to look like it's wearing high waters and look ridiculous without outright calling it ugly high waters. So just that one technique is a huge key to decoding what the heck they're talking about, and it shows you're listening and paying attention to them while clarifying for what type of cut they want. </w:t>
      </w:r>
      <w:r>
        <w:br/>
      </w:r>
    </w:p>
    <w:p w:rsidR="00780064" w:rsidRDefault="00000000">
      <w:r>
        <w:t xml:space="preserve">Now, you might think asking a bunch of questions is going to frustrate them, but actually what happens is that you're showing that they that you care about what they're saying. You care about giving them the haircut they want, and about making them and their precious puppy happy. And when words fail, ask for pictures. Honestly, ask for pictures anyway. It's not just a good practice for new clients, but for regulars. </w:t>
      </w:r>
      <w:r>
        <w:br/>
      </w:r>
    </w:p>
    <w:p w:rsidR="00780064" w:rsidRDefault="00000000">
      <w:r>
        <w:t xml:space="preserve">So when a new customer brings their dog in for an appointment, or if it's a new doodle on the book, ask them to bring either a picture of a previous groom that they've gotten that they liked, or just a picture of what they want the pup to look like now even if they come in with a Maltese and bring in a picture of a Bichon and a show trim, that's still super helpful. How many times have we gotten pictures? I know I've gotten a lot of pictures of doodles, but </w:t>
      </w:r>
      <w:r>
        <w:lastRenderedPageBreak/>
        <w:t xml:space="preserve">of puppydoodles in puppy coat with that WAVY You know that WAVY tossels look where they look like they're just fresh off a beach and they just want to talk to their hair and it's adorable. </w:t>
      </w:r>
      <w:r>
        <w:br/>
      </w:r>
    </w:p>
    <w:p w:rsidR="00780064" w:rsidRDefault="00000000">
      <w:r>
        <w:t xml:space="preserve">But their dog is now 2 years old and the coat is more like a pool. It's still helpful because now you know the picture that is in their head. And it's going to save a lot of time of them being unhappy with whatever you do. Because if they're expecting a full on magic wand treatment that they can't get, and it gives you the opportunity to explain how that's gently not possible, you know, perhaps then you can Google if they come in with a Maltese and they've shown up with bijon pictures. You can try Googling Maltese hairstyles or pull out your portfolio of doodles and similar trims to provide reasonable alternatives that you actually can do and not something that's completely impossible. </w:t>
      </w:r>
      <w:r>
        <w:br/>
      </w:r>
    </w:p>
    <w:p w:rsidR="00780064" w:rsidRDefault="00000000">
      <w:r>
        <w:t xml:space="preserve">I've had that conversation with the client where I had to explain puppy coat to them. They don't get it. People don't have puppy coat. It's generally the same or very similar texture, unless you're talking about baby hair. So you can explain to them puppies have puppy coat it's like baby hair, where you know that first hair is silky and wispy and it's just silky and then it comes in how it's going to come in and you can explain to them that they're not going to look exactly like this picture again, but maybe like this picture, which is close. Now try to avoid negative language. </w:t>
      </w:r>
      <w:r>
        <w:br/>
      </w:r>
    </w:p>
    <w:p w:rsidR="00780064" w:rsidRDefault="00000000">
      <w:r>
        <w:t xml:space="preserve">It is very tempting when presented with that picture of a Bijan to simply state, well, I'm not able to change your dog's breed today. And while you may be right negative impression, negative words can leave negative impressions and they may be left with a thought that it's just you that can't do it instead of that's flat out impossible. Or worse, they may feel stupid and embarrassed and not want to come back. Besides, it's just not super polite to point out their customers stupidity. </w:t>
      </w:r>
      <w:r>
        <w:br/>
      </w:r>
    </w:p>
    <w:p w:rsidR="00780064" w:rsidRDefault="00000000">
      <w:r>
        <w:t xml:space="preserve">That's why we went online later. And I'm also going to say I am not perfect and in the do as I say not as I do department. I did it one time snap and tell a customer because I didn't just pull that example of picture of a show bijon and looks like a Maltese mix. Bring them in didn't just pull that out of thin air. I may have snapped and asked what else their breeder bred that did not go well. </w:t>
      </w:r>
      <w:r>
        <w:br/>
      </w:r>
    </w:p>
    <w:p w:rsidR="00780064" w:rsidRDefault="00000000">
      <w:r>
        <w:t xml:space="preserve">I do not recommend, but we can. We can phrase it into something more positive, like, I think that's an adorable picture, but I think something like this might go better with poopsie's natural hair type. Or if they're still not getting it, use positive phrases for the dog's hair well, her hair is so naturally silky and flowing, it's not coarse like that. And using that amount of product to get it even close to that style would just not suit her it would just kind of irritate </w:t>
      </w:r>
      <w:r>
        <w:lastRenderedPageBreak/>
        <w:t xml:space="preserve">her skin and not suit her. </w:t>
      </w:r>
      <w:r>
        <w:br/>
      </w:r>
    </w:p>
    <w:p w:rsidR="00780064" w:rsidRDefault="00000000">
      <w:r>
        <w:t xml:space="preserve">And then later after they leave and we're talking with our coworkers or online, then we can say hope, bless her heart, She thought we were going to give the dog a perm no? So another example of negative language is, well, precious fluffy Angelkins is apparently a demon from the pits of hell who did try her darndest to strip the flesh from my fingers and keep using the bones as two toys. So you know, unless you really know your client and know that they're going to laugh at that with you, they're better ways to say that their baby is a biting, vicious beast while being completely honest. Remember, there is always a positive way of phrasing things. </w:t>
      </w:r>
      <w:r>
        <w:br/>
      </w:r>
    </w:p>
    <w:p w:rsidR="00780064" w:rsidRDefault="00000000">
      <w:r>
        <w:t xml:space="preserve">For example, being house called groomer, sometimes, often my clients are right there for the whole groom. So one day I was. Grooming the schnauzer mix who just did not want his feet touched, He didn't want in terms of he was getting mouthy and his mom noticed how he really didn't want to bite and didn't bite down he'd never really bite hard, OK, you and I both know that he would, but the sun rose and sat on this dog. </w:t>
      </w:r>
      <w:r>
        <w:br/>
      </w:r>
    </w:p>
    <w:p w:rsidR="00780064" w:rsidRDefault="00000000">
      <w:r>
        <w:t xml:space="preserve">So what I said was, well, he does have teeth and what he's trying to do is communicate with me that he doesn't like what I'm doing and that I should stop it. So do you think that if I ignored what he was saying for long enough and don't try to work with him that he would escalate and talk louder because he wants to hurt me no. But because he feels like he has to talk louder and I'm not listening. That also had the benefit of being true and she got it. </w:t>
      </w:r>
      <w:r>
        <w:br/>
      </w:r>
    </w:p>
    <w:p w:rsidR="00780064" w:rsidRDefault="00000000">
      <w:r>
        <w:t xml:space="preserve">That clicked that worked with her. We know that there are many different reasons dogs bite, but we also know that they communicate differently than people. And smile when you say that also works for phone etiquette. So in my life, before grooming, I worked in a call center and calls got monitored regularly. So one of the things we learned that you really can hear it in someone's voice when they're smiling over the phone. So often a phone call is the first contact that people have with us, and I know how crazy things can get at a busy grooming salon. </w:t>
      </w:r>
      <w:r>
        <w:br/>
      </w:r>
    </w:p>
    <w:p w:rsidR="00780064" w:rsidRDefault="00000000">
      <w:r>
        <w:t xml:space="preserve">I'm not going to ask you to sound happy if you just got bit peed on you're pulling dog hair out of your nose and eyes. But what I am going to ask you to do is maybe at that moment, think about letting the voicemail get it, where you have a recorded greeting that you wrote down and practiced and smiled when you recorded it. The customer doesn't need to know that you're 2 seconds away from crying because it's been that kind of day. The chances are they're going to see that on your face at pickup. </w:t>
      </w:r>
      <w:r>
        <w:br/>
      </w:r>
    </w:p>
    <w:p w:rsidR="00780064" w:rsidRDefault="00000000">
      <w:r>
        <w:lastRenderedPageBreak/>
        <w:t xml:space="preserve">And if they're human, give you credit for attempting to smile through that dog hair and stress. And if they're not human and they see all that and give you grief, then take a deep breath and think about their status as your customers. Maybe don't make that decision right at that moment, but think about their status now. Be wary of texting. I have a very love hate relationship with it. For me, it's so much easier to text clients than to talk to them. But you need to be very careful about language because there's no tone or body language in text, it's hard to soften it. </w:t>
      </w:r>
      <w:r>
        <w:br/>
      </w:r>
    </w:p>
    <w:p w:rsidR="00780064" w:rsidRDefault="00000000">
      <w:r>
        <w:t xml:space="preserve">But you don't want to throw in like a ton of exclamation points or emojis because that's not super professional either. You need to be very careful with what you type out, because the goal is still a business communication, spelling and punctuation matter in business. Now, we did mention emojis, but honestly, beyond an occasional smile or thumbs up, I try to let the customer lead on that one and use mirroring on that. I see how they text and I text them back in a similar manner. Unless it's super rude, but I personally avoid too many acronyms beyond your basic LOL just to avoid confusion. But even if you're of that age where all you do is text and so is your customer, the purpose of this conversation is still professional communication. </w:t>
      </w:r>
      <w:r>
        <w:br/>
      </w:r>
    </w:p>
    <w:p w:rsidR="00780064" w:rsidRDefault="00000000">
      <w:r>
        <w:t xml:space="preserve">So I mean pros is fast you've got a written record of exactly what you said, cons it can creep into your off hours because your phone is right there, even though it's 10:00 at night and you know you shouldn't reply but it's so easy to do a quick reply and before you know it, your on hours and off hours have bled into each other. And now you're resentful because you've got a customer texting you at 10:00 at night when you've set that pattern. And we can take a breath and reply when we're calmer in a text. Except except we don't always do that. </w:t>
      </w:r>
      <w:r>
        <w:br/>
      </w:r>
    </w:p>
    <w:p w:rsidR="00780064" w:rsidRDefault="00000000">
      <w:r>
        <w:t xml:space="preserve">So if it's a complicated conversation, text them to see if it's a good time to call. If texting is still easier, keep it simple. So, and one of the reasons I love texting is because I cannot always control what this does. And as we just discussed, tone comes across in phone calls. Your facial expression can come across in a phone call, so texting helps with that. So remember, if it's the middle of the work day, if they have read receipt on, they may not. You may not have read receipt on, they don't know that you've read your text and are screaming at the phone and take a minute to calm down. </w:t>
      </w:r>
      <w:r>
        <w:br/>
      </w:r>
    </w:p>
    <w:p w:rsidR="00780064" w:rsidRDefault="00000000">
      <w:r>
        <w:t xml:space="preserve">They go, oh, she may have not read it yet, or she may just need a minute to find a new date. So the only time I generally reply late or after eight PM is if I'm grooming late and I'll say sorry I didn't get to you or my apologies, I didn't get to you sooner. I have just now wrapped up my grooming day things went longer than expected. And here's the text breathe think out your reply. All right, so it happened. The doodle owner is angry at you or burglar owners angry at you. </w:t>
      </w:r>
      <w:r>
        <w:br/>
      </w:r>
    </w:p>
    <w:p w:rsidR="00780064" w:rsidRDefault="00000000">
      <w:r>
        <w:lastRenderedPageBreak/>
        <w:t xml:space="preserve">So here's some things to remember. It is really not always your fault. Just like 3 dogs in a row may have tried to bite you, or peed on you, or pooped in the crate and danced in it may not be your fault that this person just snapped they may have had fourteen other things go wrong today. Take a deep breath and try not to take it personally. Use your active listening skills to help fix the issue, because a lot of times all people want is to be heard, to be listened to, and they may realize there's nothing they can do about it at the moment. So breathe. You cannot make everyone happy all of the time. </w:t>
      </w:r>
      <w:r>
        <w:br/>
      </w:r>
    </w:p>
    <w:p w:rsidR="00780064" w:rsidRDefault="00000000">
      <w:r>
        <w:t xml:space="preserve">You just can't. You're not responsible for their happiness or whatever is going on in their life. So breathe. Don't take things personally. Use your active listening skills for the angry customer. And if this is because of a shaved doodle, which it very often is, we did everything in the beginning you can reference your conversations, you can pull out your matted pet release, you can pull out the forms that they signed and said, I understand this, as we discussed, this is a drastically different look, but we're going to work together to ensure that this never has to happen again. </w:t>
      </w:r>
      <w:r>
        <w:br/>
      </w:r>
    </w:p>
    <w:p w:rsidR="00780064" w:rsidRDefault="00000000">
      <w:r>
        <w:t xml:space="preserve">So some basic customer phrases that we tried to decode is short, but not too short because everyone has a different view on what that is for me, it's usually a too snap. The I don't want them shaved and don't make them look like a poodle. Ok? I've only done this once because I knew I could pull it off with this particular customer, but I do not recommend looking sternly in your dog's face, shaking your finger at them and saying inside of the owner don't look like your mother. I don't recommend doing that. It may make you feel better, and it's kind of funny, but unless you know your clients will get it and laugh with you, it may take, even though it's true. </w:t>
      </w:r>
      <w:r>
        <w:br/>
      </w:r>
    </w:p>
    <w:p w:rsidR="00780064" w:rsidRDefault="00000000">
      <w:r>
        <w:t xml:space="preserve">All right, so in this, in these situations, ask clarifying questions these are common things that get thrown at us that are meaningless but don't make them look like a poodle is actually one of the easiest ones to address, because that's when we go what looks like a poodle to you. Edit out everything in the This dog looks nothing like a poodle. You've clearly never seen a poodle in your life before. Edit out all of those and you would be so lucky if I could make this dog look like a poodle. Now what looks like a poodle to you? Is it the curly hair? Is it the very neat look? Show me pictures. </w:t>
      </w:r>
      <w:r>
        <w:br/>
      </w:r>
    </w:p>
    <w:p w:rsidR="00780064" w:rsidRDefault="00000000">
      <w:r>
        <w:t xml:space="preserve">This is once again where your pictures come in. Is it the skinny nose for a lot of my customers, it was the hair being poofed out nicely, the nice blowout and a skinny nose to them look like a poodle. So think about what some of your basic, favorite customer phrases are on what you need to interpret, and take that as homework oh, all right how can I address that more clearly? All right but Walt Disney said the way to get started is to quit doing, to quit talking and begin doing. So what we're going to do right now is stop our slideshow. </w:t>
      </w:r>
      <w:r>
        <w:br/>
      </w:r>
    </w:p>
    <w:p w:rsidR="00780064" w:rsidRDefault="00000000">
      <w:r>
        <w:lastRenderedPageBreak/>
        <w:t xml:space="preserve">And now we're going to try. There is something in the chat yes, the must have Forms is in the Mastermind library and only available to positive Ed Summit memberships. All right so I do have video where, thanks to the magic of film and video, I'm going to be able to show you three different that's for three different doodles in three different haircuts. All right i'm going to ask Mary to come on and make sure that this is screen sharing properly. </w:t>
      </w:r>
      <w:r>
        <w:br/>
      </w:r>
    </w:p>
    <w:p w:rsidR="00780064" w:rsidRDefault="00000000">
      <w:r>
        <w:t xml:space="preserve">It's screen sharing properly Now, if it will play, Just make sure volume is good it's nope, Nope i just talk over it. No volume no volume. We're good. So yes, I started off with a terrifying picture of doodles playing in the water, but this is one of those doodles. This is Benihana and what we're doing on him is a really basic oh, did it just freeze? Awesome so what we're doing on him is a no it didn't a really basic low maintenance trim with slightly longer column legs and we're going to cut in some angulation because even though it it's a kind of basic almost one length all overlook we can still cut in some angulation to make the dog look good and you should be able to see all the guide Combs I'm using on this and I am using a Clipper back. </w:t>
      </w:r>
      <w:r>
        <w:br/>
      </w:r>
    </w:p>
    <w:p w:rsidR="00780064" w:rsidRDefault="00000000">
      <w:r>
        <w:t xml:space="preserve">I do use a vac system on all of my grooms except the very last groom in this compilation and you will see why. So I'm just skimming there on the legs. I'm using the same home I did on the body i'm taking it nice and tight to get that angulation in front and I'm skimming down the legs and I'm going to finish that off with our scissors later. And this was also my very first time grooming in a mobile van. And these videos were recorded in 2020 just to timestamp why I'm wearing a mask and what all's going on. But now I see how I'm not full ongoing reverse, but I'm just going a little bit because he doesn't have that really tight coat he doesn't have those tight erector pilly muscles. </w:t>
      </w:r>
      <w:r>
        <w:br/>
      </w:r>
    </w:p>
    <w:p w:rsidR="00780064" w:rsidRDefault="00000000">
      <w:r>
        <w:t xml:space="preserve">But I'm going a little bit on the stomach just to get that angulation to get a little bit tighter there. But this is not a double coated breed he doesn't have those tight muscles there. And now we're going in here in the chest creating that angulation in there and I'm leaving a little bit right there because we don't want him to look like he's totally got a flat chest. So if you see that little breastbone area, I'm leaving the fur there. I'm not going over that with the Clipper. I will be blending that in with the scissors. Once again, he does not have that super tight hair so there's just a couple spots where I'm going reverse on. </w:t>
      </w:r>
      <w:r>
        <w:br/>
      </w:r>
    </w:p>
    <w:p w:rsidR="00780064" w:rsidRDefault="00000000">
      <w:r>
        <w:t xml:space="preserve">But he does not have this super curly tight hair. He's closer to a drop coat so it's not got the same tightness on the erector filly muscles as I step right in front of the camera and edit that out. Now what I'm doing there with his legs, anytime I use a snapon comb on the legs I feel them first to see. Do we have any east West feet? Do we have any deformities? Are the legs super straight and columns? Because I feel that and then I know if I have to correct anything. </w:t>
      </w:r>
      <w:r>
        <w:br/>
      </w:r>
    </w:p>
    <w:p w:rsidR="00780064" w:rsidRDefault="00000000">
      <w:r>
        <w:lastRenderedPageBreak/>
        <w:t xml:space="preserve">Benny has really good legs. So what I'm doing is taking that all the straight down the back of the leg and then the sides and then the rest. I am going to be blending in with the scissors. But you see I'm not taking it down the front of the leg. So I'm leaving a little extra room there to scissor and blend that in. So what this is going to accomplish is I'm not going to have, it's not going to be poofy legs, so it's not going to look purely, but it's going to be mild column legs so they're not going to look scrawny chicken legs either. </w:t>
      </w:r>
      <w:r>
        <w:br/>
      </w:r>
    </w:p>
    <w:p w:rsidR="00780064" w:rsidRDefault="00000000">
      <w:r>
        <w:t xml:space="preserve">It's going to give some style and some definition to his angulation and I'm just going along the back of the leg back muscle to show that rear angulation. And now it is scissor time. And for those of you who have seen me at trade shows, yes, I actually do use that scissor pouch when I'm grooming. So let's back up and check out that underline. Make sure it's evened up. Just soften any lines that cut in there with the Clipper comb and I usually have the vac system on a very low suction so that it doesn't leave a lot of lines but sometimes depending on the dog's hair, it'll leave a little bit so i want to just kind of touch go over that, very lightly clean up the inside of the leg like now you'll notice I didn't run the Clipper down the front of the leg or the front of the rear leg that's because that's where we're leaving that extra hair to build in our style, to make it not look like the chicken legs. </w:t>
      </w:r>
      <w:r>
        <w:br/>
      </w:r>
    </w:p>
    <w:p w:rsidR="00780064" w:rsidRDefault="00000000">
      <w:r>
        <w:t xml:space="preserve">And hopefully this will also answer a fair amount of swivel questions i get to because yes, i am using my evolution swivel shears on that because I don't fib they really are all I use. So i'm not using this to promote them specifically i'm using it because they're all I use and I should change the angle any moment since I'm standing in the way of the camera there we go. And when you're using swivels on feet, when it comes time to where you're going to bend your wrist, that's when I moved my feet. </w:t>
      </w:r>
      <w:r>
        <w:br/>
      </w:r>
    </w:p>
    <w:p w:rsidR="00780064" w:rsidRDefault="00000000">
      <w:r>
        <w:t xml:space="preserve">I still don't like that underline chris, go back and fix that underline up there. Now that the camera's pointed at it. My goodness, do it now you'll see i'm using my chunkers a lot on him. That's because as I didn't go right into my straight shear for this, of the three doodles, he's probably the more sculpted of the three. Most of my doodle clients really like that messy look. </w:t>
      </w:r>
      <w:r>
        <w:br/>
      </w:r>
    </w:p>
    <w:p w:rsidR="00780064" w:rsidRDefault="00000000">
      <w:r>
        <w:t xml:space="preserve">So I will use chunkers more than my straight shears and often go back in with product and mess it up a little bit. But you're going to see that mostly on Riley's groom in the in the middle, the middle grow. But now we're softening up any of those lines with our chunkers, and if you do a fair amount of doodles. Having more than one pair of chunkers is very important because much like with thinners, the different tooth configurations are going to leave a different finish. So depending on the dog's hair and the effect you want to have, determines which chunk or which sheer you're going to use at any given time. </w:t>
      </w:r>
      <w:r>
        <w:br/>
      </w:r>
    </w:p>
    <w:p w:rsidR="00780064" w:rsidRDefault="00000000">
      <w:r>
        <w:lastRenderedPageBreak/>
        <w:t xml:space="preserve">Yep, just softening that line. See that remember that little bit I left in the chest? Now we're just blending that in. A lot of dogs have cow licks there. So in addition to making him look like he's got a little bit more of a chest than he does, that's also going to prevent any cow lick issues from happening. As I mentioned, this was my very first time grooming in a mobile van, so I was very glad that I could get all those different positions with the swivels because I was used to walking around the dog that is a whole nother skill set that you need to work on when you are when you're in a mobile van. </w:t>
      </w:r>
      <w:r>
        <w:br/>
      </w:r>
    </w:p>
    <w:p w:rsidR="00780064" w:rsidRDefault="00000000">
      <w:r>
        <w:t xml:space="preserve">It's fun once you once you get there and here I am using that instead of flipping my shears i've flipped the swivels in my hand and I was getting that. Found not using those shears to get the rear angulation, Just flipping it in my hands instead of taking it out of my hand and flipping it, getting that rear angulation in and rounded tosies so you see how the legs aren't really full. </w:t>
      </w:r>
      <w:r>
        <w:br/>
      </w:r>
    </w:p>
    <w:p w:rsidR="00780064" w:rsidRDefault="00000000">
      <w:r>
        <w:t xml:space="preserve">They're not huge or fluffy or poorly, but they're they've got just enough on them so that it doesn't look so skinny. It looks styled, and since poodles can be very skinny dogs a lot of times, that's one of the things people think of as poodleing. Like if the legs are really thin, they're like oh look at those scrawny poodle legs and I'm just softening up that front line there and same with the head and tuck up. I don't want anything too drastic because poodles have typical poodle haircuts are very stylized so I want this everything to be smooth and natural and not to look like it is drastic or poodley in any way. </w:t>
      </w:r>
      <w:r>
        <w:br/>
      </w:r>
    </w:p>
    <w:p w:rsidR="00780064" w:rsidRDefault="00000000">
      <w:r>
        <w:t xml:space="preserve">Even though Mr benny's poodle have Mr benny's Mama was a poodle and I think it is the rare woman who hits a certain age and thinks looking like her mother is a compliment so it's again, we don't want the pool, the doodles to look like their Mamas. So I'm doing something there that we almost never do. We comb up heads, right we comb and fluff, except we don't want that structured, tailored look we want that more slightly messy doodle look. So I'm using my hands. I got in there, I sprayed a little product in a little water and I'm just cleaning up this was before I had my gorgeous 6 inch curves to just get that hair by the lip to give a little bit of a clean lip because nobody needs that to be sucking that nasty hair into the mouth. </w:t>
      </w:r>
      <w:r>
        <w:br/>
      </w:r>
    </w:p>
    <w:p w:rsidR="00780064" w:rsidRDefault="00000000">
      <w:r>
        <w:t xml:space="preserve">Nobody needs that. And I don't know, Mary, if there's anybody else watching, but I do have my question and answer box up. So if you or anyone else has questions, we have some attendees. Ok, so yeah, pop them in the pop them in the question box if you're curious about what I'm doing and why. So we're just trying to make a very rounded, natural look for the mouth remember I said a lot of people think that Poodley equals skinny? That skinny knows because Poodle Face is that shaved face so I want Benny's face to be nice and rounded and balanced, like he's got a relatively short head i don't want him to have too much down here. </w:t>
      </w:r>
      <w:r>
        <w:br/>
      </w:r>
    </w:p>
    <w:p w:rsidR="00780064" w:rsidRDefault="00000000">
      <w:r>
        <w:lastRenderedPageBreak/>
        <w:t xml:space="preserve">I want him to have enough that it's not skinny. And we've had conversations with his mom about water bowls, so we want him to still look balanced even though they are a mixed breed, they still should have some balance and style in there in their haircut. Like I said, I did this particular trim I recorded a few years ago, so now I'm looking at it i'm like, I could probably have even gone a little smaller on his face, taken down, have a little less mutton choppy but his mom was happy with the haircut so that's hundred percent all that matters. </w:t>
      </w:r>
      <w:r>
        <w:br/>
      </w:r>
    </w:p>
    <w:p w:rsidR="00780064" w:rsidRDefault="00000000">
      <w:r>
        <w:t xml:space="preserve">I always, I have a lovehate relationship with watching videos of me grooming because I don't always remember and I'm sitting here going, does she see does Chris from the past see that part i want her to scissor that I see now 100 % and oh thank God I think I just got it. But it's kind of stressful because, especially if it's been a while since you recorded it, because I, you know what i try to learn something new every day, be a little bit better every day than I was the day before. </w:t>
      </w:r>
      <w:r>
        <w:br/>
      </w:r>
    </w:p>
    <w:p w:rsidR="00780064" w:rsidRDefault="00000000">
      <w:r>
        <w:t xml:space="preserve">And I am getting the ears out of the way to cut some of this stuff. Not there How and sound popped in all of a sudden. That's okay. The reason I get that is so that the ears can lay closer to the head. I don't want to get too much up front because I don't want to accidentally get hair out from the face, but I want the ears to lay nicely. The general rule of thumb with the ears is that if it doesn't go past their nose, it's not going to get in their water bowl. So depending on how often they get groomed, what their preferences for the ears and currently is just happy it passed me that I keep taking that face down and down because it started as way too big. </w:t>
      </w:r>
      <w:r>
        <w:br/>
      </w:r>
    </w:p>
    <w:p w:rsidR="00780064" w:rsidRDefault="00000000">
      <w:r>
        <w:t xml:space="preserve">See And that right there mister benihana, is why I now like the little 6 inch shears just for that little mouth area. And that was also for people who say you can't palm scissor shears and pick up the comb because apparently you really can. Once again, I'm trying to round his ears a little bit and we're going to start to speed him up some because he is almost done and we've got two other haircuts to get through. </w:t>
      </w:r>
      <w:r>
        <w:br/>
      </w:r>
    </w:p>
    <w:p w:rsidR="00780064" w:rsidRDefault="00000000">
      <w:r>
        <w:t xml:space="preserve">So a lot of chunker. I'm using more, the seven inch trunker on his face and there's a finish, mister benihana. Oh, and I got the kiss. All right, so this is Riley, a mini doodle. Now, Riley, I am doing a similar version of what I did on mister benny, except Riley's got a very different coat type. You can tell he's or she's very She's a lot curlier. She's a lot denser in coat type and they really like that messy look. </w:t>
      </w:r>
      <w:r>
        <w:br/>
      </w:r>
    </w:p>
    <w:p w:rsidR="00780064" w:rsidRDefault="00000000">
      <w:r>
        <w:t xml:space="preserve">They really like the Super messy look. So I left more on the legs because at the time they liked her a bit longer. They have gotten more reasonable and manageable now and they like her now at about A1 snap, if not a two because you know, they realize these puppers can be high maintenance. So I'm not doing a whole lot on the legs because like I said, they like the really messy look so I am. I'm not going to lie, I sort of hated the groom when I was done </w:t>
      </w:r>
      <w:r>
        <w:lastRenderedPageBreak/>
        <w:t xml:space="preserve">with it i'm like it looks really cute but oh gosh it looks messy. </w:t>
      </w:r>
      <w:r>
        <w:br/>
      </w:r>
    </w:p>
    <w:p w:rsidR="00780064" w:rsidRDefault="00000000">
      <w:r>
        <w:t xml:space="preserve">And then they texted me after and they were like best one yet I'm like Oh no, okay. And before you think that dog is going to have an absolute heart attack I did speed this up so that he's that's not real time panting. This is sped up. So while she was panting a little bit, it really wasn't that bad. So we're doing the same thing. I'm taking bulk off the legs with the straights. </w:t>
      </w:r>
      <w:r>
        <w:br/>
      </w:r>
    </w:p>
    <w:p w:rsidR="00780064" w:rsidRDefault="00000000">
      <w:r>
        <w:t xml:space="preserve">This girl does not like her legs messed with so I do more scissoring on her legs because she doesn't want me to go down with a snap on comb she would really prefer I didn't. So I'm taking bulk off with the straights and then kind of almost just going at them with my big chunkers to soften everything and give it that rough, messy look. </w:t>
      </w:r>
      <w:r>
        <w:br/>
      </w:r>
    </w:p>
    <w:p w:rsidR="00780064" w:rsidRDefault="00000000">
      <w:r>
        <w:t xml:space="preserve">And I'm going to go in with a lot more product on her than I do on mister benny. But so we can see how similar haircuts on different coat types are going to look different. And any questions on anything? Well, I just watch and really pretend I can scissor that fast and that's now, that's real time wait, no, that's real time i'm just scissoring that fast. We got some sound accidentally coming in there, and this is where you can see I'm really kind of messing up those legs they looked almost finished, didn't they look like I could just scissor them for another like minute and make them really nice, but that's not what they want. </w:t>
      </w:r>
      <w:r>
        <w:br/>
      </w:r>
    </w:p>
    <w:p w:rsidR="00780064" w:rsidRDefault="00000000">
      <w:r>
        <w:t xml:space="preserve">And that's really not what they wanted for the head they really liked the messy head, but we finally got it down to exactly what they wanted and what they what they liked. So those are the more aggressive trunkers you can tell they're not taking off as much as straighter curves would, but they are still. They're still honking off a good amount of hair and getting some good length off, but that's just going to take me forever. I'm just doing i do thinning shears by the eyes. I used to, when I started, do 10 blades by the inside corners of the eyes. </w:t>
      </w:r>
      <w:r>
        <w:br/>
      </w:r>
    </w:p>
    <w:p w:rsidR="00780064" w:rsidRDefault="00000000">
      <w:r>
        <w:t xml:space="preserve">Now I almost never do. It's almost all thinning shear i think it gives a much more natural look and a lot of dogs tolerate it much easier. I'm also looking at these old recordings going, oh, I'm doing so much chin holding. I do not as much chin holding now as I did then. I do a lot more holding like this or like this because they tend to tolerate it a lot better. All right, so this is an earlier picture of Riley's face and they had taken it to taking her to somewhere else. I'm just going to pause it right there because it was during the pandemic and I was shut down for a while. </w:t>
      </w:r>
      <w:r>
        <w:br/>
      </w:r>
    </w:p>
    <w:p w:rsidR="00780064" w:rsidRDefault="00000000">
      <w:r>
        <w:t xml:space="preserve">But I'm not saying the other person did a bad job at all. But I want to point out the subtle differences were on one side it's more rounded, and on the other side they're more, they're more lines, It's a little more blunt. I always try to go for the more rounded looks because to </w:t>
      </w:r>
      <w:r>
        <w:lastRenderedPageBreak/>
        <w:t xml:space="preserve">me that's always going to look more natural, more appealing it's more my style. Everyone has a slightly different style. So just wanted to pop out there and show you an alternate head style on riley Doodle. It's not her actual full name, but in my head she's Riley Doodle. </w:t>
      </w:r>
      <w:r>
        <w:br/>
      </w:r>
    </w:p>
    <w:p w:rsidR="00780064" w:rsidRDefault="00000000">
      <w:r>
        <w:t xml:space="preserve">Let's also try to get those. Oh, she just sucked them back into her mouth. She is also not a big fan of having her mouth done. And yes, I am looking at those legs too going that can't be done. They like them though. It's often it's usually about what your clients like more than what you like. And the other reason I get a lot of that hair off from Riley is does not like being brushed, does not like being blow dried in the face. So any place that is going to be hidden, I get rid of that. </w:t>
      </w:r>
      <w:r>
        <w:br/>
      </w:r>
    </w:p>
    <w:p w:rsidR="00780064" w:rsidRDefault="00000000">
      <w:r>
        <w:t xml:space="preserve">Once again, any different hairstyle I do on doodle, I get to i get there from the client communication i get there from show me pictures, Bring me a bunch of pictures what do you want on the legs what do you want on the head? Ask those leading questions what makes it look like a poodle to you? Riley was one of those dogs where I had to have the conversation with the mother because i groomed her from when they first got her and said okay, you know how her coat felt A little different when you first picked her up versus now she doesn't have that puppy coat anymore. </w:t>
      </w:r>
      <w:r>
        <w:br/>
      </w:r>
    </w:p>
    <w:p w:rsidR="00780064" w:rsidRDefault="00000000">
      <w:r>
        <w:t xml:space="preserve">It's going to look different. I can't bring that puppy coat back, but what I can do is make it look like she has not gotten a blowout and that's, I don't remember exactly what product that is chances are that's a very mild conditioner with water. So it's something that's safe to leave on there. And that was Riley so this is blue is feeling a little thirsty oh no. I mean, he needed to lick it off my fingers. I won't. He's a little bit of a Prince i think that's why I left that in like he was thirsty. </w:t>
      </w:r>
      <w:r>
        <w:br/>
      </w:r>
    </w:p>
    <w:p w:rsidR="00780064" w:rsidRDefault="00000000">
      <w:r>
        <w:t xml:space="preserve">He didn't want water. He just didn't want to drink from his bowl while he was on the grooming table. Now you can probably tell that Blue's mom also likes the that real, I almost want to say rustic doodle look, but he's got a different coat type he's got he's got it's WAVY, but it's got tons of undercoat. So what Blue's mom likes is for it to be hand scissored all over because she doesn't like it to look all perfect and smooth and even like with a Clipper comb. So I have 100 % used blue to perfect my hand scissoring techniques and I'm pretty sure later this year we're going to be doing a more of a Clipper over comb hand scissor with him but because his coat stands out like it's not a full standout coat like a poodle or bijon but it does have a lot of undercoat. </w:t>
      </w:r>
      <w:r>
        <w:br/>
      </w:r>
    </w:p>
    <w:p w:rsidR="00780064" w:rsidRDefault="00000000">
      <w:r>
        <w:t xml:space="preserve">I can do this. I don't know what is going on with my film in some places that was bad, so Blue's mom likes them pretty long. Every so often I'll be able to go shorter for the summer and I will just scissor it a little bit shorter. But I included this in here because I wanted you to know that you can still hand scissor doodles and get the look that they're going for. Once </w:t>
      </w:r>
      <w:r>
        <w:lastRenderedPageBreak/>
        <w:t xml:space="preserve">again, a lot of chunker. </w:t>
      </w:r>
      <w:r>
        <w:br/>
      </w:r>
    </w:p>
    <w:p w:rsidR="00780064" w:rsidRDefault="00000000">
      <w:r>
        <w:t xml:space="preserve">Pardon me, a lot of chunker because it's going to be more forgiving with the lines and she doesn't really want it perfect. So I will take the length off with the straights and curves just to get it around the length I want it and then go over everything. Once again, I totally scissor this fast in real life. Now this is sped up for time because that's the only way we're going to show you 3 full grooms in an hour. </w:t>
      </w:r>
      <w:r>
        <w:br/>
      </w:r>
    </w:p>
    <w:p w:rsidR="00780064" w:rsidRDefault="00000000">
      <w:r>
        <w:t xml:space="preserve">But see, I'm combing it up to get to show the length I want it, then taking the length off with my straights, then going back in and going over quickly with my trunkers, and I tried to speed up through most of being on the other side of blue. Any questions for in case I'm have the wrong box up, Any questions on why I'm doing what I'm doing? You can ask why I'm choosing to hand scissor doodle and am I absolutely insane? That is also fair question, but the answer to that is to practice my hand scissor. </w:t>
      </w:r>
      <w:r>
        <w:br/>
      </w:r>
    </w:p>
    <w:p w:rsidR="00780064" w:rsidRDefault="00000000">
      <w:r>
        <w:t xml:space="preserve">You know, it was something that I something I enjoy doing. I don't get a chance to do it that often and I wanted to be good at it and that's the tarot i want to say it's the flash, that light conditioning spray. Because honestly, what takes the longest amount of time in this dog's groom is the brush out is the bath and brush out i've got his hair cut kind of down to the science where I'm doing a very similar outline than the other two, slightly longer on the body, but I'm still accentuating the same places. </w:t>
      </w:r>
      <w:r>
        <w:br/>
      </w:r>
    </w:p>
    <w:p w:rsidR="00780064" w:rsidRDefault="00000000">
      <w:r>
        <w:t xml:space="preserve">I'm just doing it with scissors instead of with the Clippers. Honestly, the biggest challenge I have with Blue is remembering to do his sanitary because I don't pull the Clippers out at all and then I'm like oh I forgot to do the sanitary i got to pull out the Clippers and since he so hates to have his feet done remembering to remembering to do the inside of his paw pads he's often I forgot on purpose or else scissor around the outside and not really get in there as much with the with the Clipper even though it would save me time but not when he's fighting with me for feet. </w:t>
      </w:r>
      <w:r>
        <w:br/>
      </w:r>
    </w:p>
    <w:p w:rsidR="00780064" w:rsidRDefault="00000000">
      <w:r>
        <w:t xml:space="preserve">So as you can see I can still cut in the angulation on the tuck up to make it looks like he has a waste. We did the rear angulation a little bit to make sure he's and once again they like the really shaggy look so it's slightly less structured for him than the other two but the basics are still there, and it is all about communicating with your customer what they actually want. Because I see a lot of doodles in gorgeous Asian inspired trims and in my area that looks poodley to them. </w:t>
      </w:r>
      <w:r>
        <w:br/>
      </w:r>
    </w:p>
    <w:p w:rsidR="00780064" w:rsidRDefault="00000000">
      <w:r>
        <w:t xml:space="preserve">So I can't. I can't do that as much as I would love to and as much as I would love to learn that and spoiler alert Blue got a brother during the pandemic who will meet at the end of this </w:t>
      </w:r>
      <w:r>
        <w:lastRenderedPageBreak/>
        <w:t xml:space="preserve">video who now gets the same haircut? Man, I'm having the same problems with past Chris and this one as I was in the other one i'm like, oh tell me she's going to cut that spot. But yeah, I pretty much, I think I did right. </w:t>
      </w:r>
      <w:r>
        <w:br/>
      </w:r>
    </w:p>
    <w:p w:rsidR="00780064" w:rsidRDefault="00000000">
      <w:r>
        <w:t xml:space="preserve">Same thing. Go underneath the ears. They don't need all of that hair blending underneath here. So see, I still leave a little bit more here so it looks like they have a chest kind of lean into that goldens goldens have such a beautiful chest, don't they with that nice thick fur and doodles not always so much so i try to leave something there in my doodle trims to allude to their golden heritage. And Blue is saying right now, don't wanna. </w:t>
      </w:r>
      <w:r>
        <w:br/>
      </w:r>
    </w:p>
    <w:p w:rsidR="00780064" w:rsidRDefault="00000000">
      <w:r>
        <w:t xml:space="preserve">And that technique is the holding on dearly, holding on to the winky when you're cutting down there because I'm not going to cut my fingers. They really don't want to cut a winky. And it would help if you stayed standing but with the way the swivel moves on the straight shears, I can angle it and get that curve in the side that I want. Because unless I have my 9 curves on me, the smaller ones I have aren't going to put the exact angulation I want in that dog's chest. </w:t>
      </w:r>
      <w:r>
        <w:br/>
      </w:r>
    </w:p>
    <w:p w:rsidR="00780064" w:rsidRDefault="00000000">
      <w:r>
        <w:t xml:space="preserve">So that's something when you're going okay, do I need my straights or do I need my curved chairs for something? When you're using curves, you're stuck with the angulation, you're stuck with the angle that is in that scissor. When you're using longer straights, it will take more snips, but you can cut in the exact angle you want, which is what I'm doing on his side so that's why it's taking a lot more snips, but I'm getting the angle I want on there. And in case you saw it often side we already time stamped these videos is being recorded in 2020 Yes, that is a Kitty waiting pool slash dog pool and bathing beauty that I used to bathe them outside because the summer of 2020 was a crazy time. </w:t>
      </w:r>
      <w:r>
        <w:br/>
      </w:r>
    </w:p>
    <w:p w:rsidR="00780064" w:rsidRDefault="00000000">
      <w:r>
        <w:t xml:space="preserve">Let's not do that again, shall we? Let's hope we never have to. So even though they are a mixed breed and they are getting a very rustic would probably be a good way to describe this haircut, you still want to make sure things are balanced and even you want the one hip to look like the other hip. Trying to decide which scissors I want to use. So not only can you palm the scissors, grab a comb, but you can palm the scissors and grab another pair of scissors if you just need to use it for a couple quick snaps. So funny story about Beau or about Blue Bow is his brother. </w:t>
      </w:r>
      <w:r>
        <w:br/>
      </w:r>
    </w:p>
    <w:p w:rsidR="00780064" w:rsidRDefault="00000000">
      <w:r>
        <w:t xml:space="preserve">I actually did use a Clipper comb on him once and I used a sea guide which like a super long one and in the client's head I shaved the dog because it wasn't hand scissored it wasn't quite as long it didn't leave the same look. Now you and I both know that a sea guide is absolutely not shaved. It's not even remotely close to shaved. You can maybe call it shaved because it used a Clipper, but no. </w:t>
      </w:r>
      <w:r>
        <w:br/>
      </w:r>
    </w:p>
    <w:p w:rsidR="00780064" w:rsidRDefault="00000000">
      <w:r>
        <w:lastRenderedPageBreak/>
        <w:t xml:space="preserve">But that's an example of clients have ideas in their head about what they do and don't want and what is and isn't shaved and what isn't right for their dog. And that is a perfect example because she went, come on, you can tell me you shaved them this time, right and I'm like, no with all my heart, no, because I'm like I did a CI used a Clipper, but I did a C put in her head that was shaved. Very strange to us but that's the kind of miscommunications that happen all the time now she also likes his face where when you go in with the with the thinning shears, she doesn't. She wants some hair left. </w:t>
      </w:r>
      <w:r>
        <w:br/>
      </w:r>
    </w:p>
    <w:p w:rsidR="00780064" w:rsidRDefault="00000000">
      <w:r>
        <w:t xml:space="preserve">I've had more than one client who liked this look it's very weird so instead of just leaving the hair so that it eventually goes down and you can comb it down nice, They like the half in the eyes. I don't know if it is a puppy thing that they saw that when it was a puppy and it was cute. I don't fully understand it myself, but it involves taking your thinning shears and just shortening that hair that is sticking up, covering their eyes. That is one of the things I learned the hard way on Blue is that no, she didn't want them to grow so that they calm down. </w:t>
      </w:r>
      <w:r>
        <w:br/>
      </w:r>
    </w:p>
    <w:p w:rsidR="00780064" w:rsidRDefault="00000000">
      <w:r>
        <w:t xml:space="preserve">She wanted them to kind of stick out the bed. And I have to monitor Blue very closely because he gets stressed because he doesn't like being brushed up or scissors by his schnauz. Now you know it's real life grooming because you've got the don't touch my face thing happening here. But this is actually one of those clients who I tried to have the conversation with them that I'm going to be out until beginning of October because I had surgery and they didn't even want recommendations they didn't even want to go anywhere else they're like we'll just keep him brushed what about if we wash? I said don't wash him, don't wash, just brush him but he gets started i said just brush him as best you can Because i've gone over brushing with them a number of occasions. </w:t>
      </w:r>
      <w:r>
        <w:br/>
      </w:r>
    </w:p>
    <w:p w:rsidR="00780064" w:rsidRDefault="00000000">
      <w:r>
        <w:t xml:space="preserve">I got them a or I directed them to buy you don't want it to seem like I gave them a expensive Chris Christensen brush, but they got a coral sea brush that has helped a lot with brushing. His face is always a lot of fun because of how much he loves it. I've have started like I mentioned before not grabbing the chin as much and it's slightly better for him but he's I'm still working with to allow me to do the face and that was a midgroom boop. </w:t>
      </w:r>
      <w:r>
        <w:br/>
      </w:r>
    </w:p>
    <w:p w:rsidR="00780064" w:rsidRDefault="00000000">
      <w:r>
        <w:t xml:space="preserve">So we see how it's still in proportion to the head he's got a kind of the head kind of lays down so we don't want a big thick full mouth he also sticks his mouth in the water bowl a lot, so we don't want a whole lot on the mouth and just even out what I can under the chin because this is an area actually not so much on him that gets matted, but it is a common area for matting because of drool and water and all of that stuff. So that's an area that you can a lot of times go shorter on and it not really be that noticeable that it's shorter right here because when they hold their head right, other hair hangs down, you're not going to see it shorter, but it's going to prevent some matting and prevent some grossness. </w:t>
      </w:r>
      <w:r>
        <w:br/>
      </w:r>
    </w:p>
    <w:p w:rsidR="00780064" w:rsidRDefault="00000000">
      <w:r>
        <w:lastRenderedPageBreak/>
        <w:t xml:space="preserve">He's already looking at the ground. I don't want to can I be done now. But underneath the ears is a place he gets matted very often. We can get rid of that. There's a little Matt I missed let's cut that right out. So when we find out what our customers want from us, that's when we can determine how to give it to them, if we even can give it to them. Now there's going to be a lot of people where if either the it's a high volume shop or the dog doesn't come in good enough condition to do that where this isn't even an option and even though you figure out exactly what they want, this is what they want you're like I'm not doing it, that's okay too the client and you may not be a good fit. </w:t>
      </w:r>
      <w:r>
        <w:br/>
      </w:r>
    </w:p>
    <w:p w:rsidR="00780064" w:rsidRDefault="00000000">
      <w:r>
        <w:t xml:space="preserve">You may live for this stuff and like doing all the hand scissoring work, and may not like doing as much Clipper comb, but charge for it. Charge appropriately and make sure your clients know that you're a professional and you're charging because it took you years to learn this skill to do it this way. And how much time is left on this we're running good on time and it looks like we're going to wind up a little bit early as I just struggle to make Blue's face look half decent because he doesn't want any part of it. </w:t>
      </w:r>
      <w:r>
        <w:br/>
      </w:r>
    </w:p>
    <w:p w:rsidR="00780064" w:rsidRDefault="00000000">
      <w:r>
        <w:t xml:space="preserve">But that's basically it. You know the key to making Doodles owners happy is communicating is communicating with them is figuring out what they want so you can let them know whether it is or isn't possible. And just because it's not possible, this visit doesn't mean it's not impossible. A few months down the road. And I think that's very important that we give them some hope that okay, we can't do it now but I have faith in you. You've landed here at my shop. We are now going to be partners in your dog's care and in getting your dog the look you want. </w:t>
      </w:r>
      <w:r>
        <w:br/>
      </w:r>
    </w:p>
    <w:p w:rsidR="00780064" w:rsidRDefault="00000000">
      <w:r>
        <w:t xml:space="preserve">And that's very important because they don't always think they have that as an option. Formerly poodled Riley Blue and Blue's new baby brother Beau. Because what did Doodle owners get during the Pandemic? Another Doodle? Of course they do all right, Mary, are you shocked that I didn't go overtime a little bit? It is why I left an hour in between yours and Mindy's rather than the usual half hour. See what i built in time for questions and discussions that didn't even happen so we're good. All right so we'll give it a couple of minutes if anybody has any questions, put them in either the chat or the q and a and remind people who are watching later if they have questions, how do they get a hold of you? Shoot me a text, nine oh eight two six five two five oh six. </w:t>
      </w:r>
      <w:r>
        <w:br/>
      </w:r>
    </w:p>
    <w:p w:rsidR="00780064" w:rsidRDefault="00000000">
      <w:r>
        <w:t xml:space="preserve">Or you can find me on Facebook under Chris Anthony. Text might be more text, might be better for a while. Little more dependable right now, but oh hey Aaron. But yeah, reach out. I will answer and if I don't answer your text right away, Don't feel bad about Nujimi, either text or Facebook message. I hundred percent % it and went ooh, I have to answer that after I do like four other things and my brain goes squirrel, so I don't get offended by you, By you poking at me to remind me. That's fine that I'm actually glad, because then you'll actually </w:t>
      </w:r>
      <w:r>
        <w:lastRenderedPageBreak/>
        <w:t xml:space="preserve">get an answer. </w:t>
      </w:r>
      <w:r>
        <w:br/>
      </w:r>
    </w:p>
    <w:p w:rsidR="00780064" w:rsidRDefault="00000000">
      <w:r>
        <w:t xml:space="preserve">So I don't see any questions at the moment. I'm going to stop the recording at the moment now hold on stop recording. </w:t>
      </w:r>
      <w:r>
        <w:br/>
      </w:r>
    </w:p>
    <w:sectPr w:rsidR="00780064"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068E" w:rsidRDefault="000D068E">
      <w:pPr>
        <w:spacing w:after="0" w:line="240" w:lineRule="auto"/>
      </w:pPr>
      <w:r>
        <w:separator/>
      </w:r>
    </w:p>
  </w:endnote>
  <w:endnote w:type="continuationSeparator" w:id="0">
    <w:p w:rsidR="000D068E" w:rsidRDefault="000D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0064" w:rsidRDefault="00000000">
    <w:pPr>
      <w:pStyle w:val="Footer"/>
      <w:jc w:val="center"/>
    </w:pPr>
    <w:r>
      <w:t xml:space="preserve">Page </w:t>
    </w:r>
    <w:r>
      <w:fldChar w:fldCharType="begin"/>
    </w:r>
    <w:r>
      <w:instrText>PAGE</w:instrText>
    </w:r>
    <w:r w:rsidR="00AD7CFA">
      <w:fldChar w:fldCharType="separate"/>
    </w:r>
    <w:r w:rsidR="00AD7CFA">
      <w:rPr>
        <w:noProof/>
      </w:rPr>
      <w:t>1</w:t>
    </w:r>
    <w:r>
      <w:fldChar w:fldCharType="end"/>
    </w:r>
    <w:r>
      <w:t>/</w:t>
    </w:r>
    <w:r>
      <w:fldChar w:fldCharType="begin"/>
    </w:r>
    <w:r>
      <w:instrText>NUMPAGES</w:instrText>
    </w:r>
    <w:r w:rsidR="00AD7CFA">
      <w:fldChar w:fldCharType="separate"/>
    </w:r>
    <w:r w:rsidR="00AD7C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068E" w:rsidRDefault="000D068E">
      <w:pPr>
        <w:spacing w:after="0" w:line="240" w:lineRule="auto"/>
      </w:pPr>
      <w:r>
        <w:separator/>
      </w:r>
    </w:p>
  </w:footnote>
  <w:footnote w:type="continuationSeparator" w:id="0">
    <w:p w:rsidR="000D068E" w:rsidRDefault="000D0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4897930">
    <w:abstractNumId w:val="8"/>
  </w:num>
  <w:num w:numId="2" w16cid:durableId="179468328">
    <w:abstractNumId w:val="6"/>
  </w:num>
  <w:num w:numId="3" w16cid:durableId="928346605">
    <w:abstractNumId w:val="5"/>
  </w:num>
  <w:num w:numId="4" w16cid:durableId="1535077348">
    <w:abstractNumId w:val="4"/>
  </w:num>
  <w:num w:numId="5" w16cid:durableId="391199856">
    <w:abstractNumId w:val="7"/>
  </w:num>
  <w:num w:numId="6" w16cid:durableId="370761595">
    <w:abstractNumId w:val="3"/>
  </w:num>
  <w:num w:numId="7" w16cid:durableId="1078944146">
    <w:abstractNumId w:val="2"/>
  </w:num>
  <w:num w:numId="8" w16cid:durableId="473372305">
    <w:abstractNumId w:val="1"/>
  </w:num>
  <w:num w:numId="9" w16cid:durableId="128931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068E"/>
    <w:rsid w:val="0015074B"/>
    <w:rsid w:val="0029639D"/>
    <w:rsid w:val="00326F90"/>
    <w:rsid w:val="00780064"/>
    <w:rsid w:val="00AA1D8D"/>
    <w:rsid w:val="00AD7CFA"/>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9D82429-7567-614F-95C6-858B7906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9566</Words>
  <Characters>54529</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2023-08-27T19:19:00Z</dcterms:created>
  <dcterms:modified xsi:type="dcterms:W3CDTF">2023-08-27T19:19:00Z</dcterms:modified>
  <cp:category/>
</cp:coreProperties>
</file>