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6391" w:rsidRDefault="00000000">
      <w:pPr>
        <w:pStyle w:val="Title"/>
      </w:pPr>
      <w:r>
        <w:t>Doodle Prep</w:t>
      </w:r>
    </w:p>
    <w:p w:rsidR="00756391" w:rsidRDefault="00756391"/>
    <w:p w:rsidR="00756391" w:rsidRDefault="00000000">
      <w:r>
        <w:rPr>
          <w:b/>
        </w:rPr>
        <w:t>Date</w:t>
      </w:r>
      <w:r>
        <w:t xml:space="preserve">    2023-08-29</w:t>
      </w:r>
    </w:p>
    <w:p w:rsidR="00756391" w:rsidRDefault="00756391"/>
    <w:p w:rsidR="00756391" w:rsidRDefault="00000000">
      <w:r>
        <w:t xml:space="preserve">Everybody, welcome to the last session of the Poodles and Doodles Summit. This is Tammy Vorn back with doodle details, and I'm just going to let her take it over from here. Vorn Brock, what did I say? Vorn Back used to know what i was there by now, curiously. And OK, I'm just going to say I'm tired. It's been a long day and as Helen said last it's Monday. It is just Monday. I do like being the last one, but I understand that you're tired. </w:t>
      </w:r>
      <w:r>
        <w:br/>
      </w:r>
    </w:p>
    <w:p w:rsidR="00756391" w:rsidRDefault="00000000">
      <w:r>
        <w:t xml:space="preserve">I like being the last one hopefully I don't go over. Hi everybody. I'm Tammy. It doesn't matter if you go over, OK maybe that's why I like being the last one tamie Bornbrock. I am really excited about this class because it started off as a prep class and then I added some customer service stuff into it because a lot of what goes into it's a successful group for any client is your client management. But it's absolutely critical with doodles. So let's see here. All right so who am i if you don't know me, if you haven't seen me, I'm just sort of new into the education field for grooming, but I have been grooming nearly 30 years now. </w:t>
      </w:r>
      <w:r>
        <w:br/>
      </w:r>
    </w:p>
    <w:p w:rsidR="00756391" w:rsidRDefault="00000000">
      <w:r>
        <w:t xml:space="preserve">This is a little outdated. I do have my master's certificate with both IPG and National Dog Groomers and my certified Canine Esthetician certificate. And I did go get the Pet Groomer credential from World Pet Association, which is the standardized computer testing. I think it was worth it. I like that it sort of puts us on a level with other professions. So I think it was worth it and I went ahead and did it. During this class you can type your questions in the chat, but anytime after you can reach me on Facebook is probably the best way. And it's Tammy T AM I warnbrock VORNBROCK Or you can text me. This is my cell number two five three five one four one and, just say hey, I took your class, I have questions and I will be happy to answer them. </w:t>
      </w:r>
      <w:r>
        <w:br/>
      </w:r>
    </w:p>
    <w:p w:rsidR="00756391" w:rsidRDefault="00000000">
      <w:r>
        <w:t xml:space="preserve">So during class if you type your questions into the chat then Mary can read them out to me. So the class overview here is we're going to talk first about the client aspect and then secondly about the prepping aspect. Setting the client expectations and educating the client is good to do always, but for doodles a lot of times we're sort of at a disadvantage straight out of the gate because a lot of doodle people have been really misinformed about their dog scrooming needs. </w:t>
      </w:r>
      <w:r>
        <w:br/>
      </w:r>
    </w:p>
    <w:p w:rsidR="00756391" w:rsidRDefault="00000000">
      <w:r>
        <w:lastRenderedPageBreak/>
        <w:t xml:space="preserve">And then the other critical piece of this is setting your professional boundaries. It's important always, but more important I think with doodles prepping, we're going to just talk about the code type that doodles have and the different ways that it presents what products are good to use and different situations and equipment and tools that are out there. We're just going to kind of briefly go over that in case there's something out there that maybe you didn't know about and then techniques for prepping. Ok So I think the biggest part of a successful group is setting expectations in the beginning. Taking time to educate your client can sort of be draining sometimes at the end of the day. </w:t>
      </w:r>
      <w:r>
        <w:br/>
      </w:r>
    </w:p>
    <w:p w:rsidR="00756391" w:rsidRDefault="00000000">
      <w:r>
        <w:t xml:space="preserve">But if you have systems in place that can just sort of become a part of your everyday, that's easy for you to do. And once you get the hang of it doesn't really add too much extra time to your day. And if it does raise your prices. So setting expectations and education, we're going to talk about what just do it setting the appointment during the intake, during the groom and at checkout for boundaries we're going to talk about setting boundaries around the services, behavior and medical concerns. You guys may have run into this where maybe the dog isn't in good enough medical condition and somebody wants you to force them through a groom, things like that. </w:t>
      </w:r>
      <w:r>
        <w:br/>
      </w:r>
    </w:p>
    <w:p w:rsidR="00756391" w:rsidRDefault="00000000">
      <w:r>
        <w:t xml:space="preserve">That's just good general stuff but I threw it in there because it really goes kind of all together with setting expectations and boundaries. Taking the time to educate them on grooming in general and what is and isn't possible for that visit that day can possibly save you some really bad reviews. And this kind of stressful when we're getting one star reviews and we know it's on our fault and we didn't do anything wrong. So when I set the appointment for me for my business model, I pretty much do text only I do one-on-one grooming and a home salon so it's very controlled. </w:t>
      </w:r>
      <w:r>
        <w:br/>
      </w:r>
    </w:p>
    <w:p w:rsidR="00756391" w:rsidRDefault="00000000">
      <w:r>
        <w:t xml:space="preserve">When I have managed or owned a larger salon, I have systems sort of set up and in place for like what the client's first contact with my business was like and just sort of all these steps to kind of go through. And if the client cannot follow the steps, then I probably don't want them as a client. So for me, when people go to book with me, because I'm only taking small dogs at this point, and because I am no longer taking dogs that have severe behavioral issues, I will do a consultation. </w:t>
      </w:r>
      <w:r>
        <w:br/>
      </w:r>
    </w:p>
    <w:p w:rsidR="00756391" w:rsidRDefault="00000000">
      <w:r>
        <w:t xml:space="preserve">And so a lot of these things I'll discuss during like a meet and greet type consultation where they come to me with their pet. For larger salons, you can set up questionnaires. You can have a script that you can teach your employees how to read to sort of gather this information. If you answered the phone or returned messages instead of texting, the script is very useful for that. And I personally like texting because then everything is in writing and so I can see if there is a mistake on my part or if the client misunderstood or disregarded my communication. </w:t>
      </w:r>
      <w:r>
        <w:br/>
      </w:r>
    </w:p>
    <w:p w:rsidR="00756391" w:rsidRDefault="00000000">
      <w:r>
        <w:lastRenderedPageBreak/>
        <w:t xml:space="preserve">But I did communicate that so it helps accountability on both sides and that's the reason why I do that but other people like that personal, you know, voice on the phone and that's totally fine too. So what some of the things that I like to know is how old is the dog that's going to give me a lot of information they are they maybe going through coat change? Are they maybe having a teenager attitude? Are they elderly? If the doodle is 1 year old, I'm going to definitely ask, has your dog been to the groomer before? I always ask when was the last professional grooming because that's going to give me sort of an idea of what I'm up against if they say, oh, he was groomed 2 weeks ago, my groomer is moving and I'm looking for an appointment in four weeks and that's going to be a good sign. </w:t>
      </w:r>
      <w:r>
        <w:br/>
      </w:r>
    </w:p>
    <w:p w:rsidR="00756391" w:rsidRDefault="00000000">
      <w:r>
        <w:t xml:space="preserve">So things like that, If they say, oh I I'm not sure, last Christmas, then you know, that gives you some other good information. How often do you normally get your dog groomed? A lot of people think it's normal to get your dog groomed every six months to a year, and that's not a good situation for doodles for the most part. Unless they're a Unicorn doodle and they don't have the typical coat. And also if a dog is not used to grooming, then I know I'm going to need to make accommodations for that. Any concerns from previous grooming experiences? Because a lot of people will not be happy with their last groomer, but they won't necessarily have put their finger on it or they just want to talk crap about the last groomer and you really want to try and find out what exactly was the issue if it was the dog was shaved naked, then you can say, you know, was your dog matted? And if you know, they say, Oh no, you know, I brush it all every day, you kind of know where they're coming from at that point. </w:t>
      </w:r>
      <w:r>
        <w:br/>
      </w:r>
    </w:p>
    <w:p w:rsidR="00756391" w:rsidRDefault="00000000">
      <w:r>
        <w:t xml:space="preserve">So that really helps when you're when you're your first initial contact is setting the appointment. You can really set the tone that your business is professional and that you have expectations of the clients as well. And some of the expectations to set are set your price range up front and make it a very wide price range that way if they don't want to pay it or they can't afford it, they know that up front. </w:t>
      </w:r>
      <w:r>
        <w:br/>
      </w:r>
    </w:p>
    <w:p w:rsidR="00756391" w:rsidRDefault="00000000">
      <w:r>
        <w:t xml:space="preserve">Set the expectation for the length of appointment. When I did, you know, 12 dogs a day, I had dogs in the salon anywhere from 2 to 4 hours, one-on-one it's more like one to two hours. So set that expectation because maybe their last groomer is one-on-one and maybe you're not, or vice versa and you don't want them leaving their dog there all day if they're used to that and you that's not how your business model is. And then you want to set expectations. So anything pertinent to information gathered so if they say, you know, my doodle is 15, then you want to set and it hasn't been groomed in six months. </w:t>
      </w:r>
      <w:r>
        <w:br/>
      </w:r>
    </w:p>
    <w:p w:rsidR="00756391" w:rsidRDefault="00000000">
      <w:r>
        <w:t xml:space="preserve">And let's say that you even want to groom that dog and you decide you're willing to try it. You want to set the expectation that maybe you might have to break that appointment into two or, you know, you may not be able to groom the dog that day if they show up and they're not feeling well. So stuff like that. If you know they're probably going through coat </w:t>
      </w:r>
      <w:r>
        <w:lastRenderedPageBreak/>
        <w:t xml:space="preserve">change and they haven't had a regular groomer, you can say, hey, you know, we may need to start over and shave off this coat and start over with fresh coat and grow it out to the link that you want it with regular appointments we can do that. </w:t>
      </w:r>
      <w:r>
        <w:br/>
      </w:r>
    </w:p>
    <w:p w:rsidR="00756391" w:rsidRDefault="00000000">
      <w:r>
        <w:t xml:space="preserve">So this is the time that you want to start gathering information so that you can make a plan on how to get through this room in the best way possible for everyone concerned and start setting expectations with the client. Because grooming scenarios vary so widely, and because there's a lot of misinformation about grooming out there for the general public, it is really good to just let them know right up front. This is how my business works, and this is what I can offer for you this is the problem I can solve for you, and this is what I'm not willing to do. </w:t>
      </w:r>
      <w:r>
        <w:br/>
      </w:r>
    </w:p>
    <w:p w:rsidR="00756391" w:rsidRDefault="00000000">
      <w:r>
        <w:t xml:space="preserve">So for intake, this is going to might sound like a lot to some people, but this is mostly for first time clients. Once your client is established, you can do some of these things really quickly, sort of on the fly. Take the time now to save yourself the drama later is how I look at this. So you want to make sure you're on the same page with the client by the time they leave the salon when they're dropping off, assess the condition of the pet you want to look at. </w:t>
      </w:r>
      <w:r>
        <w:br/>
      </w:r>
    </w:p>
    <w:p w:rsidR="00756391" w:rsidRDefault="00000000">
      <w:r>
        <w:t xml:space="preserve">I have a form on the next slide that I'm going to show you. I use this especially when I have employees, but it's also good for me sort of to present as a professional. We're doing this little intake exam, gather what information and what the client is wanting that day so if they come in and they say, oh, I just want, you know, the face and the feet and the sandy trimmed and their dog hasn't been regularly groomed and it's going through coat change and it's matted, then you know, then that you're going to have to do some work to sort of adjust this client's expectations. </w:t>
      </w:r>
      <w:r>
        <w:br/>
      </w:r>
    </w:p>
    <w:p w:rsidR="00756391" w:rsidRDefault="00000000">
      <w:r>
        <w:t xml:space="preserve">So the first step is, you know, determine if you can do what they're asking and if you can, great, no problem. If you're not sure, you definitely want to say, hey, I'm, I think we're going to have to go short i'm going to try some things, but I'm pretty sure we're going to have to go short. Don't say, oh, I'll do my best because then they think they're expecting this image of what they wanted when they pick up and it may not match. So we want to try and avoid that could avoid a lot of drama and, you know, bashing on social media. So if you have a big adjustment in their expectations, you might want to take a few minutes to sort of educate them i have had people call me and say, oh, I thought you had a magic shampoo that would just wash all the mats out. </w:t>
      </w:r>
      <w:r>
        <w:br/>
      </w:r>
    </w:p>
    <w:p w:rsidR="00756391" w:rsidRDefault="00000000">
      <w:r>
        <w:t xml:space="preserve">She literally thought you could wash mats out with shampoo. I have had clients that think that we can just make it any length and it doesn't matter if it's matted and then I have had to stop and explain. Once the mats get to a certain point, we have to use whatever blade we </w:t>
      </w:r>
      <w:r>
        <w:lastRenderedPageBreak/>
        <w:t xml:space="preserve">can to get underneath them. You can't just Clipper through them, so if you need to take the time to explain why you can't deliver what they're asking for, and if they're reasonable people, then they will get it pretty quickly. Talk about what the future grooming can look like for this dog. </w:t>
      </w:r>
      <w:r>
        <w:br/>
      </w:r>
    </w:p>
    <w:p w:rsidR="00756391" w:rsidRDefault="00000000">
      <w:r>
        <w:t xml:space="preserve">So if they come in and they say, oh, I like my dog about this long, so you're like okay, that's about an inch and a half, two inches. And then you think in your head, Okay that for this coat type, that would have to be probably a monthly visit or that might look like a face state and fanning one visit and a haircut the other visit so that they're getting a bath and a blowout on a more frequent schedule. So I have that conversation with them. I can do that. </w:t>
      </w:r>
      <w:r>
        <w:br/>
      </w:r>
    </w:p>
    <w:p w:rsidR="00756391" w:rsidRDefault="00000000">
      <w:r>
        <w:t xml:space="preserve">Just not today we have to shave it off. Start fresh. Chrissy Tammy yeah your slides aren't changing. Oh, did it change? no. What's it stuck on? Doodle details your There's intake tips. What the heck? Hold on. Let's see. Okay that was not what I was on. Hold on. This was the one I was on. okay. All right, let's see i can get back to where I was okay. All right now, is it. Did it change to intake form? That's on your end not my end. There's intake form. Oh, is there? There might be a leg because I'm looking at a different screen than what you're looking at. </w:t>
      </w:r>
      <w:r>
        <w:br/>
      </w:r>
    </w:p>
    <w:p w:rsidR="00756391" w:rsidRDefault="00000000">
      <w:r>
        <w:t xml:space="preserve">Is it on intake form now? Yes OK, great. Hold on. Before we get there, can you see both slides? Both i know you have two screens up. I'm trying to hold on, trying to get there. It's not letting me move them okay i can see the audience window now. All right. So this is the form that I use i'm happy to share it with you. And this is really great when you have employees, especially if they're new to the grooming industry and this is going to give you, this is really great if you have bathers and groomers and not one person is working on the dog the whole way through. </w:t>
      </w:r>
      <w:r>
        <w:br/>
      </w:r>
    </w:p>
    <w:p w:rsidR="00756391" w:rsidRDefault="00000000">
      <w:r>
        <w:t xml:space="preserve">The things that I check, I'm looking for is the dog medically fit for grooming? Is there temperament such that they can be handled? And what is the condition of the skin encode? So I go through all this really quickly and I do it in front of the owner and sometimes you do have to separate the dog from the owner because some dogs are very protective of their owners. I like to have a little table up front that I can put little dogs on and big dogs I'll sometimes take behind the gate, especially if I think they're going to be a little leery of me approaching them with their owner. </w:t>
      </w:r>
      <w:r>
        <w:br/>
      </w:r>
    </w:p>
    <w:p w:rsidR="00756391" w:rsidRDefault="00000000">
      <w:r>
        <w:t xml:space="preserve">I like to keep a poodle comb at the at the table and I changed the side and it's not changing on the audience window. Ok, Are you seeing intake tips? Nope, it must be a leg time. Let me not yet. Is it on intake tips? Okay great okay so check for matting, especially in the friction areas. Armpits, back of the legs, legs, feet behind the ears. Show them with the poodle comb </w:t>
      </w:r>
      <w:r>
        <w:lastRenderedPageBreak/>
        <w:t xml:space="preserve">what you're finding and stick the comb in there. </w:t>
      </w:r>
      <w:r>
        <w:br/>
      </w:r>
    </w:p>
    <w:p w:rsidR="00756391" w:rsidRDefault="00000000">
      <w:r>
        <w:t xml:space="preserve">Pull up a little bit and explain you know if the batting is too tight you don't think it's going to come out, or even if you think you might be able to get it out. Over exaggerate a little bit so that if you can't get it out they're not disappointed. Point out any areas of concern like if you I thought said they want to 0 comb all over and there's just like one spot. It's the matter i say okay, i will have to shave this but I can do this the rest of the way are you okay with it not being perfectly even all over and they okay that everybody's happy. </w:t>
      </w:r>
      <w:r>
        <w:br/>
      </w:r>
    </w:p>
    <w:p w:rsidR="00756391" w:rsidRDefault="00000000">
      <w:r>
        <w:t xml:space="preserve">Then you're all on the same page. Listen to what they want. It's sometimes very hard to decipher what exactly it is they're looking for because they don't have the words to tell you can definitely keep photos and charts and things up front to help with that. Ask very specific questions. Sometimes people say I want an inch and they go like this and you're like, OK we need to get out of rule, adjust your expectations accordingly and meet the client halfway and explain how we can meet their future grooming goals and then give a wide range price estimate. </w:t>
      </w:r>
      <w:r>
        <w:br/>
      </w:r>
    </w:p>
    <w:p w:rsidR="00756391" w:rsidRDefault="00000000">
      <w:r>
        <w:t xml:space="preserve">Unfortunately, no matter how experienced you are, sometimes you get into a groom and you discover things that make you need to change what you had talked about doing. Decline the groom if you're uncomfortable, If the dog is really not accepting any handling from you and you're getting a feeling that they're not going to, and that's not your area of expertise, it is okay to say I am not the right grammar for you. It really helps if you have a little network in your area where you can refer them to someone that might be a better fit. But regardless, if you are really uncomfortable, you can decline that groom. </w:t>
      </w:r>
      <w:r>
        <w:br/>
      </w:r>
    </w:p>
    <w:p w:rsidR="00756391" w:rsidRDefault="00000000">
      <w:r>
        <w:t xml:space="preserve">Don't get trapped into doing something that is beyond your skill level or something that could be dangerous. It's perfectly acceptable to say this is not a good fit. I'm sorry. Here are some phone numbers of people that might be a better fit for you. And then I always teach under promise and over deliver and I'm going to say that a lot because it really has saved me so many headaches with clients. If I say I don't think I can save the coat, I think we need to make it naked. Like be specific. Your dog will be naked, might need a coat and then you save a half an inch of hair. </w:t>
      </w:r>
      <w:r>
        <w:br/>
      </w:r>
    </w:p>
    <w:p w:rsidR="00756391" w:rsidRDefault="00000000">
      <w:r>
        <w:t xml:space="preserve">Then they're going to be a lot happier with that than versus oh yeah, I think I can save an inch of hair and you end up having to share one month at 7:00. So always under promise and over deliver and it's also really good idea, especially with new clients and always do this if they're in bad condition, take photos throughout the room and document everything that's going on. So during the groom you might need to change the plan, you might run into more matting or you might run into burrs or ticks or something that's going to cause you to need to change that plan or maybe you thought the mats would and tangles would loosen in </w:t>
      </w:r>
      <w:r>
        <w:lastRenderedPageBreak/>
        <w:t xml:space="preserve">the bath and the blow dry and they just didn't. </w:t>
      </w:r>
      <w:r>
        <w:br/>
      </w:r>
    </w:p>
    <w:p w:rsidR="00756391" w:rsidRDefault="00000000">
      <w:r>
        <w:t xml:space="preserve">Whatever the situation is, whether it's you know the dog has become overwhelmed or you know their gum color has suddenly gone from pink to, you know, brick red or some other concerning color, you want to communicate with a client immediately. This again another reason why I like texting people. A lot of times you cannot get a hold of them. And if you send that text, you have that record of the time that you sent the text. That can come in handy sometimes. If the dog is too painful, let's say maybe they are unable to stand and they're not comfortable laying for grooming, that would be a good reason. </w:t>
      </w:r>
      <w:r>
        <w:br/>
      </w:r>
    </w:p>
    <w:p w:rsidR="00756391" w:rsidRDefault="00000000">
      <w:r>
        <w:t xml:space="preserve">Any other medical distress symptoms, breathing difficulties, or anything that's concerning definitely stop the groom. If the matting is more severe than initially thought, I actually have it in my service agreement that I can do what is best in my professional opinion. So it says right in my service agreement if I feel it's necessary to shave, I have the permission to do that. However, I always will stop and at least send a text and say, hey you know, I really thought that I could do this and I'm going to have to shave it off. </w:t>
      </w:r>
      <w:r>
        <w:br/>
      </w:r>
    </w:p>
    <w:p w:rsidR="00756391" w:rsidRDefault="00000000">
      <w:r>
        <w:t xml:space="preserve">That doesn't happen very often to me because I'm usually telling them the opposite like I'm pretty sure I'm going to have to shave this and then I'm able to leave her. But if for any reason you run up against that situation, always just stop and send them a quick text. They really do appreciate it. And then always stop the groom if the pet or the groomer at risk of injury so maybe the dog is thrashing, or maybe they are a very unpredictable or a very serious buyer. Don't feel bad about stopping the groom and charge for the amount of time that you spent on that dogbed day. </w:t>
      </w:r>
      <w:r>
        <w:br/>
      </w:r>
    </w:p>
    <w:p w:rsidR="00756391" w:rsidRDefault="00000000">
      <w:r>
        <w:t xml:space="preserve">That client reserved that time for you for themselves they reserve the time with you for themselves, and if you cannot complete the groom due to circumstances that are beyond your control, charge for the amount of time that you spent, at least because you cannot recover that lost income and it's not unfair to charge for the time that you spent. I like the view of you are paying for my time, not a completed service. </w:t>
      </w:r>
      <w:r>
        <w:br/>
      </w:r>
    </w:p>
    <w:p w:rsidR="00756391" w:rsidRDefault="00000000">
      <w:r>
        <w:t xml:space="preserve">And I think it's Christy Neumeier Smith that says that because she works with dogs that have a lot of behavioral things going on and she is trying to get them in a better place around grooming. And it's true, they're paying for her time and she's working within the dog's limits. So there's nothing wrong with working within a dog's limits so do not ever be afraid to stop a grim If you feel like anyone is at risk, just definitely communicate with the client. If you have a medical concern come up, you first thing is always determine if it's an emergency and you need to rush that dog to the vet or if it can wait until the owner picks up and then contact the client and let them know what's going on. </w:t>
      </w:r>
      <w:r>
        <w:br/>
      </w:r>
    </w:p>
    <w:p w:rsidR="00756391" w:rsidRDefault="00000000">
      <w:r>
        <w:lastRenderedPageBreak/>
        <w:t xml:space="preserve">And then if it's a behavioral issue, I will always say, oh hey, you know, Fluffy's not participating with the groom. I'm going to get to a good stopping point and we may have to schedule another time to finish. And then I make a plan with them at pickup to handle the future grooming visits and make them easier for all parties. And then I like to send pictures or video to the clients. Sometimes I send pictures and video because they think their dogs are so anxious and so stressed and really they're fine for grooming and so sometimes I'll send them pictures of them looking relaxed. </w:t>
      </w:r>
      <w:r>
        <w:br/>
      </w:r>
    </w:p>
    <w:p w:rsidR="00756391" w:rsidRDefault="00000000">
      <w:r>
        <w:t xml:space="preserve">But I also will send pictures if i mean, let's say you find a fish hook in their coat, stop, take a picture, send a picture. Just you never know. I mean, that dog might come up with a puncture one later and they could try and blame it on you but if you have a photo of the fish hook in the coat, then you know you can kind of cover your butt that way. It's just it takes a little bit of time, but it can save you a lot of time in the future. So for checkout, I kind of do like a little debriefing. </w:t>
      </w:r>
      <w:r>
        <w:br/>
      </w:r>
    </w:p>
    <w:p w:rsidR="00756391" w:rsidRDefault="00000000">
      <w:r>
        <w:t xml:space="preserve">I talk about their behavior. Let's say they're super anxious and you had them scheduled in the middle of the day and you know you're a regular salon and you have multiple dogs in there at once. I would say, hey, you know, if I'll be had some anxiety this visit, can we do a first thing in the morning appointment, next visit, things like that. Let's say you find a lump or a bump, That's not really concerning, but it should be monitored. Always point that out or let's say you find something that looks suspicious for an ear infection or a skin infection. </w:t>
      </w:r>
      <w:r>
        <w:br/>
      </w:r>
    </w:p>
    <w:p w:rsidR="00756391" w:rsidRDefault="00000000">
      <w:r>
        <w:t xml:space="preserve">I always let them know. One thing that I didn't put on here that's fun to do is a lot of people like to get their little report cards and you can, you know, write hey I found green goop in fluffy's right ear and then they can take that to their vet. This is the time where as the professional you have had your hands on this dog and you can talk about grooming interval, interval with the client. I have found after all my years of doing this, if it's past six weeks that groom is going to take longer it's either going to be behavioral because the dog is not used to coming on our regular schedule or it's going to be the condition of the code. </w:t>
      </w:r>
      <w:r>
        <w:br/>
      </w:r>
    </w:p>
    <w:p w:rsidR="00756391" w:rsidRDefault="00000000">
      <w:r>
        <w:t xml:space="preserve">So if it's past six weeks, it can add sometimes even up almost double the time depending on all the factors. So I like to let's say they want a long haircut, then they need to come every two to four weeks. So I take into consideration what they want on the dog. If the dog needs help getting more comfortable with grooming. So not just grooming needs, but maybe behavioral stuff, conditioning. And then say, hey, can I book Fluffy for five weeks? That way I can give you the length that you want and the style that you want and you won't, you know. </w:t>
      </w:r>
      <w:r>
        <w:br/>
      </w:r>
    </w:p>
    <w:p w:rsidR="00756391" w:rsidRDefault="00000000">
      <w:r>
        <w:t xml:space="preserve">And then you can say if you want this style, you'll have to brush X amount of times at home each week And they might say, Oh no, I would want, I want to keep it shorter because I don't </w:t>
      </w:r>
      <w:r>
        <w:lastRenderedPageBreak/>
        <w:t xml:space="preserve">really have time for that so have this conversation with them about what works for their lifestyle. And then if the dog is a puppy or is not used to grooming, you can talk about exposing the dog to similar things at home so you might talk to them about taking like a electric toothbrush and you know, running that on the dog's feet and pairing that with really high value treats or something like that. </w:t>
      </w:r>
      <w:r>
        <w:br/>
      </w:r>
    </w:p>
    <w:p w:rsidR="00756391" w:rsidRDefault="00000000">
      <w:r>
        <w:t xml:space="preserve">We are not dog trainers, we are groomers. The owners do have some responsibility to get the dogs used to weird things happening to them, because grooming can be very weird for dogs i think if you think about like how much vibration adremal is on your toes and stuff, that that's got to be kind of weird. So sort of form an alliance with the client if you can. And if you can't, maybe it's not a client that you want and that's perfectly okay. Spending a little bit of this time now educating them can really make them a very nice loyal client that does not cause you any troubles in the future. </w:t>
      </w:r>
      <w:r>
        <w:br/>
      </w:r>
    </w:p>
    <w:p w:rsidR="00756391" w:rsidRDefault="00000000">
      <w:r>
        <w:t xml:space="preserve">So it's really worth the time. And if you don't have the time in your day, you might look at restructuring to make a little bit of time in your day for this. Because for me personally, I don't want to groom a bunch of new dogs all the time. I want to groom dogs that I have a relationship with that enjoy coming. My job is so much better when I have dogs that enjoy coming for grooming, I that's what I want. It's dogs that enjoy coming for grooming i don't get that all the time, but I get it most of the time. So a couple of tips is talk to the client as you would want to be spoken to because they have no idea what our job actually entails. </w:t>
      </w:r>
      <w:r>
        <w:br/>
      </w:r>
    </w:p>
    <w:p w:rsidR="00756391" w:rsidRDefault="00000000">
      <w:r>
        <w:t xml:space="preserve">They could not tell you what's the first thing we do, What's the last thing we do? A lot of clients don't know what we do. They have no clue, like they don't even think about it they just drop their dog off and pick their dog up and their dog is now clean and has a haircut. And then especially with doodles, a lot of them are really misinformed. A lot of people bought doodles because they were told they needed once a year, a year grooming. I do see a shift and that's not as common anymore. But I remember when Doodles first got popular and I hated my life because I was getting all of these one to two year old doodles on my table that had never seen a groomer before, had never stepped foot in a grooming salon and were matted to the skin. </w:t>
      </w:r>
      <w:r>
        <w:br/>
      </w:r>
    </w:p>
    <w:p w:rsidR="00756391" w:rsidRDefault="00000000">
      <w:r>
        <w:t xml:space="preserve">And that is not a good first grooming visit to have and that doesn't that really sets the dog up for failure. So taking the time to spend with them and say hey this is what grooming is about and This is why it's important. Hopefully you'll you know if they're coming from the position of but I bought this stock because it was supposed to be low grooming maintenance. Hopefully you can say okay well sorry but you know this is what grooming is and hopefully they'll come around and become great loyal clients. I also, but that reminds me so I groomed to my uncle's doodle today she's 14 and his kids bought them this doodle and he called me and he said, Tammy, we got, we got a doodle puppy and I said congratulations Uncle Mike, you just got one of the most high maintenance breeds there are </w:t>
      </w:r>
      <w:r>
        <w:lastRenderedPageBreak/>
        <w:t xml:space="preserve">for grooming and now we could just see each other all the time. </w:t>
      </w:r>
      <w:r>
        <w:br/>
      </w:r>
    </w:p>
    <w:p w:rsidR="00756391" w:rsidRDefault="00000000">
      <w:r>
        <w:t xml:space="preserve">I have moved 40 miles away from them and they still drive to come and have me groom their dog. I'm the only one that's ever groomed her. And he said to me today, Tammy, I will never forget when you said that to me because they had no idea. So putting yourself in their shoes can help you be more gentle about it when you're explaining how things work to them. And then I always like to give people options so you know, you want 2 inches of hair, you're going to come at every two to four weeks and it's going to cost X amount of money. Or we can give you a half an inch of hair and you can come every six weeks and it's going to cost this amount of money. </w:t>
      </w:r>
      <w:r>
        <w:br/>
      </w:r>
    </w:p>
    <w:p w:rsidR="00756391" w:rsidRDefault="00000000">
      <w:r>
        <w:t xml:space="preserve">And then they can choose for themselves and it gives them sort of some of their power back because I think a lot of times these doodle owners are kind of like deer in the headlights and they walk in and the groomer is looking at the dog who has no training, has never been touched it's over a year old pilted to the skin. And so we're already sort of put at this sort of, you know, the groomer is like again and then the doodle owner is like, so you know, they have this picture the dog's going to come out with this flowing hair and maybe bows or something and you have to crush their dreams so once you get past the initial groom moving forward, give them options. </w:t>
      </w:r>
      <w:r>
        <w:br/>
      </w:r>
    </w:p>
    <w:p w:rsidR="00756391" w:rsidRDefault="00000000">
      <w:r>
        <w:t xml:space="preserve">And then if you misunderstand grooming instructions and it's a simple style thing, always just say, Oh my gosh, I completely misunderstood you and take accountability for it because it's a small thing. And I like to tell people, hey, it can take up to three visits to really dial in the style that you're looking for because they don't have the words to explain to us what they're looking for. </w:t>
      </w:r>
      <w:r>
        <w:br/>
      </w:r>
    </w:p>
    <w:p w:rsidR="00756391" w:rsidRDefault="00000000">
      <w:r>
        <w:t xml:space="preserve">And so we're just sort of trying to interpret, you know, short but not fluffy or short but fluffy or short but not shaved and or puppy cut. And there's just so many variables so I always will, you know, say, oh, I'm so sorry, I will put that in my notes for next time and I will make sure we get it right next time. So those are my tips on that. Setting boundaries is really important. And as a baby groomer, I did not know that I wasn't taught that in grooming school. And I think it's critical for our industry. </w:t>
      </w:r>
      <w:r>
        <w:br/>
      </w:r>
    </w:p>
    <w:p w:rsidR="00756391" w:rsidRDefault="00000000">
      <w:r>
        <w:t xml:space="preserve">I think we're behind the times in that i think a lot of other, you know, you go to your doctor, your dentist, your plumber, your electrician and there there's a lot of boundaries and you expect that and you expect that if you no call, no show, there's going to be a fee and you sort of already have that expectation because they've been doing that for quite some time. Boundaries are super important for safety for everyone, pets grimmers. </w:t>
      </w:r>
      <w:r>
        <w:br/>
      </w:r>
    </w:p>
    <w:p w:rsidR="00756391" w:rsidRDefault="00000000">
      <w:r>
        <w:lastRenderedPageBreak/>
        <w:t xml:space="preserve">It helps you prevent burnout. If your clients are walking all over you all day and they're dropping off early and they're picking up late and you know they're browbeating you into dematting a dog that should not be dematted and things like that, it's really going to burn you out quickly. The clear communication really helps prevent shows bad reviews and prevents future problems. I had a client and then the other thing is that the more leash you give them when you finally do put your foot down, it's overwhelming and it's exhausting and it can get really ugly. </w:t>
      </w:r>
      <w:r>
        <w:br/>
      </w:r>
    </w:p>
    <w:p w:rsidR="00756391" w:rsidRDefault="00000000">
      <w:r>
        <w:t xml:space="preserve">I had a client it was chronically late and she was usually scheduled as the last appointment of the day and she always had some excuse like my dad died or my car broke down or this happened or that happened and then I started realizing that her excuses were repeating and her dad died more than once and she came, I don't know at least a half an hour late one day And I said I cannot ruin your dogs today and she said well why not and I said because I have an appointment that I have to go to that I will be charged and no call, no show, 2 fee if I don't go to. </w:t>
      </w:r>
      <w:r>
        <w:br/>
      </w:r>
    </w:p>
    <w:p w:rsidR="00756391" w:rsidRDefault="00000000">
      <w:r>
        <w:t xml:space="preserve">And I did not owe her that explanation. But I was already in a bad position because I had let her get away with this for a really long period of time. The meltdown that ensued I will never forget. She was screaming, she was crying. I said I am sorry I have to go i have other dogs to work on. I cannot go to dogs today. </w:t>
      </w:r>
      <w:r>
        <w:br/>
      </w:r>
    </w:p>
    <w:p w:rsidR="00756391" w:rsidRDefault="00000000">
      <w:r>
        <w:t xml:space="preserve">And she literally opened the door from the lobby into the grooming area, shoved her two bichons in the door, and ran out the front door in an effort to get forced me to groom her dogs that day. The dogs were upset because of the drama, promptly crapped all over the floor. So I had to stop and clean that up and get them settled in a crate and I called her and I left her a message because she didn't answer her phone and I said I will not be grooming your dogs today and you need to come back and get them and if you do not come back and get them, I will consider them abandoned. </w:t>
      </w:r>
      <w:r>
        <w:br/>
      </w:r>
    </w:p>
    <w:p w:rsidR="00756391" w:rsidRDefault="00000000">
      <w:r>
        <w:t xml:space="preserve">And she did come back, and she came back with flowers and all of the stuff, just really trying to get me to groom her dogs that day so having the boundaries clear in your mind and having them written out and teaching your employees these things are just, it's just necessary. It's necessary to run a smooth business, the mental health and the happiness of your employees. It's well worth it to set these boundaries up front and stick to them. </w:t>
      </w:r>
      <w:r>
        <w:br/>
      </w:r>
    </w:p>
    <w:p w:rsidR="00756391" w:rsidRDefault="00000000">
      <w:r>
        <w:t xml:space="preserve">The other boundary that gets crossed a lot is a lot of times we unwittingly enabled neglect because they bring us a horribly flea infrusted and terribly matted pet. We clean them up, we fix it, and maybe we don't charge for that extra for that. Or maybe we don't say, hey, I need to see you in eight weeks. If I don't see you in eight weeks, you cannot be a client here. If across the board as Grimmers we were setting these boundaries, I think we would see a </w:t>
      </w:r>
      <w:r>
        <w:lastRenderedPageBreak/>
        <w:t xml:space="preserve">lot less neglect. And I've been in that position in the past when it was a lot more common to see neglected dogs on my table that sometimes I'd be rushing out mats that I knew I wasn't going to see that dog for six months to a year again, that's not fair to the dog and it just enables that client to continue neglecting that pet so that's another really good boundary just out. </w:t>
      </w:r>
      <w:r>
        <w:br/>
      </w:r>
    </w:p>
    <w:p w:rsidR="00756391" w:rsidRDefault="00000000">
      <w:r>
        <w:t xml:space="preserve">It's okay to say i need to see your dog every X amount of weeks. It's okay to say if you want to be a client here are my expectations of you. Many groomers are refusing to do doodles anymore. They're completely burnt out on them and a lot of the times it's not the dogs. A lot of the times it's the push back from the owners. Again, the owners are sort of a lot of times coming from a really misinformed position and if you set and enforce the boundaries, you can serve this niche market and you know, oh, you have a designer dog, Okay, great well, here's the designer dog grooming fee and it's and it's not a headache to you and you have, you know, good happy clients and the dogs are comfortable and everyone's happy. </w:t>
      </w:r>
      <w:r>
        <w:br/>
      </w:r>
    </w:p>
    <w:p w:rsidR="00756391" w:rsidRDefault="00000000">
      <w:r>
        <w:t xml:space="preserve">Just always remember, you are the professional and so you are way more educated on the subject of grooming than your clients are. And when you speak to them about grooming, speak confidently. Make sure that you make some eye contact so that they know that you know you you're confident. Make sure your posture is confident. Make sure your tone is confident. Not loud or abrasive or anything, but just you know. Speak with confidence and then if you run into a situation where you're setting a boundary, you do not need to over explain yourself. </w:t>
      </w:r>
      <w:r>
        <w:br/>
      </w:r>
    </w:p>
    <w:p w:rsidR="00756391" w:rsidRDefault="00000000">
      <w:r>
        <w:t xml:space="preserve">I have fired grown men for bullying teenage employees. I have and I and my personality is that I will say I do not allow anyone to treat my staff members that way. We are not going to be able to grim your dog today and they sometimes will throw a big mass of fits. You don't necessarily need to handle it that way. But when you are setting your boundaries you don't need to over explain yourself. Just say it's with my boundary. We can no longer help you if you do not agree to whatever it is. And then if they wanna learn, you'll be able to tell and spend that time to educate them because it's gonna benefit everyone it's gonna benefit the dog, it's gonna fit the client, It's gonna benefit the next groomer if they need to change groomers. </w:t>
      </w:r>
      <w:r>
        <w:br/>
      </w:r>
    </w:p>
    <w:p w:rsidR="00756391" w:rsidRDefault="00000000">
      <w:r>
        <w:t xml:space="preserve">It's definitely worth sort of having these systems set up within your business and taking this little extra 5 minutes here and there to do this. And then that clears the way for you to do your grooming job and not have any issues. Ok so that is was a lot of information. Now we're going to switch gears and go into prepping doodles for their haircuts. So when I say prep work, I usually mean all these things listed here. So for me, prep work is literally everything the dog needs before I get to the haircut. I do all of this before I ever think about cutting hair, and I think most scrummers probably do. </w:t>
      </w:r>
      <w:r>
        <w:br/>
      </w:r>
    </w:p>
    <w:p w:rsidR="00756391" w:rsidRDefault="00000000">
      <w:r>
        <w:lastRenderedPageBreak/>
        <w:t xml:space="preserve">For this class, we're just going to be talking about bathing, drying and brushing and deshedding the noodle type coats. Why is this so critical why is it so important? Why does it matter which direction you brush the coat or what champagne you use? If you're using your products and your tools correctly, it will improve skin and coat health. It is going to decrease your drying time. One of them this out there is if you use conditioner, it's going to increase your drying time. If you're using it correctly, you're using a quality product. </w:t>
      </w:r>
      <w:r>
        <w:br/>
      </w:r>
    </w:p>
    <w:p w:rsidR="00756391" w:rsidRDefault="00000000">
      <w:r>
        <w:t xml:space="preserve">It can actually decrease your drying time and has many other benefits. It can make your Clipper and scissor work go faster because that coat is ready it's standing up, it's tangle free, it's clean and properly conditioned. It sets it up for an easier groom the next appointment. I can always tell if I'm grooming somewhere where the dogs haven't been previously getting fully fluffed, dried. Their coat is not trained to be fluffed dried and it is harder to get that coat straight. </w:t>
      </w:r>
      <w:r>
        <w:br/>
      </w:r>
    </w:p>
    <w:p w:rsidR="00756391" w:rsidRDefault="00000000">
      <w:r>
        <w:t xml:space="preserve">And then over a few visits, I can see the difference and how much easier it is to get that coat fluffed next time. It will impress your clients. When I have moved into different areas, a lot of times I've gotten a lot of pushback on my pricing and I would always say okay well, i know what I do and I know its value. So why don't you give it a try and if and if you don't like it, then that's okay and you don't have to come next time. </w:t>
      </w:r>
      <w:r>
        <w:br/>
      </w:r>
    </w:p>
    <w:p w:rsidR="00756391" w:rsidRDefault="00000000">
      <w:r>
        <w:t xml:space="preserve">And I wish I had, you know, was sitting there waiting with the camera sometimes for some of these people's reactions when they would see their dogs because they weren't used to seeing them all the way fluffed out with a really nice even haircut or cute style. And then I would never, ever hear a word on pricing again. And the room will last longer if you have set the code up and you have used products that steal the cuticle. </w:t>
      </w:r>
      <w:r>
        <w:br/>
      </w:r>
    </w:p>
    <w:p w:rsidR="00756391" w:rsidRDefault="00000000">
      <w:r>
        <w:t xml:space="preserve">The dogs aren't going to collect dirt as quickly they're not going to tangle and matte as quickly. Things like, you know, static like from furniture or carpet or rain and snow aren't going to have as big an impact as if, let's say you know, wash the dog and dawn kids dried it, went over it sort of haphazardly with a clip comb and kicked it out the door. The ease and quality of your finished room is super dependent on proper preparation of the coat, so the time that you spend on this will save you struggle when you're doing your finished work. </w:t>
      </w:r>
      <w:r>
        <w:br/>
      </w:r>
    </w:p>
    <w:p w:rsidR="00756391" w:rsidRDefault="00000000">
      <w:r>
        <w:t xml:space="preserve">So the effort spent on proper work makes everything else easier. Find that a lot of people, especially newer groomers, this is taking forever. Once it gets to be your routine, it does not take forever, and it doesn't feel like it takes forever. So if you feel like you're kind of struggling with it, stick with it. It'll come skipping steps only cost you time later. And just I always think about prep work as the foundation that I'm going to build the groom on so just like a house with the foundation, you need a nice foundation that is square and level and all </w:t>
      </w:r>
      <w:r>
        <w:lastRenderedPageBreak/>
        <w:t xml:space="preserve">of the things before you build your home on it. </w:t>
      </w:r>
      <w:r>
        <w:br/>
      </w:r>
    </w:p>
    <w:p w:rsidR="00756391" w:rsidRDefault="00000000">
      <w:r>
        <w:t xml:space="preserve">These two dogs here, you'll notice that Lucy on the right there is not hooked up. She is not hooked up because she put herself in that tub, because she did not want her brother to be first to get his bath. So this is what it looks like when your doodles are happy to come in and get their hair done. They fight over it. </w:t>
      </w:r>
      <w:r>
        <w:br/>
      </w:r>
    </w:p>
    <w:p w:rsidR="00756391" w:rsidRDefault="00000000">
      <w:r>
        <w:t xml:space="preserve">Ok so code type is really important. It's not something that we really talked about in the industry until recently. It feels like the last decade or so. And doodle code type is very unpredictable. So we're going to look at what we might see when doodles come in and why does code type even matter? Code type helps us choose product it helps us choose tools and techniques and then understanding the code try type can increase your efficiency and it can also increase the value for your client. </w:t>
      </w:r>
      <w:r>
        <w:br/>
      </w:r>
    </w:p>
    <w:p w:rsidR="00756391" w:rsidRDefault="00000000">
      <w:r>
        <w:t xml:space="preserve">Simple things like using a conditioner formulated for drop coats on a drop coat can make a noticeable difference to your client and they sometimes really appreciate it okay so what type of coat do Doodles have? Doodles usually. And again, and they're usually a first generation cross, so we don't always know what we're going to get. But most often they have a long or undetermined sometimes it's called length coat, so it grows continuously. It doesn't stop growing. They usually have a combination coat. It can be a combination of different textures. They usually have a long guard hair and a long undercoat hair i have seen them with long guard hairs and short undercoat hairs and they vary in texture a lot they can be curly, WAVY, wire or straight, and they can also have patches of different coat textures. </w:t>
      </w:r>
      <w:r>
        <w:br/>
      </w:r>
    </w:p>
    <w:p w:rsidR="00756391" w:rsidRDefault="00000000">
      <w:r>
        <w:t xml:space="preserve">Doodles are almost always a cross between the long coat, the undetermined length, and a double coat which has a predetermined length, which is one of the reasons why we see so much variation. The predetermined length is genetically stop. It's genetically predetermined at what length that coat stops growing and goes into the next phase. Treat the coat according to what you see in front of you. So a lot of times with doodles, they might have a completely different texture from puppy hair to once they transition to adult coat. I had a dog that had beautiful puppy coat that never matted she always had three or four inches of hair. </w:t>
      </w:r>
      <w:r>
        <w:br/>
      </w:r>
    </w:p>
    <w:p w:rsidR="00756391" w:rsidRDefault="00000000">
      <w:r>
        <w:t xml:space="preserve">I never had to shave her. She went to daycare, she went hiking, she did all of these things. And then she during her coaching, she started matting. And you know, I was telling the owner, OK this is normal, we'll get through this and hopefully she'll go back to the texture that she had as a as a puppy or something similar. And she ended up unfortunately with a completely different texture that matted all of the time. And I ended up having to sever my relationship with that client because she was constantly insisting that I deem at her dog so </w:t>
      </w:r>
      <w:r>
        <w:lastRenderedPageBreak/>
        <w:t xml:space="preserve">she could have the long hair that she was used to. </w:t>
      </w:r>
      <w:r>
        <w:br/>
      </w:r>
    </w:p>
    <w:p w:rsidR="00756391" w:rsidRDefault="00000000">
      <w:r>
        <w:t xml:space="preserve">And I, you know, was saying this is not fair to your dog and the more times we do Matt this, the more damage the coat is it's just the perpetuating cycle for her lifestyle she needs a shorter haircut now that her texture is different and the lady could not understand and I just was like, okay, well, I cannot do this to your dog anymore so it's time for you to try another groomer. So that's one thing to be aware of and maybe even kind of give your clients a heads up hey, you know, during code change there can be a lot of matting and there can be a texture change. </w:t>
      </w:r>
      <w:r>
        <w:br/>
      </w:r>
    </w:p>
    <w:p w:rsidR="00756391" w:rsidRDefault="00000000">
      <w:r>
        <w:t xml:space="preserve">So just whatever is on your table that day, treat the code according to what you see in front of you. Here's some examples of curly coated dot doodles, finished and unfinished. They can have anywhere from ringlets to they can look like crispy fried chicken sometimes WAVY coat is nice it's easy to work with these dogs tend to shed a lot. This dog sheds like crazy. This one in the middle here chunkers are your friends on those WAVY dogs. </w:t>
      </w:r>
      <w:r>
        <w:br/>
      </w:r>
    </w:p>
    <w:p w:rsidR="00756391" w:rsidRDefault="00000000">
      <w:r>
        <w:t xml:space="preserve">More thinners. Wire coats can actually be hand stripped this dog on the left here is Karma. She is a Pitbull and poodle and she ended up with a wire coat and she belongs to a groomer and she hand strips her jacket and scissors her legs. And then sometimes they're even straight. This one in the middle is puppy coat it's very straight. I think the one on the left is also puppy coat. The one on the right is adult coat and it's very straight. </w:t>
      </w:r>
      <w:r>
        <w:br/>
      </w:r>
    </w:p>
    <w:p w:rsidR="00756391" w:rsidRDefault="00000000">
      <w:r>
        <w:t xml:space="preserve">And it does carry an undercoat, but not necessarily very thick undercoat. Ok, so there's all the coat types and now we're going to talk about equipment and tools. And I know you guys probably know a lot of this stuff, but sometimes it's good to change things up and you might not know some of the stuff that's out there. So we'll go over it really quickly. There are bathing systems and there are shampoo applicators. That's kind of used interchangeably a lot for me. A bathing system would be like a bather's box where you have the tubes and Venturi system is doing all that. </w:t>
      </w:r>
      <w:r>
        <w:br/>
      </w:r>
    </w:p>
    <w:p w:rsidR="00756391" w:rsidRDefault="00000000">
      <w:r>
        <w:t xml:space="preserve">A shampoo applicator is more like you have your shampoo premixed and it applies to shampoo for you like a like a premap for example. And then a lot of people like foaming shampoo. I like foaming shampoo if I'm hand washing. I think it helps you move the product through the coat more efficiently. So I personally have a Prima encore and I love it. However, I do send it about every year to get the tubes replaced because you cannot scrub inside the tubes and inside the unit. </w:t>
      </w:r>
      <w:r>
        <w:br/>
      </w:r>
    </w:p>
    <w:p w:rsidR="00756391" w:rsidRDefault="00000000">
      <w:r>
        <w:t xml:space="preserve">They make a salon version that can do a lot more dogs a day i think it holds about 14 gallons of water. The Prima Encore comes with a 5 gallon bucket that you premix your product and </w:t>
      </w:r>
      <w:r>
        <w:lastRenderedPageBreak/>
        <w:t xml:space="preserve">so the end of every day that has to be dumped and thoroughly cleaned. The bathing beauty you put in your tub, it's a recirculating system. Hydrosurge used to make one or Oster and Handy makes one. I've known people that have made them themselves. I wouldn't do that personally because I'm not. </w:t>
      </w:r>
      <w:r>
        <w:br/>
      </w:r>
    </w:p>
    <w:p w:rsidR="00756391" w:rsidRDefault="00000000">
      <w:r>
        <w:t xml:space="preserve">I don't feel confident about mixing electricity and water. And the way this works is you have at the bottom of your tub, you add a few inches of water, you add your product and it recirculates the sensi water all through the coat. These can be really effective, especially for D sheds and getting some like silicone product works through the that really heavy coats like maybe like a really thick Samoyed or something. A lot of people don't like them because they're like, oh, I'm just putting dirty water back on the dog. </w:t>
      </w:r>
      <w:r>
        <w:br/>
      </w:r>
    </w:p>
    <w:p w:rsidR="00756391" w:rsidRDefault="00000000">
      <w:r>
        <w:t xml:space="preserve">Well, the dirt is suspended in solution and it's not being redeposited on the dog. And that's a hard thing that people sometimes can't get past. I think they have their place, they're very useful. I use them for a very long time before I switch to Prima. The Prima is very limited because you can only use one or two shampoos and your mixing a whole bucket. And the Bathing Beauty, you can choose whatever product you want for each bath you can it's easier to use a conditioner in The Bathing Beauty as well as shampoo. </w:t>
      </w:r>
      <w:r>
        <w:br/>
      </w:r>
    </w:p>
    <w:p w:rsidR="00756391" w:rsidRDefault="00000000">
      <w:r>
        <w:t xml:space="preserve">It does need to be properly, diligently cleaned and maintained. I used to take the bottom off of mine and pull it apart and clean it every once in a month basically. So the drawback to these systems is there is cleaning, maintenance it's really critical. The benefit to them is it can save a whole lot of time and give you a really thorough clean and it can be less wear and tear even on your hands and things like that and on your back because you're spending less time at the tub. </w:t>
      </w:r>
      <w:r>
        <w:br/>
      </w:r>
    </w:p>
    <w:p w:rsidR="00756391" w:rsidRDefault="00000000">
      <w:r>
        <w:t xml:space="preserve">Those systems you do not pre wet the dog and that also saves you time. This Frockler thing, I got one off of Amazon and you put your water in your product, usually three parts water to one part product in this thing and it's rechargeable and you press the little button and right until it's done and you have a big pile of foam. So that's really fun. You can also use a little milk frother this is really nice if you're especially using. I like frothing if I'm using really expensive products and I also like frothing if I'm mixing multiple things together, like if I'm doing oils in with a conditioner or something like that. </w:t>
      </w:r>
      <w:r>
        <w:br/>
      </w:r>
    </w:p>
    <w:p w:rsidR="00756391" w:rsidRDefault="00000000">
      <w:r>
        <w:t xml:space="preserve">It's not like Magical doesn't do anything, you know, to make the product necessarily work better. I just really like it because it seems easier to move the product evenly throughout the coat for me, the Baylor's box is you can have multiple products and it has a little tube that goes down in your gallon of shampoo. I have never had success with these systems they can sometimes require quite a bit of water pressure to work properly. Sometimes you're limited </w:t>
      </w:r>
      <w:r>
        <w:lastRenderedPageBreak/>
        <w:t xml:space="preserve">on what brands you can use due to the viscosity of the product. </w:t>
      </w:r>
      <w:r>
        <w:br/>
      </w:r>
    </w:p>
    <w:p w:rsidR="00756391" w:rsidRDefault="00000000">
      <w:r>
        <w:t xml:space="preserve">Some people love them and swear by them. I think that there are quite a few doggy washes that probably you use these because you know for pet people they can just, you know choose the product and turn it on. A lot of people use these car wash nozzles i haven't tried them but if you're just getting started out and you're doing a lot of big heavy coated dogs it might be really worth a try they're very inexpensive on Amazon or at your you know Lowe's or Home Depot I think has them. </w:t>
      </w:r>
      <w:r>
        <w:br/>
      </w:r>
    </w:p>
    <w:p w:rsidR="00756391" w:rsidRDefault="00000000">
      <w:r>
        <w:t xml:space="preserve">So if you're currently hand bathing and you wanna branch out and try something and you're worried about the price point, I really get that. I really am attached to my Prema it really just increased my efficiency i like to use like a basic protein shampoo in that that's good for all Co types and when I was still doing big dogs, it really was worth it to me. Don't be afraid to spend money on your grooming equipment. </w:t>
      </w:r>
      <w:r>
        <w:br/>
      </w:r>
    </w:p>
    <w:p w:rsidR="00756391" w:rsidRDefault="00000000">
      <w:r>
        <w:t xml:space="preserve">You are professional this is what you do for a living, and if you want longevity in the industry, you need to find things that make your life easier. So don't you know, don't spend the money if you don't have it, but if you have it, don't be afraid to spend it I guess. So always, I always invest in my equipment whenever I can some of the things that I have purchased have been that are high ticket items, are 15 or 20 years old and still going strong for drying equipment. </w:t>
      </w:r>
      <w:r>
        <w:br/>
      </w:r>
    </w:p>
    <w:p w:rsidR="00756391" w:rsidRDefault="00000000">
      <w:r>
        <w:t xml:space="preserve">Obviously we know, we know we have our high velocity dryers. A lot of salons don't use sand dryers anymore and I love my sand dryer and I don't want to groom with that one. Never again anymore. When I first went to grooming school we had high velocity dryers, but they were still kind of new and we were actually taught that we had to blow dry anything curly from dripping wet with a stand dryer and so I kind of didn't like them for a long time because that was kind of torturous. </w:t>
      </w:r>
      <w:r>
        <w:br/>
      </w:r>
    </w:p>
    <w:p w:rsidR="00756391" w:rsidRDefault="00000000">
      <w:r>
        <w:t xml:space="preserve">But Michelle Evans got me using one again and now I don't ever want to live without one again so good investment. You can use a brush dryer for dogs that have a really hard time with the dryer and we'll talk about that more and I'll show you pictures And then the Deuce dryer is also another really good alternative those last two are really great if you are mobile or house call and stand dryer is just not going to work for you. </w:t>
      </w:r>
      <w:r>
        <w:br/>
      </w:r>
    </w:p>
    <w:p w:rsidR="00756391" w:rsidRDefault="00000000">
      <w:r>
        <w:t xml:space="preserve">So here's a couple examples of HP dryers. A lot of people love the canines. I don't care for them. I actually use the double K and I like the variable speed. It doesn't get quite as hot as a canine dryer, which I like because I'm going to use my stand dryer anyway. It's easier on my hands and the hose and everything is just easier on my hands. And I like this little flat nozzle </w:t>
      </w:r>
      <w:r>
        <w:lastRenderedPageBreak/>
        <w:t xml:space="preserve">for some reason. So those are a couple of options out there. A lot of people say the more inexpensive ones on Amazon like Flying Pig or something like that, are great for house call. They don't like foot Breakers as much. </w:t>
      </w:r>
      <w:r>
        <w:br/>
      </w:r>
    </w:p>
    <w:p w:rsidR="00756391" w:rsidRDefault="00000000">
      <w:r>
        <w:t xml:space="preserve">These drying brushes are great for dogs that are sensitive. They're also really great at straightening ears, so if you have a dog that is not gonna tolerate having their head dried, that's the first thing the client sees. I really like to have my hair nice and straight so I can give it to you. Really nice haircut, but I'm also not going torture our dog over it, so those are really handy they're also really handy to keep it groomer stations, especially if the groomers aren't bathing their own dogs so they can do little touch ups that you know. </w:t>
      </w:r>
      <w:r>
        <w:br/>
      </w:r>
    </w:p>
    <w:p w:rsidR="00756391" w:rsidRDefault="00000000">
      <w:r>
        <w:t xml:space="preserve">If the you don't have to go all the way back to the bathing or the drying room to do a little touch up, handheld, dryer, same thing. They're really nice to have at your station. They can really help you straighten stubborn curls and they can just really be a handy tool obviously the human hair dryers can get super hot, so you want to be careful. These do use dryers i think a lot of mobile groomers use these, and I think a lot of cat groomers use these. </w:t>
      </w:r>
      <w:r>
        <w:br/>
      </w:r>
    </w:p>
    <w:p w:rsidR="00756391" w:rsidRDefault="00000000">
      <w:r>
        <w:t xml:space="preserve">It's a heated volume of air similar to a stand dryer in a much smaller package. So I always if I'm cutting the hair I always hand dry the dog 100 %. No time in a kettle dryer under a fan or anything. It's going to help do with your doodles it will also help remove that undercoat that gets in the way of doing a really nice haircut and that dryer brush I it's great for ears, for your hand tools. We're going to talk about different things you're going to use on doodles. Something that you might not have thought of using on doodles would be an undercoat rake or a party night. </w:t>
      </w:r>
      <w:r>
        <w:br/>
      </w:r>
    </w:p>
    <w:p w:rsidR="00756391" w:rsidRDefault="00000000">
      <w:r>
        <w:t xml:space="preserve">So we're going to talk about that. I like the flexible head slickers because that helps my wrist and I also think it's more gentle on the coat and the skin. Arturo has a great price point. I have the pooch brushes I use active AT brushes, I've used the safari used to make a flexible head slicker and so far Arturo has been my go to. And then they came out with the demanding, flexible head slicker brush and that thing goes through tangles like butter, but it is very aggressive. So you want to be very careful about how much pressure you're applying and your technique when you're using it. </w:t>
      </w:r>
      <w:r>
        <w:br/>
      </w:r>
    </w:p>
    <w:p w:rsidR="00756391" w:rsidRDefault="00000000">
      <w:r>
        <w:t xml:space="preserve">And then my everyday brush is the it's got a white side that is softer pins and a black side that is more like medium to burn pins. And that is really great for your everyday grooming that's not tangled or mounted. It gives, it separates the hairs nicely in my opinion, and I like it in my hand. Whatever tool that you choose, like just because it works for me doesn't mean it's going to work for you. It has to be comfortable in your hand and not cause you fatigue and not cause you to hold your hand in a weird position or have to exert a lot of effort. </w:t>
      </w:r>
      <w:r>
        <w:br/>
      </w:r>
    </w:p>
    <w:p w:rsidR="00756391" w:rsidRDefault="00000000">
      <w:r>
        <w:lastRenderedPageBreak/>
        <w:t xml:space="preserve">A lot of people love the Chris Christensen, the curved slickers with the long pins. Most doodles do well you you're going to want longer pins, at least for the head and the ears and the tail. Depending on what hairstyle they have. You're going to you know if the dog has short coat then you can use the slicker with shorter pins. But if you have longer coat you really want a slicker with longer pins. </w:t>
      </w:r>
      <w:r>
        <w:br/>
      </w:r>
    </w:p>
    <w:p w:rsidR="00756391" w:rsidRDefault="00000000">
      <w:r>
        <w:t xml:space="preserve">And the Chris Christensen slickers with the style come in a medium and a long pin. And you want to make sure you test it out on your skin and make sure that whatever slicker you're buying doesn't have super sharp pins. Not all companies Polish the ends of their pins undercoat Rakes we're going to talk about how to use those later, but this is examples of undercoat Rakes and this just came out. So the middle one is black. They don't make anymore, but they do make it again. But it's white and green and they have the course which is the one on the left and then the one in the middle is fine. </w:t>
      </w:r>
      <w:r>
        <w:br/>
      </w:r>
    </w:p>
    <w:p w:rsidR="00756391" w:rsidRDefault="00000000">
      <w:r>
        <w:t xml:space="preserve">A lot of people like the Mars Coat kings and you can get them in all different number of times, so anywhere from very fine to very coarse. I don't use them because they hurt my hand personally, but a lot of people swear by them and there are other companies that make similar style Rakes as these are meant to not cut coat, but if you don't use them correctly, they will cut coat, so you have to be mindful. </w:t>
      </w:r>
      <w:r>
        <w:br/>
      </w:r>
    </w:p>
    <w:p w:rsidR="00756391" w:rsidRDefault="00000000">
      <w:r>
        <w:t xml:space="preserve">One of my tools that I use all the time that's really inexpensive is a poodle comb. It's lightweight it doesn't hurt my hand. The pins aren't sharp and it's really great at checking for tangles, getting through really heavy coats, so I use that a lot. And then you're going to want a coarse comb, especially if you don't use a poodle comb and you want a fine comb for finishing and if you look at these two Combs, I personally don't like Combs that have a fine and a medium side. </w:t>
      </w:r>
      <w:r>
        <w:br/>
      </w:r>
    </w:p>
    <w:p w:rsidR="00756391" w:rsidRDefault="00000000">
      <w:r>
        <w:t xml:space="preserve">I want my time's all evenly spaced apart if I'm setting up, especially if I'm setting up coat for scissoring. I don't know if that's just personal preference or if there's a method to my madness, but I don't know i just like them this way. And then so you can get the kind that have medium on one side and fine on one side, or coarse and then medium on one side. </w:t>
      </w:r>
      <w:r>
        <w:br/>
      </w:r>
    </w:p>
    <w:p w:rsidR="00756391" w:rsidRDefault="00000000">
      <w:r>
        <w:t xml:space="preserve">But just be aware of how you're using it if you're fluffing and you're fluffing with a comb, that's fine on one side and of course on the other it's going to be an uneven fluff. Here is a couple examples of carting knives for removing undercoat. I like this classic style on the lap the best. It's easy on my hand, it's dull and I'm not worried about scraping the skin and super effective. </w:t>
      </w:r>
      <w:r>
        <w:br/>
      </w:r>
    </w:p>
    <w:p w:rsidR="00756391" w:rsidRDefault="00000000">
      <w:r>
        <w:lastRenderedPageBreak/>
        <w:t xml:space="preserve">And then this other style has these sort of weird teeth on it is very effective and I will. I use it just not that often. So hand tools are important because they really can make or break a groom if you don't have the right tools sometimes you really just can't get that really great finish on the dog. They're worth your investment i think that fine finish comb was like 50$ So I would say that's middle price point and well worth it. And then again, make sure that your tools fit your hand and they're efficient and comfortable for you. Don't struggle with tools that aren't working well for you. </w:t>
      </w:r>
      <w:r>
        <w:br/>
      </w:r>
    </w:p>
    <w:p w:rsidR="00756391" w:rsidRDefault="00000000">
      <w:r>
        <w:t xml:space="preserve">And always keep your tools in good order and sanitized so that means check for pins that are sticking out at weird angles and might be stabbing the dog. Make sure that you sanitize your tools in between pets. I have a little UV oven and I really like that. And I also we use spray disinfectant rubbing alcohol 70 % rubbing alcohol works. Kullu works. They won't rest your tools. I think a lot of people, a lot of us I think, forget to disinfect our brushes and Combs but that's still important okay moving on to products, how are we doing on time mary, you have 45 minutes, Okay. </w:t>
      </w:r>
      <w:r>
        <w:br/>
      </w:r>
    </w:p>
    <w:p w:rsidR="00756391" w:rsidRDefault="00000000">
      <w:r>
        <w:t xml:space="preserve">All right products so general product guidelines. You don't. I'm not saying go and buy all these products. You don't have to buy an arsenal of specialty grooming products to produce quality grooms. You just need to use what you have effectively, do your research and make sure you're using products that online with your values. There's a lot of misinformation about shampoos and products in our industry and there's a lot of places to go to get really good information on the Facebook page shampoos in the grooming industry. </w:t>
      </w:r>
      <w:r>
        <w:br/>
      </w:r>
    </w:p>
    <w:p w:rsidR="00756391" w:rsidRDefault="00000000">
      <w:r>
        <w:t xml:space="preserve">You know, we have some really great people in our industry that have done a crap to our research on this like Barbara Byrd and Christine Pearson and Michelle Knowles. It's nice. It's really a good practice to align your products with your values. Water quality environment will have effect on performance. So you will definitely want to experiment and it could be a great product and not work well for you. Everything is made-up of chemicals a lot of times people are out of my I want chemical free. Water is a chemical. So be more specific when you're deciding what your values are and what products you want to use. </w:t>
      </w:r>
      <w:r>
        <w:br/>
      </w:r>
    </w:p>
    <w:p w:rsidR="00756391" w:rsidRDefault="00000000">
      <w:r>
        <w:t xml:space="preserve">Don't mix products that have cross purposes i see people mixing products all the time with no real rhyme or reason to what they're doing and they're kind of shooting themselves in the foot. An example of that would be mixing A texturizer with a deshading that is at cross purposes, A texturizer is going to have probably a lot of salt in it it's going to dry out and crisp up that coat whereas A deshading and is trying to add slip and let the undercoat side out. </w:t>
      </w:r>
      <w:r>
        <w:br/>
      </w:r>
    </w:p>
    <w:p w:rsidR="00756391" w:rsidRDefault="00000000">
      <w:r>
        <w:t xml:space="preserve">So think about stuff before you mix products and then always proper storage is important our products can go bad. The more natural they are the faster they will go bad. I have a </w:t>
      </w:r>
      <w:r>
        <w:lastRenderedPageBreak/>
        <w:t xml:space="preserve">converted double car garage and I don't have a heat pump or a split, what you call it mini split. So I have to make sure that I do not want to get too hot or too cold out there for my products and keeping them sealed and you know, obviously not deleting more than you're going to use and stuff like that is really important. </w:t>
      </w:r>
      <w:r>
        <w:br/>
      </w:r>
    </w:p>
    <w:p w:rsidR="00756391" w:rsidRDefault="00000000">
      <w:r>
        <w:t xml:space="preserve">Ok. So products for doodles, protein shampoo, you're going to hear me talk about it a lot because you pretty much can't go wrong with it. It's helpful for all coat types. How do you know it's a protein shampoo? It'll say in ingredients it'll say silk protein or something similar to that. It could be pea protein, could be wheat protein, and then it's nice to keep a dirty dog or clarifying shampoo on hand. Usually that just means it has a higher detergent level. </w:t>
      </w:r>
      <w:r>
        <w:br/>
      </w:r>
    </w:p>
    <w:p w:rsidR="00756391" w:rsidRDefault="00000000">
      <w:r>
        <w:t xml:space="preserve">It's more efficient at removing the dirt that's deposited on the coat. Deshedding shampoos are useful. Do you have to have one to do a deshed no, you do not. They're just formulated with more things to add slip to help that undercoat side out. I like to use a facial I the one that I use i think it's good at removing odor. I'm not going to say it removes stains. </w:t>
      </w:r>
      <w:r>
        <w:br/>
      </w:r>
    </w:p>
    <w:p w:rsidR="00756391" w:rsidRDefault="00000000">
      <w:r>
        <w:t xml:space="preserve">It could definitely light lighten them. I know it's going to be less likely to cause eye irritation. Anything is going to cause eye irritation though, so even if it says tearless can still cause eye irritation. I like to have conditioner with silicone on hand or collagen for doodles and I for the last few years i have a three-step process where I do shampoo, conditioner and then I do a finishing spray. I like to use silicone for Perdoodle is something that has silicone in it. </w:t>
      </w:r>
      <w:r>
        <w:br/>
      </w:r>
    </w:p>
    <w:p w:rsidR="00756391" w:rsidRDefault="00000000">
      <w:r>
        <w:t xml:space="preserve">Silicone has come a long way and the way that they're formulating it these days it does not attract her anymore and it does not cut, build up or coat breakage anymore. So if you've heard that, they're probably referring to older formulas. So I'm in this name brands. I'm not endorsing them i'm just saying, hey, this is an example of products that are formulated for a specific purpose. Do your own research and experiment. Again, you know, you can have a different environment than me, you can have different water quality than me, and all of that affects the performance of the product. </w:t>
      </w:r>
      <w:r>
        <w:br/>
      </w:r>
    </w:p>
    <w:p w:rsidR="00756391" w:rsidRDefault="00000000">
      <w:r>
        <w:t xml:space="preserve">So why bitch is a protein shampoo? I like the shampoo because it is the fragrance is not strong. It seems to work really well on all cotypes it works really well on my prima. I don't like it for hand bathing, so you might like a product for one bathing system that you use, and maybe not for another facial shampoo. This one I like the smell of. I've used it a lot and I've tried other things and I've always gone back to that one it's what works with my water and I like the smell. Dirty dog Shampoo. This is an example of a shampoo that is formulated with higher detergent. I believe this one also has supper agents in it as well, which is great for doodles and then shutting into tangling this the Ultramax is. </w:t>
      </w:r>
      <w:r>
        <w:br/>
      </w:r>
    </w:p>
    <w:p w:rsidR="00756391" w:rsidRDefault="00000000">
      <w:r>
        <w:lastRenderedPageBreak/>
        <w:t xml:space="preserve">They have a few different lines and all of their lines I think are three-step This is the one that I like for where I live in my water conditioner. The Ultra Max conditioner is specifically for coat release as well as their shampoo. The Pec conditioner from Yves Saint Bernard is really nice it's one of my favorite conditioners. It is expensive, but don't use it on every dog. If I am detangling a dog for any reason, I really like this one or if I'm maintaining any length of code. </w:t>
      </w:r>
      <w:r>
        <w:br/>
      </w:r>
    </w:p>
    <w:p w:rsidR="00756391" w:rsidRDefault="00000000">
      <w:r>
        <w:t xml:space="preserve">The skin balancing conditioner I really like because it works on dogs that other conditioner leave too heavy. It is very good and nourishing for the skin and it smells really good like the way it smells and Yves San Bernard is cruelty free products which is nice because they are certified so if that's something that aligns with your values, that's something to look out for in the products that you're choosing. And the Max is my favorite silicone product and I use it in multiple different ways. </w:t>
      </w:r>
      <w:r>
        <w:br/>
      </w:r>
    </w:p>
    <w:p w:rsidR="00756391" w:rsidRDefault="00000000">
      <w:r>
        <w:t xml:space="preserve">When I mix it in a spray bottle, I will mix it with distilled water. That will increase the decrease the likelihood of it growing bad bacteria and give you a little bit more consistent result with the product. And then you can also use it in. You can use it in your shampoo, but I don't love it that way. But you can add a little bit to your conditioner and it's awesome. That's really great if you're doing detangling or a Heavy D shed. </w:t>
      </w:r>
      <w:r>
        <w:br/>
      </w:r>
    </w:p>
    <w:p w:rsidR="00756391" w:rsidRDefault="00000000">
      <w:r>
        <w:t xml:space="preserve">They also make a finishing spray it. I like it. I don't like it as much as the Max i think the Max is more versatile. However, it is very expensive. So this finishing spray does a really nice job if you're doing like a lot of goldens and things like that or a ton of doodles, this is going to work for you at a lower price point it comes ready to use the Max is a concentrate and you and you mix it and you can vary the strength on it. So it's a little bit more versatile, but it is not cheap detangling and scissoring sprays so this is in East San Bernard products. </w:t>
      </w:r>
      <w:r>
        <w:br/>
      </w:r>
    </w:p>
    <w:p w:rsidR="00756391" w:rsidRDefault="00000000">
      <w:r>
        <w:t xml:space="preserve">How many h two seventy? I use this for scissoring a lot. It has a lot of oils in it and it as if you have like a little dry or a little crispy coat. It makes a noticeable difference with just like a really light misting and helps that coat stay put while you're scissoring it. I like it even if I'm not scissoring on like tails and ears. Here are more examples of what I would choose if I was going to do a D shad. </w:t>
      </w:r>
      <w:r>
        <w:br/>
      </w:r>
    </w:p>
    <w:p w:rsidR="00756391" w:rsidRDefault="00000000">
      <w:r>
        <w:t xml:space="preserve">Let's say it was a heavy shutter, I could choose the best shot ultramax shampoo Mineral H from Yves San Bernard is good for do shads. It's good for breeds that have heavy coat turnover, constantly making new coat. I groom do shad and detangle. And I like quadruped all in one shampoo as well for do shads and I love the fragrance of it. So can you tell what one of my values for my products are? And let's see Best Shot Ultramax Conditioner goes great with shampoo it's meant to work together as well as with that finishing spray. The orange Peck is their formula for desheds. I groom has a conditioner to go with their deshed </w:t>
      </w:r>
      <w:r>
        <w:lastRenderedPageBreak/>
        <w:t xml:space="preserve">and detangled shampoo leave in product examples. </w:t>
      </w:r>
      <w:r>
        <w:br/>
      </w:r>
    </w:p>
    <w:p w:rsidR="00756391" w:rsidRDefault="00000000">
      <w:r>
        <w:t xml:space="preserve">You've got a couple of options with that shot you have the finishing spray and the Max. I groom Magic mist, I think I'm tend to more use that for like scissoring mist. If you really don't like silicone for whatever reason. Marshmallow makes the silicone free demanding spray that is smells amazing and works very well and quadruped all in one leave in conditioner. I like to pour over and I will mix it in a mixing bottle and pour it over the clean towel dried coat and then squeeze it through and that works really well for day sheds and smells amazing detangling anything that you use for deshading is going to work for detangling. </w:t>
      </w:r>
      <w:r>
        <w:br/>
      </w:r>
    </w:p>
    <w:p w:rsidR="00756391" w:rsidRDefault="00000000">
      <w:r>
        <w:t xml:space="preserve">So a lot of these are the same products but if you are working with say like a straighter coat, the Igroom Squall Lane is really nice for detangling i use that on my powder pot, Chinese crested long coated Yorkies, things like that. It can be a little too heavy for the other coat types, but I love that product. And then the green Apple shampoo is for, I believe for long coats from East San Bernard and that's a really good if there's just really light tangling and it's more like a maintenance type of a groom. </w:t>
      </w:r>
      <w:r>
        <w:br/>
      </w:r>
    </w:p>
    <w:p w:rsidR="00756391" w:rsidRDefault="00000000">
      <w:r>
        <w:t xml:space="preserve">Peck is great at the tangling there are people that will put Peck on in the tub and come out tangles in the tub you have to be careful the hair is more fragile when it's wet, but people do it and get really good results if they do it mindfully. The igram squalene leave in spray is really nice to you, but you want to be uses sparingly or it can get a little bit heavy and then Artero has a couple like Maddox is. It works really well and it's almost kind of like an aerosol. </w:t>
      </w:r>
      <w:r>
        <w:br/>
      </w:r>
    </w:p>
    <w:p w:rsidR="00756391" w:rsidRDefault="00000000">
      <w:r>
        <w:t xml:space="preserve">I don't think it's an actual aerosol, but it kind of comes out that way and that is a product that works really well too. And it has a mint fragrance, which I don't use it cuz I don't care for the fragrance, but it's not a bad fragrance and it works really well, Okay so let's talk about how we're going to use the tools and the products to our benefit. So for doodle coats, sometimes we really don't know what we're dealing with until we get into the groom. A lot of times they'll seem matted or really tangled and you get the dirt out of the way you remove the dirt from the coat and you hydrate the coat and a lot of that will just come out with the blow dryer. </w:t>
      </w:r>
      <w:r>
        <w:br/>
      </w:r>
    </w:p>
    <w:p w:rsidR="00756391" w:rsidRDefault="00000000">
      <w:r>
        <w:t xml:space="preserve">And sometimes you think it's going to and it doesn't. So it can kind of be a gamble. If something isn't working, don't struggle with it. Think of what other technique can I use. If you wash and dry a doodle coat and the matting is more extensive than you thought, and it's not loosening with the HV dryer, for example, you might decide to wet shape that and then dry it. Knowing different techniques will help you get through difficult grooms efficiently and effectively. One of the things I see people struggle with a lot is they get overwhelmed </w:t>
      </w:r>
      <w:r>
        <w:lastRenderedPageBreak/>
        <w:t xml:space="preserve">mid groom and they get kind of stuck on what this isn't working but I don't know what to do next. </w:t>
      </w:r>
      <w:r>
        <w:br/>
      </w:r>
    </w:p>
    <w:p w:rsidR="00756391" w:rsidRDefault="00000000">
      <w:r>
        <w:t xml:space="preserve">So having a lot of techniques sort of in your little toolbox in your brain can really make your life easier. I do a lot of continuing education and a lot of the times I know all the information, but maybe I've forgotten some of it. And it's like, Oh yeah, that's an option that I can use. And I used to do that and I liked it and why did I stop doing it? So, you know, keeping kind of in the loop helps you remember all of the options that you have out there. </w:t>
      </w:r>
      <w:r>
        <w:br/>
      </w:r>
    </w:p>
    <w:p w:rsidR="00756391" w:rsidRDefault="00000000">
      <w:r>
        <w:t xml:space="preserve">And hopefully they'll come to you in the moment when you need them, right? So here is an example grooming routine this is typically what I do. Unless the dog is pelted. I am not appreciating it. If it's got like a ton of coat and they want like a really short haircut anyway, and then I might appreciate it. So I pretty much put everything straight in the tub, especially doodles, because a lot of the times that stuff will blow out. If I think I can get it cleaned down to the skin, it's going in that tub. But I also have a pre Med so you have to take in account what products and equipment and stuff you have available to you. </w:t>
      </w:r>
      <w:r>
        <w:br/>
      </w:r>
    </w:p>
    <w:p w:rsidR="00756391" w:rsidRDefault="00000000">
      <w:r>
        <w:t xml:space="preserve">I like to clean the ears first. I never understand cleaning the ears after on the grooming table because you're getting a lot of stuff out and it's spreading over the inside of the ear leather and if you've already washed that dog it just never makes sense to me. So I will clean the ears first to make sure I have all the wax and debris and crap out of the ears and then I'm going to decide what products I'm going to use you can use your pet assessment that maybe you're not the one that checked in the dog, but they noted the dog is tangled or it has a dry coat. </w:t>
      </w:r>
      <w:r>
        <w:br/>
      </w:r>
    </w:p>
    <w:p w:rsidR="00756391" w:rsidRDefault="00000000">
      <w:r>
        <w:t xml:space="preserve">So take a look at what you got in front of you and the first thing that I do is okay. If the dog is filthy, if it has massive undercoat or impacted undercoat. If I noticed there are skin symptoms, that I'm going to choose products to address those things. If those things aren't present, then I'm going to choose products by their coat type. So if it's a WAVY doodle with heavy undercoat, I'm going to choose deshotting products. If it is a straight coated doodle and it has tangles, I'm going to choose products that are going to again outslip so the shattered tangle products. </w:t>
      </w:r>
      <w:r>
        <w:br/>
      </w:r>
    </w:p>
    <w:p w:rsidR="00756391" w:rsidRDefault="00000000">
      <w:r>
        <w:t xml:space="preserve">If it is a curly poodle or a curly doodle lacking undercoat, I might choose products for curly coat or crisp coat. If it is a wire coated dog and I want to enhance that, I might choose products that add texture. And whatever products I choose, I'm going to choose a complementary conditioner to go with that. And then my next step in my routine after I've bathed and conditioned is I'm going to squeegee out as much water as I can, remove as much water as I can manually with moisture magnets and towels before I HV dry spending that little bit of time. It does a couple of things, and one of the things is if you were a lot of </w:t>
      </w:r>
      <w:r>
        <w:lastRenderedPageBreak/>
        <w:t xml:space="preserve">times I see people that some people don't even tell dry dogs at all, they'll just go at them with their HP dryer. </w:t>
      </w:r>
      <w:r>
        <w:br/>
      </w:r>
    </w:p>
    <w:p w:rsidR="00756391" w:rsidRDefault="00000000">
      <w:r>
        <w:t xml:space="preserve">However, all that does is put all that moisture into the air, make the room super humid and then that will extend your drying time. So remove as much water as you can manually and then go to your HV dryer and then when I get the dog mostly dry I'm going to go to my stand dryer. Not all the time. Sometimes I don't on doodles. If it's a poodle or bichon or something then I'm always going to flip dry but on doodles, sometimes people like them curly, and if I'm not dealing with tangles and mats, I'm not going to take the time to flip dry that dog if I know the owner wants it curly. </w:t>
      </w:r>
      <w:r>
        <w:br/>
      </w:r>
    </w:p>
    <w:p w:rsidR="00756391" w:rsidRDefault="00000000">
      <w:r>
        <w:t xml:space="preserve">So use your fluff dryer to help you detangle. Adding that heat helps shrink that hair shaft and loosen up those tangles and just a little bit of brushing and they will come right out. And then after I get all that done, I will transfer the dock to my grooming table and I should be able to run a comb through that dock. And then I'll begin the haircut with the rest of the prep work, which is going to be the pads in the sandy and then continue on with the rest of my style. </w:t>
      </w:r>
      <w:r>
        <w:br/>
      </w:r>
    </w:p>
    <w:p w:rsidR="00756391" w:rsidRDefault="00000000">
      <w:r>
        <w:t xml:space="preserve">I like to use go from like the smallest blade so like if I'm using a 30 on the pads, let's say to the longest whatever blade or an attachment comb just so that I'm not constantly going back and forth from like A10 to A5 or something like that. And then I personally, I use the Dremels with the Diamond Dremel bits and I really like to do nails after the bath while the dog is wrapped in towels because that's absorbing the moisture on the dog while I'm doing the nails and the hair is wet so it's really easy to hold that all the way at the Dremel and I can really see what I'm doing. </w:t>
      </w:r>
      <w:r>
        <w:br/>
      </w:r>
    </w:p>
    <w:p w:rsidR="00756391" w:rsidRDefault="00000000">
      <w:r>
        <w:t xml:space="preserve">And then that way, by the time the dog hits my grooming table, there's only been basically two previous steps they went straight to the tub and then I draw on a table, so drawing the table. And then by the time they hit the grooming table, they are completely ready to just have a comb run through and begin your haircut. For me, that's my most efficient way okay so use your POD assessment and that's going to help you choose how you want to wash that dog if that dog has a skin condition, you might want to hand bathe it and use a medicated shampoo. </w:t>
      </w:r>
      <w:r>
        <w:br/>
      </w:r>
    </w:p>
    <w:p w:rsidR="00756391" w:rsidRDefault="00000000">
      <w:r>
        <w:t xml:space="preserve">If the dog has a massive undercoat and you have a prima, you're probably going to want to use that, for example, choose so choose what method you want how are you going to bathe that dog, what products you want for that dog, and then what technique. So an example of technique that I have used a lot that works great for me is if I'm dealing with a dog that has heavy undercoat, I will use my prima and get the dog soaked up and then I will open that coat with the HV dryer and when I say open the coat, I mean I'm literally just going to go line </w:t>
      </w:r>
      <w:r>
        <w:lastRenderedPageBreak/>
        <w:t xml:space="preserve">by line just to open the coat. </w:t>
      </w:r>
      <w:r>
        <w:br/>
      </w:r>
    </w:p>
    <w:p w:rsidR="00756391" w:rsidRDefault="00000000">
      <w:r>
        <w:t xml:space="preserve">I'm not trying to dry the dog at all. I'm just trying to get that coat open and then I'm going to do a second shampoo to make sure I didn't miss anything. If it's a super fit coat and you can also do that with conditioner in the in the coat so if there's tangles or mats, you can a lot of the times push those away from the skin. And so while you might not be doing necessarily a dematting service, if you push those away from the skin, you can do a longer attachment comb and have a happier client. </w:t>
      </w:r>
      <w:r>
        <w:br/>
      </w:r>
    </w:p>
    <w:p w:rsidR="00756391" w:rsidRDefault="00000000">
      <w:r>
        <w:t xml:space="preserve">So here's examples when I say techniques, this is just so you can kind of be mindful of your processes and kind of what you're doing. Product dilution is a technique. I might mix a product heavier if there's more soil in the coat, or lighter if there's less so in the coat for example, foaming is a different technique than just mixing with water and shaking. In a delusion bottle. Water temperature is the technique. If the dog is inflamed, you're going to want to use cooler water. </w:t>
      </w:r>
      <w:r>
        <w:br/>
      </w:r>
    </w:p>
    <w:p w:rsidR="00756391" w:rsidRDefault="00000000">
      <w:r>
        <w:t xml:space="preserve">If the dog is greasy, you're going to want to use warmer water. Applying product to dry coat is a technique. You can use this if you are trying to get grease out of a coat for example. Or if you are trying to really hydrate, you might apply a conditioner to a dry coat force of the water you can use like save your fur nozzles for knee shedding or you can use the garden nozzles that have like the jet spray or you can use like very gentle trickle of water for getting the face rinsed off, manipulating the coat while the product is in it. </w:t>
      </w:r>
      <w:r>
        <w:br/>
      </w:r>
    </w:p>
    <w:p w:rsidR="00756391" w:rsidRDefault="00000000">
      <w:r>
        <w:t xml:space="preserve">You know when you first start, everybody kind of has the tendency to just kind of scrub back and forth. For certain coat types that can actually damage the follicle and for other coat types it can wrap up the cuticle on the hair shaft so I was trying to work the product through in the direction that the coat lays, the order in which you apply product to the pet so sometimes you're going to want to condition first, like let's say they're super dry or you're doing a detangle that can be really useful to condition 1st and then shampoo and condition. </w:t>
      </w:r>
      <w:r>
        <w:br/>
      </w:r>
    </w:p>
    <w:p w:rsidR="00756391" w:rsidRDefault="00000000">
      <w:r>
        <w:t xml:space="preserve">This can also be really useful for removing excess body oil. The conditioner kind of acts like a magnet with the grease in the skin and coat sometimes and can you can condition and then you can not rinse it and then shampoo over it and it will all come off and then you want to condition again so that the sebaceous glands are not wanting to overproduce more oil from what you took away from it. And then the direction you rinse actually can be useful. Rinsing with the lay of the code can help it lay flat, and it is actually possible to sort of tweak the way that the follicle sits in the skin and you can actually train the hair it's kind of like if you've never had bangs and you get bangs it takes a while to train your hair to lay right with </w:t>
      </w:r>
      <w:r>
        <w:lastRenderedPageBreak/>
        <w:t xml:space="preserve">the bangs, and the same is true of left drying the curly dogs in my opinion. </w:t>
      </w:r>
      <w:r>
        <w:br/>
      </w:r>
    </w:p>
    <w:p w:rsidR="00756391" w:rsidRDefault="00000000">
      <w:r>
        <w:t xml:space="preserve">I don't have facts on that, but it's just something I've kind of noticed over the years. And then how you check to make sure the pet is rinsed, I always squeegee everything out, squeegee the ears out and let the water kind of run into my hand so I can make sure it's clear, you know, check the pits and the groin and all of that because it is just really easy to miss it. So that's part of my routine and part of my technique. Okay so some bathing tips, just general bathing tips. </w:t>
      </w:r>
      <w:r>
        <w:br/>
      </w:r>
    </w:p>
    <w:p w:rsidR="00756391" w:rsidRDefault="00000000">
      <w:r>
        <w:t xml:space="preserve">Lukewarm water is the best. A lot of times we have a tendency to use water that we would like and that can be drying for dogs and is warmer than what they are comfortable with. Take into account puppies and older dogs might like warmer water. Just, you know, kind of pay attention to the reaction and you'll be able to tell if they're cold or too warm. If they start swaying in the tub, sometimes they're overheated and the water is too warm rinse i always start and wash from the bottom to the top and the back to the front. </w:t>
      </w:r>
      <w:r>
        <w:br/>
      </w:r>
    </w:p>
    <w:p w:rsidR="00756391" w:rsidRDefault="00000000">
      <w:r>
        <w:t xml:space="preserve">And the reason why I do that is I'm starting on the bottom where you know their feet are obviously in the dirt all the time and working my way up and I like it i feel like I waste less product that way less product runs down the drain because as I'm working up, the product is running back onto the dog instead of just on drain. And then I like to wash from the back to the front because I like to wash the head last because I don't like to leave products sitting on the head because there's more chance of an eye irritation. </w:t>
      </w:r>
      <w:r>
        <w:br/>
      </w:r>
    </w:p>
    <w:p w:rsidR="00756391" w:rsidRDefault="00000000">
      <w:r>
        <w:t xml:space="preserve">And so that's how I do it that doesn't mean it's going to work for you. So I wash from the bottom to the top, back to the front, and then I rinse from the top to the bottom, front to back. So wash the head last, rinse it first. I think having a routine is the most critical piece of that, so don't get too caught up on this is just what I do, what works for me. The point is have a routine you are with us likely to miss things and you will be way more efficient. </w:t>
      </w:r>
      <w:r>
        <w:br/>
      </w:r>
    </w:p>
    <w:p w:rsidR="00756391" w:rsidRDefault="00000000">
      <w:r>
        <w:t xml:space="preserve">Don't scrub and rub and work the coat in different ways. If I need to really work something through the through the coat, and let's say it's the dog's back and the coat's going this way, I will go this way to work it through. But I'm not like scrubbing like this necessarily. And then I use a flea comb i have flea Combs that are labeled. I have ones for eye boogers and one for butt crumbs so that even though I disinfect them, I have a way less risk of cross contamination. </w:t>
      </w:r>
      <w:r>
        <w:br/>
      </w:r>
    </w:p>
    <w:p w:rsidR="00756391" w:rsidRDefault="00000000">
      <w:r>
        <w:t xml:space="preserve">And you want to soak any crusties and you can even put conditioner on eyeball crusties. On a dry coat when you begin and let it soak while you wash the rest of the dog if they're really severe, and especially if you suspect there might be raw skin under there, so soak the </w:t>
      </w:r>
      <w:r>
        <w:lastRenderedPageBreak/>
        <w:t xml:space="preserve">crusties and then pick them out with a flea comb. I like the plastic flea comb, especially for the butt, because it's just rude to poke them in the butt hole with a metal comb. </w:t>
      </w:r>
      <w:r>
        <w:br/>
      </w:r>
    </w:p>
    <w:p w:rsidR="00756391" w:rsidRDefault="00000000">
      <w:r>
        <w:t xml:space="preserve">Rinse well between the shampoo and the conditioner. These products have two different purposes and I have seen a lot of groomers mix shampoo and conditioner together or put conditioner on over top of shampoo because they think they're saving themselves time. And you're not if you're putting conditioner over top of shampoo because you're trying to remove grease and then you're going to, it's just not going to work. So if you're trying to remove grease, you're going to put conditioner on dry coat, shampoo over the top of that and it all kind of washes away and then you may shampoo again and then you're going to want to replace the oils and do another condition. </w:t>
      </w:r>
      <w:r>
        <w:br/>
      </w:r>
    </w:p>
    <w:p w:rsidR="00756391" w:rsidRDefault="00000000">
      <w:r>
        <w:t xml:space="preserve">If you put conditioner over top of shampoo, it's not going to be able to do its job of smoothing the cuticle and things like that because the shampoo is in the way and the shampoo's job is to remove things, remove dirt so and oil. So it's a good idea to rinse really well between shampoo and conditioner or you might just be shooting yourself in the foot and a wasting product, squeezing the water out of the hair into your hands to make sure the water is clear. </w:t>
      </w:r>
      <w:r>
        <w:br/>
      </w:r>
    </w:p>
    <w:p w:rsidR="00756391" w:rsidRDefault="00000000">
      <w:r>
        <w:t xml:space="preserve">I've been doing this a really long time, and a lot of the times the first time I do that, the water is still cloudy. I don't know if it's just me or what, but this is the way that I make sure that I didn't leave any product in the coke. Shampoo does not necessarily mean to soak. Unless you're trying to use that shampoo to deposit something like a medication like Chlorhexidine, or you're doing a color depositing shampoo, or you're trying to lift a stain or do like a whitening shampoo, you just need enough product to handle the amount of soil in the coat, and it needs to be worked through the coat. </w:t>
      </w:r>
      <w:r>
        <w:br/>
      </w:r>
    </w:p>
    <w:p w:rsidR="00756391" w:rsidRDefault="00000000">
      <w:r>
        <w:t xml:space="preserve">Shampoo works by moving through the coat, not by sitting in the coat when you're trying to remove soil. Conditioners should be allowed to sit 3 to 5 minutes, 3 to 5 minutes minimum so let's say it's a healthy coat. Put it in for three to 5 minutes if you're dealing with a dry coat or skin condition, at least 10 minutes. Open the coat you can open the coat with the HP dryer while there's product in it so again, all you're doing is using the force of the air to open that coat to make sure that you can get down to the skin and get the product worked all the way through the coat. </w:t>
      </w:r>
      <w:r>
        <w:br/>
      </w:r>
    </w:p>
    <w:p w:rsidR="00756391" w:rsidRDefault="00000000">
      <w:r>
        <w:t xml:space="preserve">Super helpful on heavy coated dots, protein or deshedding shampoo on well maintained doodles is my go to you can't really go wrong with that dirty dog are clarifying shampoo is going to be if the dogs you know been camping or has a lifestyle where they get dirty all the time. Again, more detergent means you're going to need to do a good condition. Always use conditioner there are so many conditioners out there are a lot of ones that are going to </w:t>
      </w:r>
      <w:r>
        <w:lastRenderedPageBreak/>
        <w:t xml:space="preserve">decrease your drying time, increase the health of the skin and coat it really is super important for skin and helpful for coat. </w:t>
      </w:r>
      <w:r>
        <w:br/>
      </w:r>
    </w:p>
    <w:p w:rsidR="00756391" w:rsidRDefault="00000000">
      <w:r>
        <w:t xml:space="preserve">Spray your finishing spray after you have towel dried your coat before drying. So my routine is I will use a moisture magnet on the dog in the tub. I move the dog to the drying table and I towel dry, put my leave in product and work it through the coat with my hands. Or one thing that I forgot to put in the tools that's helpful is like a slicker or a pin brush with coated tips. Because wet hair is so much more fragile and it's a lot easier to scratch the skin you can use that if you're hand bathing to work. Shampoo through the coat or work your leave in through the coat before you dry. </w:t>
      </w:r>
      <w:r>
        <w:br/>
      </w:r>
    </w:p>
    <w:p w:rsidR="00756391" w:rsidRDefault="00000000">
      <w:r>
        <w:t xml:space="preserve">And then I always think of my products as liquid tools. What products can I use that's going to decrease my amount of time that I am brushing that coat? It is much easier for a dog to go through a bath or a blow dry than an extensive session of brushing. Choose products based on how the coat type is presenting and its current conditions so you might have a regular client. I'll give you mochi for an example he's an Aussie doodle, a mini Aussie doodle, and he when he was a puppy he had coat much more similar to an Australian shepherd. </w:t>
      </w:r>
      <w:r>
        <w:br/>
      </w:r>
    </w:p>
    <w:p w:rsidR="00756391" w:rsidRDefault="00000000">
      <w:r>
        <w:t xml:space="preserve">He barely had any hair at all. He matured, his coat thickened up. It got longer, but he never carried that much undercoat and it was fairly easy to work with. At about three or four years old, he came in and he had all of a sudden grown this massive undercoat that was just stuck in there. I had to change my products i had to change my technique. I had to take a rake and rake through that coat because I could not literally get an attachment come through it after the wash and the dry and the fluff dry, I still couldn't get an attachment coming through it because there was just all of a sudden this massive thick undercoat. </w:t>
      </w:r>
      <w:r>
        <w:br/>
      </w:r>
    </w:p>
    <w:p w:rsidR="00756391" w:rsidRDefault="00000000">
      <w:r>
        <w:t xml:space="preserve">So you know just to be cognizant that just because the product worked before you might need something different on that day. I just want to show you guys if you haven't seen a Prema and how it works you don't pre wet the dog. This is me with my routine starting at the bottom and the premium mixes your diluted product. I have no idea why this keeps stopping. </w:t>
      </w:r>
      <w:r>
        <w:br/>
      </w:r>
    </w:p>
    <w:p w:rsidR="00756391" w:rsidRDefault="00000000">
      <w:r>
        <w:t xml:space="preserve">It mixes your diluted product with air and it's kind of like a car wash it's wonderful and so you can move through you can see this dog has this is my Bichon. You can see he has a lot of hair but it's getting right down to the skin really easily. So this is a lot less wear and turn my body, a lot less effort to work through the coat. And I don't want to spend too much time on that because the video keeps stopping so we'll move along but you got the idea. </w:t>
      </w:r>
      <w:r>
        <w:br/>
      </w:r>
    </w:p>
    <w:p w:rsidR="00756391" w:rsidRDefault="00000000">
      <w:r>
        <w:lastRenderedPageBreak/>
        <w:t xml:space="preserve">And then here is frothing is really satisfying, but get it to go i think my Internet might be too slow. So for frothing you want to add 1 per product to one to three parts of water. You can use it for shampoo or conditioner and you just want to fluff that product up. And it's nice because you're not deleting the product as much with water, but you can still, you can use a very small amount of product and get it through a lot of coat. So I definitely like it when I'm using more expensive products or products with higher quality ingredients. One of the things that when I was doing big dogs I did not want to live without was a moisture magnet. </w:t>
      </w:r>
      <w:r>
        <w:br/>
      </w:r>
    </w:p>
    <w:p w:rsidR="00756391" w:rsidRDefault="00000000">
      <w:r>
        <w:t xml:space="preserve">You can keep these in a tub with water and or hexadine solution is really nice thing to keep it in to keep from transferring any germs from one dog to the other or like growing mold or bacteria and I like that to remove the bulk of the water right away. What's nice about them is you can get the dog so that it's not dripping the coat so it's not dripping really quickly and then by the time you do your regular towel you really pulled a ton of water out of that coat which is going to cut your drying time and it's really going to cut the amount of moisture in the air. </w:t>
      </w:r>
      <w:r>
        <w:br/>
      </w:r>
    </w:p>
    <w:p w:rsidR="00756391" w:rsidRDefault="00000000">
      <w:r>
        <w:t xml:space="preserve">Happy hoodies are not only great for sound blocking, but they can absorb a ton of water out of that, especially like the heavy coated doodle ears or Crocker ears. By the time you get done drying the whole rest of the dog it's going to have absorb so much water is going to save you a ton of time drying, which is also really nice because most dogs aren't fans of having their head meters dried. And don't forget your leave in product. Super helpful. This might seem like overkill to some people, my process of the three steps of products, but what I have found is it increases the health of the skinning coat enough that i don't have matted dogs coming to me they're all on a schedule and because they're skinning coat are healthy and they're not having to be dematted all the time or detangled all the time, they pretty much stay that way they might come in with like have friction map behind their ear and their tail, and I don't. </w:t>
      </w:r>
      <w:r>
        <w:br/>
      </w:r>
    </w:p>
    <w:p w:rsidR="00756391" w:rsidRDefault="00000000">
      <w:r>
        <w:t xml:space="preserve">I have seen a lot of groomers shame clients for not brushing in between, and while they are responsible for maintaining their dog's coat, I find that my clients just don't necessarily have to. And the ones that do are when the dogs are going in the snow or when there's some other, you know our climate's pretty mild, so we don't deal with snow for a lot of the year, but if they're dealing with snow or if it's been super mania or super staticky, then yeah, they'll have to brush in between or if they're wearing clothes or harnesses. </w:t>
      </w:r>
      <w:r>
        <w:br/>
      </w:r>
    </w:p>
    <w:p w:rsidR="00756391" w:rsidRDefault="00000000">
      <w:r>
        <w:t xml:space="preserve">But for the most part, a lot of my clients don't brush in between they're on a four to six week schedule and because I'm taking that extra step of the leave in and treating the skin and coat gently, they're just not getting mad at okay. So after bath tips, if you are doing a if you don't have a happy hoodie, you can. Benjamin here is modeling the hand towel around the head with a clip. </w:t>
      </w:r>
      <w:r>
        <w:br/>
      </w:r>
    </w:p>
    <w:p w:rsidR="00756391" w:rsidRDefault="00000000">
      <w:r>
        <w:lastRenderedPageBreak/>
        <w:t xml:space="preserve">That works really well. And then you can also take a regular size towel, especially if you're doing a large heavy coated doodle, and clip it around the dog. Dry the legs for example in the tail and then by the time you remove the towel and go to do the body it's almost dry and you're just fluffing it up. So for drying again you want to assess. Your pet assessment might tell you that dog can't handle a high velocity dryer. So that means you're going to want to choose your choose a different method. </w:t>
      </w:r>
      <w:r>
        <w:br/>
      </w:r>
    </w:p>
    <w:p w:rsidR="00756391" w:rsidRDefault="00000000">
      <w:r>
        <w:t xml:space="preserve">You may wrap that dog in towels and change out the towels multiple times and then dry it with a stand dryer for example. I like i usually will if I'm doing any kind of detangling or dematting, I use my stem dryer. It's magical, especially with the Artero dematting brush. When you are using the dryer and fluffing with a brush, you wanna be careful that you are using very light pressure so that you're not scratching the skin because the pressure of the air can sometimes you don't realize that you're scratching the skin because the pressure of the air is pushing the brush down too, and I usually use it on curly doodles. </w:t>
      </w:r>
      <w:r>
        <w:br/>
      </w:r>
    </w:p>
    <w:p w:rsidR="00756391" w:rsidRDefault="00000000">
      <w:r>
        <w:t xml:space="preserve">Even if I'm going to re wet that coat and curl it back up, I like to do an even haircut, so I like to stretch the hair out, cut it, and then curl it. I might just be overly picky, but if you want an even haircut, you need the hair straight and you know, make your plan decide what method you're going to use, what leave in product you want, and then what technique. Again, if they want that dog curly, I'm not necessarily going to be overly like, let's say it's a WAVY doodle and they like it WAVY. I'm not going to flip dry it for example, I'll just dry it all the way with my high velocity dryer. </w:t>
      </w:r>
      <w:r>
        <w:br/>
      </w:r>
    </w:p>
    <w:p w:rsidR="00756391" w:rsidRDefault="00000000">
      <w:r>
        <w:t xml:space="preserve">And then again I really like products with silicone, they make my life a lot easier. My current go to is the Max because it's so versatile and hypoallergenic and they do full ingredients list. So the purpose of the leave in product is it smooths the cuticle and it helps the water sheet off. It helps prevent future static, which helps your future matting, etcetera, etcetera, helps prevent future breakage because that cuticle is smooth down. </w:t>
      </w:r>
      <w:r>
        <w:br/>
      </w:r>
    </w:p>
    <w:p w:rsidR="00756391" w:rsidRDefault="00000000">
      <w:r>
        <w:t xml:space="preserve">So your two main drying techniques are going to be forced drying, or I call it bulk drying sometimes, where you're just trying to get as much water pushed off that dog as fast as possible and then fluff. Or some people call it stretch drying with a stand dryer Or the substitutes for a stand dryer are going to be your handheld dryer, your drying brush, or your use pet dryer. These have less force, more heat and that is what helps you straighten the coat. </w:t>
      </w:r>
      <w:r>
        <w:br/>
      </w:r>
    </w:p>
    <w:p w:rsidR="00756391" w:rsidRDefault="00000000">
      <w:r>
        <w:t xml:space="preserve">Again, remove as much water as possible from the coat first, apply your leave in product and then be very methodical when you're drying. A lot of the times I will see people just sort of drying all over the place and they're just kind of pushing water from one part of the dog to the other part of the dog I drive. I like to start drying from the back of the dog for a few </w:t>
      </w:r>
      <w:r>
        <w:lastRenderedPageBreak/>
        <w:t xml:space="preserve">reasons. One of them is it helps the dog have time to sort of adjust to this large volume of air coming at them before you get to their head. </w:t>
      </w:r>
      <w:r>
        <w:br/>
      </w:r>
    </w:p>
    <w:p w:rsidR="00756391" w:rsidRDefault="00000000">
      <w:r>
        <w:t xml:space="preserve">So however, which way you do it, dry each section of the dog and then in that section dry every square inch from the root to the tip and you can. It helps sometimes if you visualize like your HV dryer as like a straightening tool like a flat iron so where you're you know, drying is an active activity i have seen bithers that want to, you know, watch YouTube or look at Facebook or something when they're drying and just sort of point the dryer at the dog. </w:t>
      </w:r>
      <w:r>
        <w:br/>
      </w:r>
    </w:p>
    <w:p w:rsidR="00756391" w:rsidRDefault="00000000">
      <w:r>
        <w:t xml:space="preserve">But to get the best results, it's an active activity for sure. And then the other thing is you can sometimes, a lot of the times tell when the coat is fully dry just by how it looks when. If it looks like there's little, how about I describe it almost looks like there's like little lines, it's like little darker areas or little clumps then it's still wet if it's all smooth and fluffy and straight and the there's no color variation then it's dry i hope I did a good job explaining that. </w:t>
      </w:r>
      <w:r>
        <w:br/>
      </w:r>
    </w:p>
    <w:p w:rsidR="00756391" w:rsidRDefault="00000000">
      <w:r>
        <w:t xml:space="preserve">So use your HV dryer also to push mattes and tangles away from the body again, it's an active activity. You can, you know, wiggle the dryer nozzle, make sure you can. As long as it's not too hot, you can put it right on the skin and really just push those mattes and tangles away from the body and then if you're detangling you have a lot less length of coat to get through to get those tangles out. </w:t>
      </w:r>
      <w:r>
        <w:br/>
      </w:r>
    </w:p>
    <w:p w:rsidR="00756391" w:rsidRDefault="00000000">
      <w:r>
        <w:t xml:space="preserve">Or if you're clipping you can leave a little bit longer use maybe a longer blade or a longer attachment comb. So this is one of the main reasons aside from I don't like shaving a dirty coat to wash and dry first because that removing the dirt. A lot of times the dirt is the main thing holding the mats together. Dirt and dander and debris are all holding mats together, so if you remove a lot of that, a lot of times they'll come out without up too much effort. </w:t>
      </w:r>
      <w:r>
        <w:br/>
      </w:r>
    </w:p>
    <w:p w:rsidR="00756391" w:rsidRDefault="00000000">
      <w:r>
        <w:t xml:space="preserve">Dry the hair in the direction you want it to lay so if you want it to stand out from the body, dry it at a 90 degree angle For example, if you want it to really stand up and it's a long coated dog, you can dry it against the way it lays, like from the tail back towards the head. You wouldn't want to do that on a coat that lays tighter because that wouldn't be good. But on the long coat of dogs where their hair is a little bit more malleable, you can do that so if you want it to lay flat, dry it flat. Hold that nozzle almost parallel to the dog for example. </w:t>
      </w:r>
      <w:r>
        <w:br/>
      </w:r>
    </w:p>
    <w:p w:rsidR="00756391" w:rsidRDefault="00000000">
      <w:r>
        <w:t xml:space="preserve">And then you don't be trying to brush and comb and haircut like for deshatting purposes and hair cutting purposes. But it needs to be dry. If you are trying to get that last bit of undercoat out and that dog is not dry, it's not going to come all the way out. If you are trying </w:t>
      </w:r>
      <w:r>
        <w:lastRenderedPageBreak/>
        <w:t xml:space="preserve">to style and cut wet hair, it's not going to look the same when it's dry, and it's not going to be even. So if that means you'd have to go back to the drying table or back to the drying room, just do it because in the long run, it's going to save you the time, even though it's inconvenient because we've all done it, we've all got a dog until we missed that spot in its spot. </w:t>
      </w:r>
      <w:r>
        <w:br/>
      </w:r>
    </w:p>
    <w:p w:rsidR="00756391" w:rsidRDefault="00000000">
      <w:r>
        <w:t xml:space="preserve">So the thing about doodles, this is mochi, the dog I was talking about that suddenly had a massive undercoat one day. And this is after his bath and I think just high velocity dry. The thing about doodles that I would always forget. Is that the reason why they take so long to groom is it's like a D shed and a haircut it's not just a haircut or just a D shed in most cases, especially like golden doodles or burner doodles so if you have to get out a lot of undercoat first and then you have to do a haircut, it's kind of almost like 2 services and owners have no clue. </w:t>
      </w:r>
      <w:r>
        <w:br/>
      </w:r>
    </w:p>
    <w:p w:rsidR="00756391" w:rsidRDefault="00000000">
      <w:r>
        <w:t xml:space="preserve">They don't know why it takes. And so that's why. If you take that little minute to educate them like okay, well, you know, this undercoat doesn't fall out on its own because of the combination code. We have to physically remove it before we can do the haircut otherwise it's just a nightmare. So that is the big thing to remember if you're struggling with a haircut, maybe they're stuck undercoat in there. And again, you don't have to buy all the D shed systems you can do a D shed with a deep clean or a protein just get that coat squeaky clean and then whatever you have on hand to hydrate that coat, you will get that undercoat out. </w:t>
      </w:r>
      <w:r>
        <w:br/>
      </w:r>
    </w:p>
    <w:p w:rsidR="00756391" w:rsidRDefault="00000000">
      <w:r>
        <w:t xml:space="preserve">The D shed systems I do think save time and make it a little bit easier, a little bit more efficient, but if you don't have it, it's fine you can still do a D shed. This is an again the example that I'm giving of a of a three-step deshed system this line was formulated to work together there's shampoo, conditioner and you can either use the finishing spray or the Max. </w:t>
      </w:r>
      <w:r>
        <w:br/>
      </w:r>
    </w:p>
    <w:p w:rsidR="00756391" w:rsidRDefault="00000000">
      <w:r>
        <w:t xml:space="preserve">Here are some photos of detangling after the bath. This is I think just after the bath and tile drying i was just starting to HV dry. There's a silicone I think there was the Max in this coat and you can kind of see the progression here. After the high velocity drying, you can see how much the tangles sort of separated and came apart and there was still a couple of clumps there. And then all I had to do was break out my stand dryer and go through it really quickly with a brush and it came out all nice and straight. No stress on the dog, no stress on me. </w:t>
      </w:r>
      <w:r>
        <w:br/>
      </w:r>
    </w:p>
    <w:p w:rsidR="00756391" w:rsidRDefault="00000000">
      <w:r>
        <w:t xml:space="preserve">Oh, and this one I it looks like I added the Max in with my conditioner which is nice. It works really well. The reason why I like the flexible head slickers is you don't necessarily have to line brush. I think with the traditional slickers it's more important to line brush, but you can see I'm just brushing in an elliptical motion so like this I'm keeping the brush flat and my </w:t>
      </w:r>
      <w:r>
        <w:lastRenderedPageBreak/>
        <w:t xml:space="preserve">pins flat and this is actually lagoto so it's not that easy to get through that coat. </w:t>
      </w:r>
      <w:r>
        <w:br/>
      </w:r>
    </w:p>
    <w:p w:rsidR="00756391" w:rsidRDefault="00000000">
      <w:r>
        <w:t xml:space="preserve">And you saw my poodle comb just went right through it and I'm working through that coat very quickly. One of the boundaries that I set is I don't spend more than 15 minutes on detangling, and if I do for any reason, I'm charging for it. I don't think it's nice for a lot of dogs to really extend their grooming session like this is an example of raking. If I can get the video to play I should be supporting the coat with my other hand but i had a video and so this is a course rake this is a WAVY codedoodle with a lot of undercoat and you can see how much I pulled out in just a few strokes. </w:t>
      </w:r>
      <w:r>
        <w:br/>
      </w:r>
    </w:p>
    <w:p w:rsidR="00756391" w:rsidRDefault="00000000">
      <w:r>
        <w:t xml:space="preserve">This was before I clippered him because I just wanted an example. But normally what I will do if I'm giving it a haircut and it's not matted or tangled, I will do whatever like I'm going to do and then I will remove the undercoat just makes it go a little bit faster. One thing to keep in mind is you want to stay with the grain and you want to use a light pressure when you're using the longer so you don't want to use too much pressure. </w:t>
      </w:r>
      <w:r>
        <w:br/>
      </w:r>
    </w:p>
    <w:p w:rsidR="00756391" w:rsidRDefault="00000000">
      <w:r>
        <w:t xml:space="preserve">It's easier to cut coat that way it's more uncomfortable for the dog and if you are using too much pressure and you're going across the grain, you're going to cut coat and that's just going to set up the coat for matting down the line. I use the rake all the time on these thick, super thick tails. A lot of times users are coming out like red locks in their tails and it's just a hot mess if you take a course rake and you rake lightly through that tail, you're going to have way less matting on the next visit. </w:t>
      </w:r>
      <w:r>
        <w:br/>
      </w:r>
    </w:p>
    <w:p w:rsidR="00756391" w:rsidRDefault="00000000">
      <w:r>
        <w:t xml:space="preserve">And it also helps encourage new healthy hair growth. So it's just it's a great trick to use to help prevent matting in the tail. And you can see on this doodle's tail, I like a natural tail i don't like it. I don't like the band around the tail of the shorter hair. I personally like a more natural transition from the rear to the tail on the tail set so I take the rake and I rake out all the dead hair before I decide how much hair I'm going to. I usually will use the ensures or trunkers to shape that area so you can kind of see all this undercoat and junk in here on the left and then how much less hair is there now all I have to do is take my thinners or trunkers and shape that and make it the shape that I want. </w:t>
      </w:r>
      <w:r>
        <w:br/>
      </w:r>
    </w:p>
    <w:p w:rsidR="00756391" w:rsidRDefault="00000000">
      <w:r>
        <w:t xml:space="preserve">Here is an example of carding and this dog is the same dog as in the raking photo, but I have clippered him. I think I used one or zero comb, the Peach or the yellow comb and you can see all of that undercoat coming out. That is what didn't come out in the bath and the blow dry so you can imagine how much undercoat this dog had. When you are carting with a knife, you want to stretch the skin with your opposite hand. Always go with the grain, what you want to use about medium pressure because you're going to keep your blade flat. So your hand is going to kind of look like this and you're going to come this way and your thumb is going to be on your blade and your blade is going to be flat if this is the dog, let's </w:t>
      </w:r>
      <w:r>
        <w:lastRenderedPageBreak/>
        <w:t xml:space="preserve">say. </w:t>
      </w:r>
      <w:r>
        <w:br/>
      </w:r>
    </w:p>
    <w:p w:rsidR="00756391" w:rsidRDefault="00000000">
      <w:r>
        <w:t xml:space="preserve">And so you want to make sure you're using an eye that does not have sharp teeth and is meant for burning. So see all of the hair, This is the same dog that's just all of the hair from that one section of that dog. The other thing that carding or raking is good for is if you put the dog in the tub and it's very greasy and it has undercoat, you might hard through that or use your rake on that before you start addressing the grease. That can be helpful. And carding is helpful this dog, I don't know if it's big enough that you can see, but my first pass with the attachment comb, he had upper lines because of all that undercoat in there. </w:t>
      </w:r>
      <w:r>
        <w:br/>
      </w:r>
    </w:p>
    <w:p w:rsidR="00756391" w:rsidRDefault="00000000">
      <w:r>
        <w:t xml:space="preserve">When you are getting ready to scissor, you're going to want to use your finishing comb and fluff that hair up as evenly as possible this is not something that I feel like I'm good at for some reason, but you can see obviously this is a curly dog with no undercoat and I'm fortunately these videos are not playing like I had hoped they would. But you can see how straight his hair is and how I'm pulling all of the hair out and setting it up so that I can scissor it evenly and I am just going in a smooth motion across the dog. </w:t>
      </w:r>
      <w:r>
        <w:br/>
      </w:r>
    </w:p>
    <w:p w:rsidR="00756391" w:rsidRDefault="00000000">
      <w:r>
        <w:t xml:space="preserve">You want to make sure your comb goes all the way to the skin and then comes all the way out so that the hair is pulled straight out from the dog and keep your wrist straight just for you. Because if you're flipping your wrist, then you're not making the hair straight. If you're pulling straight out, you're pulling that her all the way out and the fine tooth comb and that technique really helps get all the hair on the like little nooks and crannies and pull it up, especially like on the feet and armpits and things like that. </w:t>
      </w:r>
      <w:r>
        <w:br/>
      </w:r>
    </w:p>
    <w:p w:rsidR="00756391" w:rsidRDefault="00000000">
      <w:r>
        <w:t xml:space="preserve">So I brush after the bath and the dry or self try with my brush. If you need a line brush, a line brush. Occasionally with the flexible head slicker brush I will need a line brush. But if you don't spend the time. Use your bat tooth cum next to check for anything and then if there's undercoat still in there, go ahead and use the rake or card kind of as needed throughout the groom like you might clip it first and go I don't like that result. </w:t>
      </w:r>
      <w:r>
        <w:br/>
      </w:r>
    </w:p>
    <w:p w:rsidR="00756391" w:rsidRDefault="00000000">
      <w:r>
        <w:t xml:space="preserve">And then check for undercoat with your carting knife and go wow, there's a ton of undercoat in there get it all out and then go back over it with your Clippers. Follow with your finishing comb to set up the coat for trimming after you've done your brushing your wide tooth comb and then This would be at the point where I might do a light mist with a finishing spray like or a scissoring spray like the Itami or the Eye groom has the Magic mist, which that's a little bit of texture but they also have the detangle i can't remember the exact name, but it's a detangling spray that is nice just to kind of take out any static and help set the code up. </w:t>
      </w:r>
      <w:r>
        <w:br/>
      </w:r>
    </w:p>
    <w:p w:rsidR="00756391" w:rsidRDefault="00000000">
      <w:r>
        <w:lastRenderedPageBreak/>
        <w:t xml:space="preserve">The trick is needs to do a very light mist get a misting bottle and you can even mist up into the air and just kind of let it settle on the coat. If you get that coat too wet, it's going to curl back up. So this is what I all just said ha ha. So you can see this leg here. I haven't done the rest of the groom but this is mochi and what I did is I followed all the steps in the previous slide. </w:t>
      </w:r>
      <w:r>
        <w:br/>
      </w:r>
    </w:p>
    <w:p w:rsidR="00756391" w:rsidRDefault="00000000">
      <w:r>
        <w:t xml:space="preserve">I combed that hair straight up first and then I did the fluff comb so that it would stand straight out from the body and then I misted it lightly and I think I used the magic mist on this and then I scissored and this is just going over i only scissored this like once. I didn't go over it twice, so this is going to give you a nice help you know, get your nice shape in with your scissoring, get nice even, get a very nice finish. I wouldn't call it necessarily velvet finish on a doodle. To me that term where if you refers to like poodles or bichons and even some bichon people prefer like a thing, sure, finish on them but this is, this was quick. </w:t>
      </w:r>
      <w:r>
        <w:br/>
      </w:r>
    </w:p>
    <w:p w:rsidR="00756391" w:rsidRDefault="00000000">
      <w:r>
        <w:t xml:space="preserve">This did not take me a long time. It looks very nice. It makes the dog look like a plush, you know, little whatever and the people come and they're like so excited. So earlier in the customer service part, the client management part, one of the big things that I'm sure we have all heard a thousand times is don't poodle my doodle. And it took me a long time to figure out what they were talking about. </w:t>
      </w:r>
      <w:r>
        <w:br/>
      </w:r>
    </w:p>
    <w:p w:rsidR="00756391" w:rsidRDefault="00000000">
      <w:r>
        <w:t xml:space="preserve">But it seems like about 90 % of the time when they say don't poodle my doodle, they don't like their doodle blown out. They don't like a fluff dry. They don't appreciate all that ever it takes to do a nice beautiful fluff dry. So if they say don't poodle my doodle and it's a new client, sometimes you can ask followup questions like what part makes it look like a poodle to you or what does that mean to you? Or if you feel like you got a good sense of the client, just curl the dog back up and then they're happy. </w:t>
      </w:r>
      <w:r>
        <w:br/>
      </w:r>
    </w:p>
    <w:p w:rsidR="00756391" w:rsidRDefault="00000000">
      <w:r>
        <w:t xml:space="preserve">So this is lucy is the one that jumped in the tub with her brother because she thought he shouldn't get to go first. This is a family of four doodles that I do. They come once a month. They're all mediums. They have massively different coat textures across them. They're all from the same grater. Lucy has curly with soft undercoat, It's more kind of a loose curl. And then she has a sister that has similar coat and then they have a WAVY doodle with tons of undercoat and then they have a another curly doodle with a completely different texture and tighter curls. So for Lucy, I did her room and I got done and then I just added texture by misting with water and then a conditioner. </w:t>
      </w:r>
      <w:r>
        <w:br/>
      </w:r>
    </w:p>
    <w:p w:rsidR="00756391" w:rsidRDefault="00000000">
      <w:r>
        <w:t xml:space="preserve">And the conditioner that I use is actually, it's Chris Christensen coat link dressing it comes in like an aerosol can and it comes out like a foam. So it's kind of just like adding a mousse, but it's hydrating it's nice to leave in the coat it's not going to be sticky later. And it smells really nice. So I put that all in there and then I combed it through with my poodle comb and then I </w:t>
      </w:r>
      <w:r>
        <w:lastRenderedPageBreak/>
        <w:t xml:space="preserve">just scrunched it up and that just adds a little bit of texture. And this is something that a lot of people who say don't poodle my doodle, you do this for them and they will be happy campers. </w:t>
      </w:r>
      <w:r>
        <w:br/>
      </w:r>
    </w:p>
    <w:p w:rsidR="00756391" w:rsidRDefault="00000000">
      <w:r>
        <w:t xml:space="preserve">Unless of course you do poodle feet and poodle base. So to recap, set your expectations and boundaries. Educate your doodle clients if they are open to it if they're not having it, don't waste your time. Set up routines for each step of your grooming. You know, utilize systems like your pet, assessment. You know, anything that is gonna make your life easier. Implement it. Use it in your daily systems. Poodles must be prepped well if they are not clean if the undercoat is not removed, it is not going to go well when you're trying to finish that haircut, you're going to struggle. </w:t>
      </w:r>
      <w:r>
        <w:br/>
      </w:r>
    </w:p>
    <w:p w:rsidR="00756391" w:rsidRDefault="00000000">
      <w:r>
        <w:t xml:space="preserve">Most poodles need both AD shed and a full haircut. Again though, you want to treat the coat as it's presenting if it's a wire coat and it's hand stripping and you want to hand strip it, go for it. If it's straight and you want to use drop coat products on it, go for it. Charge for your time and expertise. What we do has value. Our clients, the vast majority of them, could not groom their own dogs. So charge what you're worth. Don't this These breeds are very time consuming to do. If you are charging 60$ for a Shih Tzu, but you're charging 100$ for a doodle that takes you four times as long to groom, then that is not sustainable. </w:t>
      </w:r>
      <w:r>
        <w:br/>
      </w:r>
    </w:p>
    <w:p w:rsidR="00756391" w:rsidRDefault="00000000">
      <w:r>
        <w:t xml:space="preserve">So please keep that in mind when you're grooming your doodles. I hope this helps. I know a lot of groomers that are just not grooming doodles anymore, and quite frankly, I'm one of them. I have 5 doodles on my books. They're all Unicorn. One is the four dog doodle family. Oh, the other doodle lady did just get another doodle, but she's a Unicorn client she trains her dogs, she calls me if they're getting mad and she's a great client. I just don't have the mental capacity for new doodles at this point in my career. </w:t>
      </w:r>
      <w:r>
        <w:br/>
      </w:r>
    </w:p>
    <w:p w:rsidR="00756391" w:rsidRDefault="00000000">
      <w:r>
        <w:t xml:space="preserve">So keep that also in mind if you are a person that enjoys grooming doodles, that can be your niche and you can do really well with that. It is a much needed service and a lot of groomers are not wanting to do it anymore. So thanks for coming and happy doodle grooming, and hopefully you got a takeaway from the class. You can always reach me on Messenger is probably the easiest. Or you can text me if you have any questions after class. Okay, Tammy, thank you. I only went over 20 minutes, hence why you're last. Just keep. All right so we'll give a second for questions. She slept through, except for one time she got out. </w:t>
      </w:r>
      <w:r>
        <w:br/>
      </w:r>
    </w:p>
    <w:p w:rsidR="00756391" w:rsidRDefault="00000000">
      <w:r>
        <w:t xml:space="preserve">Can you see her in the corner all the way in the back yes, I can. Ok, so let's wrap this up. The other two workshops from today were already up on the website. This will be up in a couple of hours. Thank you bye. </w:t>
      </w:r>
      <w:r>
        <w:br/>
      </w:r>
    </w:p>
    <w:sectPr w:rsidR="00756391"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57C7" w:rsidRDefault="004F57C7">
      <w:pPr>
        <w:spacing w:after="0" w:line="240" w:lineRule="auto"/>
      </w:pPr>
      <w:r>
        <w:separator/>
      </w:r>
    </w:p>
  </w:endnote>
  <w:endnote w:type="continuationSeparator" w:id="0">
    <w:p w:rsidR="004F57C7" w:rsidRDefault="004F5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6391" w:rsidRDefault="00000000">
    <w:pPr>
      <w:pStyle w:val="Footer"/>
      <w:jc w:val="center"/>
    </w:pPr>
    <w:r>
      <w:t xml:space="preserve">Page </w:t>
    </w:r>
    <w:r>
      <w:fldChar w:fldCharType="begin"/>
    </w:r>
    <w:r>
      <w:instrText>PAGE</w:instrText>
    </w:r>
    <w:r w:rsidR="00E11102">
      <w:fldChar w:fldCharType="separate"/>
    </w:r>
    <w:r w:rsidR="00E11102">
      <w:rPr>
        <w:noProof/>
      </w:rPr>
      <w:t>1</w:t>
    </w:r>
    <w:r>
      <w:fldChar w:fldCharType="end"/>
    </w:r>
    <w:r>
      <w:t>/</w:t>
    </w:r>
    <w:r>
      <w:fldChar w:fldCharType="begin"/>
    </w:r>
    <w:r>
      <w:instrText>NUMPAGES</w:instrText>
    </w:r>
    <w:r w:rsidR="00E11102">
      <w:fldChar w:fldCharType="separate"/>
    </w:r>
    <w:r w:rsidR="00E111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57C7" w:rsidRDefault="004F57C7">
      <w:pPr>
        <w:spacing w:after="0" w:line="240" w:lineRule="auto"/>
      </w:pPr>
      <w:r>
        <w:separator/>
      </w:r>
    </w:p>
  </w:footnote>
  <w:footnote w:type="continuationSeparator" w:id="0">
    <w:p w:rsidR="004F57C7" w:rsidRDefault="004F5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89140690">
    <w:abstractNumId w:val="8"/>
  </w:num>
  <w:num w:numId="2" w16cid:durableId="333382407">
    <w:abstractNumId w:val="6"/>
  </w:num>
  <w:num w:numId="3" w16cid:durableId="1615671513">
    <w:abstractNumId w:val="5"/>
  </w:num>
  <w:num w:numId="4" w16cid:durableId="741028796">
    <w:abstractNumId w:val="4"/>
  </w:num>
  <w:num w:numId="5" w16cid:durableId="1171139614">
    <w:abstractNumId w:val="7"/>
  </w:num>
  <w:num w:numId="6" w16cid:durableId="1955090447">
    <w:abstractNumId w:val="3"/>
  </w:num>
  <w:num w:numId="7" w16cid:durableId="1290865074">
    <w:abstractNumId w:val="2"/>
  </w:num>
  <w:num w:numId="8" w16cid:durableId="2141604777">
    <w:abstractNumId w:val="1"/>
  </w:num>
  <w:num w:numId="9" w16cid:durableId="1794907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F57C7"/>
    <w:rsid w:val="00756391"/>
    <w:rsid w:val="00AA1D8D"/>
    <w:rsid w:val="00B47730"/>
    <w:rsid w:val="00CB0664"/>
    <w:rsid w:val="00E1110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CE9AD424-F99A-034E-9877-DC9E06DDF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16067</Words>
  <Characters>91583</Characters>
  <Application>Microsoft Office Word</Application>
  <DocSecurity>0</DocSecurity>
  <Lines>763</Lines>
  <Paragraphs>214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107436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2023-08-29T00:38:00Z</dcterms:created>
  <dcterms:modified xsi:type="dcterms:W3CDTF">2023-08-29T00:38:00Z</dcterms:modified>
  <cp:category/>
</cp:coreProperties>
</file>