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15ECB" w:rsidRDefault="00000000">
      <w:pPr>
        <w:pStyle w:val="Title"/>
      </w:pPr>
      <w:r>
        <w:t>Branding Your Business</w:t>
      </w:r>
    </w:p>
    <w:p w:rsidR="00E15ECB" w:rsidRDefault="00E15ECB"/>
    <w:p w:rsidR="00E15ECB" w:rsidRDefault="00000000">
      <w:r>
        <w:rPr>
          <w:b/>
        </w:rPr>
        <w:t>Date</w:t>
      </w:r>
      <w:r>
        <w:t xml:space="preserve">    2023-09-24</w:t>
      </w:r>
    </w:p>
    <w:p w:rsidR="00E15ECB" w:rsidRDefault="00E15ECB"/>
    <w:p w:rsidR="00E15ECB" w:rsidRDefault="00000000">
      <w:r>
        <w:t xml:space="preserve">Okay so welcome to the second workshop of the Fall Business Summit. I'm here with Mindy Dinwiddie so, Mindy, it's all yours all right. Hi, guys today we're going to talk about branding, your business and the difference between branding and then what you do with it. So a lot of people. So this is my information if you have questions, I always available to help answer them. And if you're going through branding, then I'm here to help you through that process if you have questions. So of course, this is our little legal part that says that it's all information, this is all informational and that it's up to date as far as my knowledge. </w:t>
      </w:r>
      <w:r>
        <w:br/>
      </w:r>
    </w:p>
    <w:p w:rsidR="00E15ECB" w:rsidRDefault="00000000">
      <w:r>
        <w:t xml:space="preserve">So what we're going to learn today, we're going to learn what is involved in building your brand for your business and what exactly a brand is, what is the difference between brand and brand awareness because they are two different things. Then we're going to walk back. We're going to walk through step by step on building an authentic brand. And I'm going to tell you a lot about my pitfalls going through it. And we're going to understand how all this impacts our business and our bottom line and our happiness. </w:t>
      </w:r>
      <w:r>
        <w:br/>
      </w:r>
    </w:p>
    <w:p w:rsidR="00E15ECB" w:rsidRDefault="00000000">
      <w:r>
        <w:t xml:space="preserve">So when we build a brand within our brand, we have branding, we have a brand identity and we have logos. So we so you understand branding is branding is allencompassing, it is everything about not only your business but it's about you too. The thing is that when you're branding you, we everybody seems to think of that logo and that's the big part of it. And that's not just your brand. Your logo is a big brand, part of your brand because that's what people are going to see and remember. </w:t>
      </w:r>
      <w:r>
        <w:br/>
      </w:r>
    </w:p>
    <w:p w:rsidR="00E15ECB" w:rsidRDefault="00000000">
      <w:r>
        <w:t xml:space="preserve">But your brand is everything about your business. What is a brand anyway it's a, it's a systematic approach to create, communicate and strengthen your business identity. It's about how you portray yourself to your customers. It's about the promises yet your company makes to consumers. It's just what it's not just what you say and what you wear, but the emotional connection you create with the customer. So it's when somebody sees that logo, what do they think of? What run what is their perception of that business? That is your brand. So it's not just you, it's your employees, it's your business practices. That is all your brand. So it's really a business personality is what your brand is, what is the difference between brand and branding. </w:t>
      </w:r>
      <w:r>
        <w:br/>
      </w:r>
    </w:p>
    <w:p w:rsidR="00E15ECB" w:rsidRDefault="00000000">
      <w:r>
        <w:lastRenderedPageBreak/>
        <w:t xml:space="preserve">The brand is the perception people have in your business and branding is what we do to create that brand and to create the perception. Now people's perception is their reality. So when it comes to branding, we want to create a positive perception. Now a lot of people think that means that giving into everything that a consumer wants and that's not necessarily it really depends on what you want to build. You could build a company that you know if you say you don't do double coded shave downs that is part of your brand. So anything that you have in your procedures, your policies, things like that is creating a brand also and that you need to remember because stay true to your brand across the board. </w:t>
      </w:r>
      <w:r>
        <w:br/>
      </w:r>
    </w:p>
    <w:p w:rsidR="00E15ECB" w:rsidRDefault="00000000">
      <w:r>
        <w:t xml:space="preserve">So now branding identity. That's your brand. That's your company name, your tagline, slogan, color palette, the patterns of your graphic elements and your primary logo and other variations. Now when you create a branding a brand, first thing is you're going to decide when you decide to OK, I'm going to open my own business. First thing you got to do is you come up with a name number one mistake I made research your name when I created my name for my business. I had literally, when I opened, i had just been grooming six months and I had been working with a groomer and she lost her shop. </w:t>
      </w:r>
      <w:r>
        <w:br/>
      </w:r>
    </w:p>
    <w:p w:rsidR="00E15ECB" w:rsidRDefault="00000000">
      <w:r>
        <w:t xml:space="preserve">And so then I'm like, OK if I'm going to do this, I might as well just do it myself, which is a lot, what a lot of groomers think. So I decided, OK I'm going to open. I had learned grooming and training and boarding. So I kind of wanted something that was going to you know, OK i want to incorporate, you know, grooming and training what could I really do with that okay. I wanted to be a little more. I didn't think about what upscaling and things like that. So I thought, okay, I want to do something with training and grooming. </w:t>
      </w:r>
      <w:r>
        <w:br/>
      </w:r>
    </w:p>
    <w:p w:rsidR="00E15ECB" w:rsidRDefault="00000000">
      <w:r>
        <w:t xml:space="preserve">So then I came up with classy canine because of classes for training and then classy for the kind of grooms I wanted to do. Well, as you know, there are tons of classy canines out there, so you want to make sure that you are researching a name. So that was the first mistake I made. I didn't research it and of course there's a classy cans i'm just over the other town and now I'm getting phone calls for them. They get phone calls for us. People show up in our shop wanting their shop and we have nothing to do with one another. </w:t>
      </w:r>
      <w:r>
        <w:br/>
      </w:r>
    </w:p>
    <w:p w:rsidR="00E15ECB" w:rsidRDefault="00000000">
      <w:r>
        <w:t xml:space="preserve">So always make sure that you research your name and then make sure that you are looking at a When you are looking at a name, portray the name that you want to the clientele that you want. So if you're there's a lot of different names out there that you can work at and some of those names can be like we know of a salon called Laundromat OK so what kind of clientele are they going to get they're going to get, you know, they want, the mutts are going to go there. </w:t>
      </w:r>
      <w:r>
        <w:br/>
      </w:r>
    </w:p>
    <w:p w:rsidR="00E15ECB" w:rsidRDefault="00000000">
      <w:r>
        <w:t xml:space="preserve">You have somewhere called, you know, posh putts. What kind of clientele are they going to get? They're going to get the kind of dogs that have more upscale cuts and things that they </w:t>
      </w:r>
      <w:r>
        <w:lastRenderedPageBreak/>
        <w:t xml:space="preserve">want. So think about the name Okay. Now what is the difference between brand identity and logo? A logo is a subsidy of subset of your brand identity. So there's a lot of different ways that you can go about a logo. A logo is basically a sticker you put on your brand on a brand name. </w:t>
      </w:r>
      <w:r>
        <w:br/>
      </w:r>
    </w:p>
    <w:p w:rsidR="00E15ECB" w:rsidRDefault="00000000">
      <w:r>
        <w:t xml:space="preserve">Now when I picked my logo against date number two i went to Vista print. You know, I just wanted to get some business cards to get out there and pass out. So I went to Vista Print. I picked out a pet friendly logo, you know, kind of thing, and that kind of became my logo. I never really put any type of logo to it. It's literally just paw prints that are primary colors. So that was mistake number two. There's lots of different opportunities out there to do logos. Lot of different companies out there will make logos. You can go to a app that is called or a website that's called Fiber, it's FIVR and they will, you can literally hire different people to build the logo that you want and then you get so many modifications that you can make to the logo that they make. </w:t>
      </w:r>
      <w:r>
        <w:br/>
      </w:r>
    </w:p>
    <w:p w:rsidR="00E15ECB" w:rsidRDefault="00000000">
      <w:r>
        <w:t xml:space="preserve">So make something unique that people are going to recognize when you make your logo. So where do we even start? The missing piece like we said is you okay, you are the brand, your what you everything that you do once you start your business from that point on everything you do and you say is your brand. When I started out, i went and got my license and got my business cards and I literally went knocking on door to door around my neighborhood because I started in the back bedroom of my house and started from there. </w:t>
      </w:r>
      <w:r>
        <w:br/>
      </w:r>
    </w:p>
    <w:p w:rsidR="00E15ECB" w:rsidRDefault="00000000">
      <w:r>
        <w:t xml:space="preserve">So I went around the neighborhood knocking on the doors, giving out my card, saying hey, I'm right down the road. I'm just starting to groom dogs down there. And then I went to area vets and went and talked to them, gave them, you know, a few cards and said, you know, I'm a new groomer, just starting out my own business and sat and had a conversation with them about, you know, some of the practices they liked. Now one of the big things, it was ear pic ear plucking because ear plucking you tend to some vets are like Oh yeah, all dog you know any dog that has it needs to be plucked that on the breeze that do it. </w:t>
      </w:r>
      <w:r>
        <w:br/>
      </w:r>
    </w:p>
    <w:p w:rsidR="00E15ECB" w:rsidRDefault="00000000">
      <w:r>
        <w:t xml:space="preserve">And then you have the vets that say Oh no because you're going to create a infection if you do it. So I had conversations with them about ear plucking you know what do you think about it what are, what are your practices, what do you say needs to be done so that I knew to also what the vets were expecting and I could keep up with that and then they also then also, I mean it wasn't just coming in and introducing in myself, it was trying to in it. I kept the conversation short because they're busy too, but I was able to at least to open dialogue with them and have a true conversation and they got to know me a little bit. </w:t>
      </w:r>
      <w:r>
        <w:br/>
      </w:r>
    </w:p>
    <w:p w:rsidR="00E15ECB" w:rsidRDefault="00000000">
      <w:r>
        <w:t xml:space="preserve">So a lot of my business started with the vet referrals. My local vet that I had used had sent me a lot of referrals and then once they started it was word of mouth and I didn't have to do </w:t>
      </w:r>
      <w:r>
        <w:lastRenderedPageBreak/>
        <w:t xml:space="preserve">a whole lot of advertising. So it's always you are the piece that starts. So kind of touching more on going a little more in depth on what it what is in the name you know we talk about Pamper pooch versus mud cuts. </w:t>
      </w:r>
      <w:r>
        <w:br/>
      </w:r>
    </w:p>
    <w:p w:rsidR="00E15ECB" w:rsidRDefault="00000000">
      <w:r>
        <w:t xml:space="preserve">What are you going to get when you're talking pamper pooch you're going to get your breed cuts hopefully you're going to get those clients that are higher and that are going to take more care of your of their pots. Whereas you know if you like doing that the doodles and you know where I'm at I'm in farm country tell you a little bit about where I'm at I have I'm in the middle I'm in Michigan, lower middle Michigan where we have in my town we have no four way stop no four way light and we have Amish buggies everywhere. </w:t>
      </w:r>
      <w:r>
        <w:br/>
      </w:r>
    </w:p>
    <w:p w:rsidR="00E15ECB" w:rsidRDefault="00000000">
      <w:r>
        <w:t xml:space="preserve">So we have a lot of farm dogs that are just shaved outs. Now, does that mean that if you name mutt cuts, you're not going to get high iron dogs no, of course not. I mean my I am one of the reasons I also named my place classy canine was because I'm allergic to cats. So I wasn't. I had no and I had absolutely no nothing that I wanted to do with cats because I'm allergic to them. </w:t>
      </w:r>
      <w:r>
        <w:br/>
      </w:r>
    </w:p>
    <w:p w:rsidR="00E15ECB" w:rsidRDefault="00000000">
      <w:r>
        <w:t xml:space="preserve">So that's another reason I would i decided on classy canine because they I wanted it out there that I was only doing canines. Of course I got the occasional cat. Cat calls and told them no, I'm not doing them now. I have changed since then because I have my daughter who has come in and started to groom for me and now she does cats, but I don't. So it doesn't mean that you're locked in on something it you're it's a brand, is a living document. It's something that is always going to be revolving and changing and you it's up to you to drive where that's going. </w:t>
      </w:r>
      <w:r>
        <w:br/>
      </w:r>
    </w:p>
    <w:p w:rsidR="00E15ECB" w:rsidRDefault="00000000">
      <w:r>
        <w:t xml:space="preserve">So when we pick names, we're picking something that is going to portray what we want out to come in. What kind of customer are you trying to pull into your business? And it is the whole thing kind of fits as a puzzle and it's putting all those pieces of the puzzle together because now when we go into logo, now you're bringing in your logo into your name. So does it fit does the logo fit your brand? If you have a nice, stylish, you know, pampered pets, OK so there's different brands, that different kinds of things that we can do to make that brain, that logo a little more posh. </w:t>
      </w:r>
      <w:r>
        <w:br/>
      </w:r>
    </w:p>
    <w:p w:rsidR="00E15ECB" w:rsidRDefault="00000000">
      <w:r>
        <w:t xml:space="preserve">Whereas if you're going with like laundromats or something, then you're going to you can always make it in a way that is going to fit the brand name that you have okay like on a on a peppered pots maybe you have a picture of a poodle with its hair up and all fancy and ready to go out on the town, Whereas laundromats is going to be, you know a nice cartoony clean pot. So you want it to be clear and concise with because you got to remember that when these people see this your logo, it's got to make a mental image for them it you want to have that logo so that it taste that picture in their head so they know exactly where you are and </w:t>
      </w:r>
      <w:r>
        <w:lastRenderedPageBreak/>
        <w:t xml:space="preserve">what you portray. </w:t>
      </w:r>
      <w:r>
        <w:br/>
      </w:r>
    </w:p>
    <w:p w:rsidR="00E15ECB" w:rsidRDefault="00000000">
      <w:r>
        <w:t xml:space="preserve">But a lot of people like to is the font legible a lot of people like to go with this really fancy pretty font. But is it something that somebody can read in a second, smoke, moment, notice, because as it's driving past them in a on your car or something, are they going to be able to read it quickly because you want it to be legible because it's not always going to be handing them a card or have to be able to see it quickly and remember it so. And then does your color scheme match your brand? So we're going to go into colors a little bit and explain what how colors can work with your brand. </w:t>
      </w:r>
      <w:r>
        <w:br/>
      </w:r>
    </w:p>
    <w:p w:rsidR="00E15ECB" w:rsidRDefault="00000000">
      <w:r>
        <w:t xml:space="preserve">When we think of colors create emotions or they make you think of something because just like on our faucets, red is hot, blue is cold. So that we're not reading it, we just see a color and it. We know what it is. Well our colors can creating lotion. Some of these are in this these are all marketing. So the emotion for red would be strength, passion, excitement. And when you think about it, I mean when you think of red, you think of what Cocacola target things like this. So you I could throw out colors out there and you could tell me a logo that has that color in it. </w:t>
      </w:r>
      <w:r>
        <w:br/>
      </w:r>
    </w:p>
    <w:p w:rsidR="00E15ECB" w:rsidRDefault="00000000">
      <w:r>
        <w:t xml:space="preserve">And then so we want to make sure that when we create the brands which might have both red, green and blue okay. So I am creating hopefully you know within that when you think of blue, you think of loyalty, you think of trust, you think of intelligence and you know for Dell things like that. Those are brands that we well a lot of people trust in. So it's something that you know, pay attention to the colors that you're using. Yellow is intelligent joy energy. Mcdonald's when they when it those kids see that they don't even know. </w:t>
      </w:r>
      <w:r>
        <w:br/>
      </w:r>
    </w:p>
    <w:p w:rsidR="00E15ECB" w:rsidRDefault="00000000">
      <w:r>
        <w:t xml:space="preserve">A lot of times they won't even know what their letters to know that's an M yet. But they'll know the yellow and they'll see that and they what do they do they get excited about it. They get cheerful they get happy, ready to go to McDonald's. So those colors mean a lot. You see green, the green, the Starbucks is growth and safety, and so we're going to pay a lot. So red is, you know, power it's a confidence, energy, desire, romance. Think of Nintendo, YouTube, Pinterest things like that orange is impulse and warm yellow portrays A cheerful optimistic fun hope creativity. So when you maybe you pick yellow for creativity and red for bold and your passion and maybe if you're wanting to do a high end, maybe have some purple in there for royalty and nobility. </w:t>
      </w:r>
      <w:r>
        <w:br/>
      </w:r>
    </w:p>
    <w:p w:rsidR="00E15ECB" w:rsidRDefault="00000000">
      <w:r>
        <w:t xml:space="preserve">So that's how you can incorporate these colors within your logo. So when you create a logo, don't just hand but somebody thing over and say this is what I want, Let them know, hey, I want the these colors in it, I want these shades in it and let them know exactly what it is that you're wanting. Tagline Why? Why would we want that? It's a quick and easy way to explain the value of your business. And then some of them are like my tagline is again mistake </w:t>
      </w:r>
      <w:r>
        <w:lastRenderedPageBreak/>
        <w:t xml:space="preserve">number three is home is where their pet is. </w:t>
      </w:r>
      <w:r>
        <w:br/>
      </w:r>
    </w:p>
    <w:p w:rsidR="00E15ECB" w:rsidRDefault="00000000">
      <w:r>
        <w:t xml:space="preserve">And of course that is a widely used for saying and phrase. And it I picked it because I wanted them to feel like when they bring their pet here, it's home to their pet and I wanted them to think of and we and we say it all the time because this is part of our brand, is that we want the dogs to pull you in when you come here and not out. So and that we do have a lot of that and that's why we want that's why we've incorporated that into our business and that's what our tagline is home is where the dog is because I want them to feel that this is a home for their dog because we do boarding also we do daycare. </w:t>
      </w:r>
      <w:r>
        <w:br/>
      </w:r>
    </w:p>
    <w:p w:rsidR="00E15ECB" w:rsidRDefault="00000000">
      <w:r>
        <w:t xml:space="preserve">So I wanted to make sure that it was incorporated in as a home feeling. Now would you make it tag like that? Something like home is where you know where the dog is. Then you have to make that feeling within your salon too. Pull that into the salon atmosphere. I have a couch in my lobby i have, you know, things that make it homey instead of being, you know, a more higher end where it's more of a you see some, you see pictures of these salons that are very fancy and everything and they have the higher, the higher end aesthetics going on in their lobbies. </w:t>
      </w:r>
      <w:r>
        <w:br/>
      </w:r>
    </w:p>
    <w:p w:rsidR="00E15ECB" w:rsidRDefault="00000000">
      <w:r>
        <w:t xml:space="preserve">Whereas mine is more homey because I wanted it to be like the dog's second home. So when you when you are doing this, you have to kind of bring everything. Like I said, it's a piece of a puzzle. You have to bring all the pieces together and put them together but they should all connect and they should all be within that brand identity that you want. So uniforms, do we need them? Yes, I say that uniforms are very nice because they give every date their number one date they're going to show professionalism that it's not just a bunch of people picking up tools. </w:t>
      </w:r>
      <w:r>
        <w:br/>
      </w:r>
    </w:p>
    <w:p w:rsidR="00E15ECB" w:rsidRDefault="00000000">
      <w:r>
        <w:t xml:space="preserve">And I'm not just the person that flips your dog. So we make sure and so I always make sure that we have uniforms. They always have my logo on them and they follow the colors within my brand, my logos. The colors give them the logos so that you can again bring everything together in that puzzle now depending on what kind of brand you're creating on what kind of uniform you want. </w:t>
      </w:r>
      <w:r>
        <w:br/>
      </w:r>
    </w:p>
    <w:p w:rsidR="00E15ECB" w:rsidRDefault="00000000">
      <w:r>
        <w:t xml:space="preserve">So, and I started out with just mocks with my logo printed on them or embroidered on them. Now as we talk, you can change your brain. Like I said, you can change what you're branding. Because as I got further down the years of having my business, we kind of went to a more upscale process and I changed our uniforms to match that. I'm still within that homey atmosphere, but we're a little more upscale homie now where at you know, like what we do is I have Lady Bird aprons and we wear button up three quarter shirts underneath with the grooming leggings. </w:t>
      </w:r>
      <w:r>
        <w:br/>
      </w:r>
    </w:p>
    <w:p w:rsidR="00E15ECB" w:rsidRDefault="00000000">
      <w:r>
        <w:lastRenderedPageBreak/>
        <w:t xml:space="preserve">So it looks professional. It's looks very nice. The aprons are very easy that if you have a, you know, a dirty dog come in and you can still do everything that you need to. And when that afternoon gets dirty, you can easily switch it out for another one. So we have extra aprons at the shop with our logo on it and we're able to just switch it out and continue the day without looking messy. So and then we always have extras on hand, so logo, so uniforms. When I first opened up my daycare, I had referee, you know, shirts for all my people that did daycare because I thought, you know, okay. </w:t>
      </w:r>
      <w:r>
        <w:br/>
      </w:r>
    </w:p>
    <w:p w:rsidR="00E15ECB" w:rsidRDefault="00000000">
      <w:r>
        <w:t xml:space="preserve">So it's they're playing and we have a referee out there and people like that they thought it was cute. So uniforms, I believe are important. If it's just you and you don't want to wear a uniform, that's fine. It's not. You don't have to have uniforms, but always make sure that you're looking professional and you're looking up with your brand. We even make uniforms for our dog loop. His collar is made with the with the logo on it and he wears the tags he wears in a name tag at the shows too. So we when we have our logo and we put. </w:t>
      </w:r>
      <w:r>
        <w:br/>
      </w:r>
    </w:p>
    <w:p w:rsidR="00E15ECB" w:rsidRDefault="00000000">
      <w:r>
        <w:t xml:space="preserve">When I started out I had my logo on everything. It was on my car it was on. I had shirts that was basically all I was wearing was my shirts with my logo on it. I had hats made. I had jackets for everybody that was in my shop because as they wear them out and about then that's getting your name out there. But now on the other hand too, if you have employees that are wearing your jackets, your hats and your shirts and things, be aware that if they're out there and doing unsavory things, that is also going to reflect on your brand. </w:t>
      </w:r>
      <w:r>
        <w:br/>
      </w:r>
    </w:p>
    <w:p w:rsidR="00E15ECB" w:rsidRDefault="00000000">
      <w:r>
        <w:t xml:space="preserve">So if you have somebody who likes to go to the bar and they're wearing your jacket, just think about how that's going to reflect on your brand because somebody's going to see that logo if they're being loud or obnoxious or something, and it reflects on to you. So everything that happens with your brand on it is going to reflect on to your business. So steps of making a brand according to Forbes, first we need to craft and make your brand vision. </w:t>
      </w:r>
      <w:r>
        <w:br/>
      </w:r>
    </w:p>
    <w:p w:rsidR="00E15ECB" w:rsidRDefault="00000000">
      <w:r>
        <w:t xml:space="preserve">What do you want out of your business? Decide what you're going to be named for. So mine is like I said evolved because it is a living breathing thing, your brand. And I can remember doing flea ridden the first, the first flea dog I ever got. I put the dog in the tub and I started to wash it and it was just, I mean rinsing out blood. I thought the dog was bleeding somewhere and I couldn't find it and I knew it had just been to the vet And because I had that relationship with the vets already, I was able to call the vet and he says no, it's the fleas. </w:t>
      </w:r>
      <w:r>
        <w:br/>
      </w:r>
    </w:p>
    <w:p w:rsidR="00E15ECB" w:rsidRDefault="00000000">
      <w:r>
        <w:t xml:space="preserve">And explained to me the whole flea process and that when you once it hits water, hits flea poop, it turns back to blood. So gave it a flea bath and everything and got that all cleaned up. But those were the types of dogs that I was getting at the beginning as I was getting all those dogs that other groomers didn't want. And now it's come to the point where I'm scheduling, you know, out into November, December, now the end of November, beginning of December </w:t>
      </w:r>
      <w:r>
        <w:lastRenderedPageBreak/>
        <w:t xml:space="preserve">and I'm able to pick more of what I want i'm not doing every dog that comes into the door like I used to and I'm able to pick, you know, I have people, I have the other groomers there were there was a Scotty breeder that wanted to hand strip and one of the other groomers actually sent them to me saying that no, you know what, this is the groover you want because that's what I'm getting known for is for those breed cuts now. </w:t>
      </w:r>
      <w:r>
        <w:br/>
      </w:r>
    </w:p>
    <w:p w:rsidR="00E15ECB" w:rsidRDefault="00000000">
      <w:r>
        <w:t xml:space="preserve">So if they're wanting those three cuts now my brand has kind of evolved into those breeds and being able to do those breed cuts. So define your audience who do you want to attract? Like I said at first, when I first started I was doing anybody who would call and walk in the door. Now is that the right thing to do? That is up to you because it is a you are going to define what you want out of your brand, what you want to be known for. </w:t>
      </w:r>
      <w:r>
        <w:br/>
      </w:r>
    </w:p>
    <w:p w:rsidR="00E15ECB" w:rsidRDefault="00000000">
      <w:r>
        <w:t xml:space="preserve">So that is up to how you want to brand your business. Now develop that consistent message. So always make sure that you're. That's why we do, you know, make sure you make price sheets because you want to be consistent. You don't want to have somebody getting one price, then somebody else calls and you're giving them a different price. Be consistent with all your messages and how you're doing things. Make sure that you have your policies and procedures in place so that everything is consistent. Be authentic, be honest with people and let them. If you don't want to do something for a reason, just let them know, because that is when you just start telling people different stories. </w:t>
      </w:r>
      <w:r>
        <w:br/>
      </w:r>
    </w:p>
    <w:p w:rsidR="00E15ECB" w:rsidRDefault="00000000">
      <w:r>
        <w:t xml:space="preserve">People talk and then that's going to become part of your brand is if you're telling people different things, it's going to be part of your brand, that people aren't going to be able to come to you to have a clear message, create your own website. Now, when I say create your own website, that doesn't mean you have to go on it and build it complete yourself. There are people that'll do that but when you're building it, you need to be have your hands on because you want to have your brand it's what everybody's going to see when they go on. </w:t>
      </w:r>
      <w:r>
        <w:br/>
      </w:r>
    </w:p>
    <w:p w:rsidR="00E15ECB" w:rsidRDefault="00000000">
      <w:r>
        <w:t xml:space="preserve">They see your brand out there and they see your logo out there. That's we know that's where people are going to go they're going to go straight to their computer and they're either going to look you up or they're going to do a general search. So you have to make sure that your website is on brand and that it's very clear about what you do and what your expectations are of your clients. And then build your social media with this. That is also going to be reviews are a big part of what your brand is. </w:t>
      </w:r>
      <w:r>
        <w:br/>
      </w:r>
    </w:p>
    <w:p w:rsidR="00E15ECB" w:rsidRDefault="00000000">
      <w:r>
        <w:t xml:space="preserve">If you have bad review, always follow up with a person and see if you can rectify it. That is good with for your brand because we don't people will talk quicker about negative than they will about positive. So we want to make sure that they you're out there and you're at least trying to rectify what people think are wrong is wrong now that sometimes you're </w:t>
      </w:r>
      <w:r>
        <w:lastRenderedPageBreak/>
        <w:t xml:space="preserve">going to get bad reviews. I had a client that was it was a Husky and they brought it in. </w:t>
      </w:r>
      <w:r>
        <w:br/>
      </w:r>
    </w:p>
    <w:p w:rsidR="00E15ECB" w:rsidRDefault="00000000">
      <w:r>
        <w:t xml:space="preserve">It was not knotted, but pelted all the way to the skin, wasn't going to get water to penetrate. So we start. We talked to him about the difference between shaving and what can happen in all this with the double coat and everything, and they decided to demap. So we kind of went to work with some things that we could do and got the dog in the tub. Because it was a dog that was jumping in the swamp, so it had, you know, kind of sludge on it and we cleaned it off, started demanding 2 hours in with two groomers and the dogs like, I'm done with this. </w:t>
      </w:r>
      <w:r>
        <w:br/>
      </w:r>
    </w:p>
    <w:p w:rsidR="00E15ECB" w:rsidRDefault="00000000">
      <w:r>
        <w:t xml:space="preserve">It was getting upset. So we stopped and called them, told them that we weren't able to finish and we needed to set up another appointment. So we decided to come in on a day off to finish this dog, which mind you is 2 days later. Well in that two days she had allowed the dog to jump back in the swamp and we were back to square one for same thing. Got it cleaned up, started it and the dog got upset. </w:t>
      </w:r>
      <w:r>
        <w:br/>
      </w:r>
    </w:p>
    <w:p w:rsidR="00E15ECB" w:rsidRDefault="00000000">
      <w:r>
        <w:t xml:space="preserve">Had to call it, call her and tell her we can't finish it, we're going to have to schedule another one. Well, she gets onto social media and she types out a review saying how horrible you are and everything. And we put our response to it and she deleted it because she didn't want us to respond to it. She gets back on after deleting it and post it again. So we did. We responded again and she deleted it. Well, after the third time of this, we blocked her on social media because we weren't getting anywhere. And so then she went to other the other avenues of Yelp and things like that. </w:t>
      </w:r>
      <w:r>
        <w:br/>
      </w:r>
    </w:p>
    <w:p w:rsidR="00E15ECB" w:rsidRDefault="00000000">
      <w:r>
        <w:t xml:space="preserve">So what I say is what you need to make when you build your brand. Make sure that you're not just leaving it. Get on the computer and make sure you're doing Google searches of yourself, because there I did it just probably a month ago. My husband who works with me, he usually does it because I'm traveling. But I just got on a month ago and I found sites that I didn't even know existed that have reviews of my business on it. </w:t>
      </w:r>
      <w:r>
        <w:br/>
      </w:r>
    </w:p>
    <w:p w:rsidR="00E15ECB" w:rsidRDefault="00000000">
      <w:r>
        <w:t xml:space="preserve">And it wasn't necessarily bad. They weren't bad reviews, but I did not know that they were out there. So you always want to make sure that you're constantly checking how many reviews are out there and what those reviews are. And if you can reply to him the bad reviews, make sure you're playing, replying to those bad reviews especially. But you know it's nice to get just to say thank you for visiting or whatever when they're good reviews too. We enjoyed seeing you can't wait to see you again. Something simple as that can go a long way also. So those are the types of things that you want to remember. So some of the things that we want to remember is that we want to always make sure that when we go into branding things, the first and foremost is that we're going to create that name. </w:t>
      </w:r>
      <w:r>
        <w:br/>
      </w:r>
    </w:p>
    <w:p w:rsidR="00E15ECB" w:rsidRDefault="00000000">
      <w:r>
        <w:lastRenderedPageBreak/>
        <w:t xml:space="preserve">And that name is going to pick, make a picture within a person's in it fit in their mind. And what that name and that logo portray is that entire brand branding is so much more than what it is for just a name and a logo. It is a lot of everything you do say what your people do and say what they see when they come in the door. Because when you read reviews too, you'll see a lot of, well, I saw hair bunnies all over. Hair bunnies yes, they're going to happen in a salon, but are we doing, is that what we're doing for our branch? So typically I would ask as what kind what brands do you have already what brand ideas do you have already? So I'm going to open up the chat. </w:t>
      </w:r>
      <w:r>
        <w:br/>
      </w:r>
    </w:p>
    <w:p w:rsidR="00E15ECB" w:rsidRDefault="00000000">
      <w:r>
        <w:t xml:space="preserve">How important is to have a website okay. So if it is, it's it is not. I don't have a website. I only have social media and honestly, we're not very good at doing our social media right now. I in fact, I just talked to my nephew and he's going to be taking over my social media because I know that I am falling down on my social media and it is something that needs to be kept up. </w:t>
      </w:r>
      <w:r>
        <w:br/>
      </w:r>
    </w:p>
    <w:p w:rsidR="00E15ECB" w:rsidRDefault="00000000">
      <w:r>
        <w:t xml:space="preserve">When you had it, if you've only been open a year, then at this at this point within your social media. When I opened my social media, I was posting every dog I did every day. At the end of the day, I had pictures of every dog and I was posting pictures of every dog that I did. Now it gets to you know, we're doing so many dogs a day, we can't do that. </w:t>
      </w:r>
      <w:r>
        <w:br/>
      </w:r>
    </w:p>
    <w:p w:rsidR="00E15ECB" w:rsidRDefault="00000000">
      <w:r>
        <w:t xml:space="preserve">And I don't feel that it's right to just pick and choose because then it's like when you are only posting certain dogs, it's, well, wasn't my dog cute enough to post? Or where's the picture of my dog from yesterday? So I always at the beginning it's an all for me it was an all or nothing. If I couldn't post all the dogs then i wouldn't post now. The other thing that I did is that I did like festivals and things like that. So i would post, you know, while we were at the, you know, festivals and doing demos, things like that. </w:t>
      </w:r>
      <w:r>
        <w:br/>
      </w:r>
    </w:p>
    <w:p w:rsidR="00E15ECB" w:rsidRDefault="00000000">
      <w:r>
        <w:t xml:space="preserve">Make sure that you're posting where you're going to, you know, if you're going to be out and about it at a festival, make sure you're posting about that. And if you're running out of new faces to do, then switch it up and start doing like scenes. I'm sure you have seen where people make, you know make like a little spot that you can do like Halloween it's coming up, so start doing Halloween pictures and change it up that way if you have a lot of the same regulars. So it's it may be a new face but it's a new thing and as you change up those things it's going it's going to constantly refresh too and then it's also drawing people to your website because it is they want to see what thing you have going at that point other things is like part of my you know like I said brand is everything it's all-encompassing So I have what I've done also too is like my bows and bandanas. </w:t>
      </w:r>
      <w:r>
        <w:br/>
      </w:r>
    </w:p>
    <w:p w:rsidR="00E15ECB" w:rsidRDefault="00000000">
      <w:r>
        <w:t xml:space="preserve">I've gotten to where I am able to buy higher end bows and bandanas and what I do is I put them out in my lobby and I have them all set out there. And that way I'm not giving bows </w:t>
      </w:r>
      <w:r>
        <w:lastRenderedPageBreak/>
        <w:t xml:space="preserve">and bandanas to dogs that are going to go home and throw them away. So I'm able to, you know, get iron ONS and put my logo on the bandanas and stuff so that I'm number one, I'm saving myself some money that way. And number two, they're being able to pick out what they want so that they're more than those that are picking it out to keep it are going to be able to pick what they want. </w:t>
      </w:r>
      <w:r>
        <w:br/>
      </w:r>
    </w:p>
    <w:p w:rsidR="00E15ECB" w:rsidRDefault="00000000">
      <w:r>
        <w:t xml:space="preserve">But changing things up like that all the time helps your brand too. Because it it's like I said, it's an All in all encompassed, constantly living, breathing entity is your brand. And that brand is going to change as you evolve and as your grooms evolve because just being grooming a year now, you're going to get better and better, especially doing things like this, furthering your education. </w:t>
      </w:r>
      <w:r>
        <w:br/>
      </w:r>
    </w:p>
    <w:p w:rsidR="00E15ECB" w:rsidRDefault="00000000">
      <w:r>
        <w:t xml:space="preserve">Then you're going to see things change and that brand changes with you. So do we have any other questions make sure that you're going across social medias too. And it helps when you're first starting out, All right so if anybody has questions that is watching this later just you know repeat your contact information, I am, I'll put it back up. So that's my contact information. And make sure that would you start out? Go to your local court system, your registry, and make sure that you're registering your name once you pick it. Okay Maria love the information of the colors, yes? And it is surprising because you don't think about how colors portray what emotions they it brings to us. </w:t>
      </w:r>
      <w:r>
        <w:br/>
      </w:r>
    </w:p>
    <w:p w:rsidR="00E15ECB" w:rsidRDefault="00000000">
      <w:r>
        <w:t xml:space="preserve">But it really does, it impacts a lot and then people don't realize it. So, yeah. And that you know, that's why we pick, that's why we have our favorite colors because our favorite colors portray a lot of our personality. And you know my favorite color is blue because I am. And it when you those people who know me know that i am a lot about loyalty. I have a lot of loyalty to people and those people that I am loyal to, I am loyal to the end. And that and that. And that's probably why I'm drawn to that color blue. What's your favorite color? mary. Blue and yellow yeah. </w:t>
      </w:r>
      <w:r>
        <w:br/>
      </w:r>
    </w:p>
    <w:p w:rsidR="00E15ECB" w:rsidRDefault="00000000">
      <w:r>
        <w:t xml:space="preserve">And I know you're i know you have huge loyalty to people. Those people you're loyal to, you are loyal to. And I also want to make mention I have changed my logo three times over the years yeah. For my mobile grooming business, my for positive educational training, that logo has changed twice yeah and what you it people talk about rebranding and rebranding people are like it's the death of you. And it's not so much the death of people when you rebrand it, but you are think you remember you are taking a couple steps back to rebuild what your brand is when you rebrand so if when you look at it like that don't be afraid of rebranding if you're really looking at changing what you want out of out of your business. </w:t>
      </w:r>
      <w:r>
        <w:br/>
      </w:r>
    </w:p>
    <w:p w:rsidR="00E15ECB" w:rsidRDefault="00000000">
      <w:r>
        <w:t xml:space="preserve">You know what i look at it like this way all right. So there's two ways you can run a business you could have the business where you're your business is tied to you or you are tied to </w:t>
      </w:r>
      <w:r>
        <w:lastRenderedPageBreak/>
        <w:t xml:space="preserve">your business, right? If you are tied to your business, things just never change. But if your business is tied to you when you change and you evolve and you grow, then your business should be able to reflect them and change how it appears like I said, I rebranded my mobile grooming business three times because the first time i did it. </w:t>
      </w:r>
      <w:r>
        <w:br/>
      </w:r>
    </w:p>
    <w:p w:rsidR="00E15ECB" w:rsidRDefault="00000000">
      <w:r>
        <w:t xml:space="preserve">You know what i didn't know anything about branding, OK? And I was attracting the, for me the wrong clientele and I needed to change that once I changed my branding and everything that went into it I was attracting the right people for me and that that's one thing is you know we went and most of us when we do start we don't know about branding. I didn't know anything about branding and I like I said I made a ton of mistakes when I branded and so now it it's I'm having I'm yeah I've rebranded and I looked at changing I've redone logos I've redone I. The only thing I haven't changed is the name and that's not saying you can't you can't outright change your name once you picked it either if it's no longer if and i like the way you said that you're either tied to your business or your business is tied to you and it should always be tied to you it should never be you tied to the business or you're going to get burn out real quick okay. </w:t>
      </w:r>
      <w:r>
        <w:br/>
      </w:r>
    </w:p>
    <w:p w:rsidR="00E15ECB" w:rsidRDefault="00000000">
      <w:r>
        <w:t xml:space="preserve">And when you're tied to your business, you don't make the changes your business needs to make. So there's no evolution, there's no growth all right, So make your business a reflection of you and just remember it and it's not just a reflection of you, it's anybody within your business. Yes, it's all your employees and everything, too. So it's also important to attract the right kind of employees that fit with your you and your brand. And minnie's going to be discussing that next when she talks about how do you get rid of toxicity in the workplace. </w:t>
      </w:r>
      <w:r>
        <w:br/>
      </w:r>
    </w:p>
    <w:p w:rsidR="00E15ECB" w:rsidRDefault="00000000">
      <w:r>
        <w:t xml:space="preserve">So we'll see everybody thank you, Mindy. Thank you. We'll see everybody in a half hour. I don't know. </w:t>
      </w:r>
      <w:r>
        <w:br/>
      </w:r>
    </w:p>
    <w:sectPr w:rsidR="00E15ECB"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D4C4E" w:rsidRDefault="00BD4C4E">
      <w:pPr>
        <w:spacing w:after="0" w:line="240" w:lineRule="auto"/>
      </w:pPr>
      <w:r>
        <w:separator/>
      </w:r>
    </w:p>
  </w:endnote>
  <w:endnote w:type="continuationSeparator" w:id="0">
    <w:p w:rsidR="00BD4C4E" w:rsidRDefault="00BD4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15ECB" w:rsidRDefault="00000000">
    <w:pPr>
      <w:pStyle w:val="Footer"/>
      <w:jc w:val="center"/>
    </w:pPr>
    <w:r>
      <w:t xml:space="preserve">Page </w:t>
    </w:r>
    <w:r>
      <w:fldChar w:fldCharType="begin"/>
    </w:r>
    <w:r>
      <w:instrText>PAGE</w:instrText>
    </w:r>
    <w:r w:rsidR="00E9603A">
      <w:fldChar w:fldCharType="separate"/>
    </w:r>
    <w:r w:rsidR="00E9603A">
      <w:rPr>
        <w:noProof/>
      </w:rPr>
      <w:t>1</w:t>
    </w:r>
    <w:r>
      <w:fldChar w:fldCharType="end"/>
    </w:r>
    <w:r>
      <w:t>/</w:t>
    </w:r>
    <w:r>
      <w:fldChar w:fldCharType="begin"/>
    </w:r>
    <w:r>
      <w:instrText>NUMPAGES</w:instrText>
    </w:r>
    <w:r w:rsidR="00E9603A">
      <w:fldChar w:fldCharType="separate"/>
    </w:r>
    <w:r w:rsidR="00E9603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D4C4E" w:rsidRDefault="00BD4C4E">
      <w:pPr>
        <w:spacing w:after="0" w:line="240" w:lineRule="auto"/>
      </w:pPr>
      <w:r>
        <w:separator/>
      </w:r>
    </w:p>
  </w:footnote>
  <w:footnote w:type="continuationSeparator" w:id="0">
    <w:p w:rsidR="00BD4C4E" w:rsidRDefault="00BD4C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04648558">
    <w:abstractNumId w:val="8"/>
  </w:num>
  <w:num w:numId="2" w16cid:durableId="1569001682">
    <w:abstractNumId w:val="6"/>
  </w:num>
  <w:num w:numId="3" w16cid:durableId="1743680775">
    <w:abstractNumId w:val="5"/>
  </w:num>
  <w:num w:numId="4" w16cid:durableId="1879273063">
    <w:abstractNumId w:val="4"/>
  </w:num>
  <w:num w:numId="5" w16cid:durableId="2004771762">
    <w:abstractNumId w:val="7"/>
  </w:num>
  <w:num w:numId="6" w16cid:durableId="1267545791">
    <w:abstractNumId w:val="3"/>
  </w:num>
  <w:num w:numId="7" w16cid:durableId="1501583981">
    <w:abstractNumId w:val="2"/>
  </w:num>
  <w:num w:numId="8" w16cid:durableId="1024937374">
    <w:abstractNumId w:val="1"/>
  </w:num>
  <w:num w:numId="9" w16cid:durableId="938948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AA1D8D"/>
    <w:rsid w:val="00B47730"/>
    <w:rsid w:val="00BD4C4E"/>
    <w:rsid w:val="00CB0664"/>
    <w:rsid w:val="00E15ECB"/>
    <w:rsid w:val="00E9603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34756BB0-F2AD-104E-B23C-82C268639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5068</Words>
  <Characters>28893</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33894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2023-09-24T19:47:00Z</dcterms:created>
  <dcterms:modified xsi:type="dcterms:W3CDTF">2023-09-24T19:47:00Z</dcterms:modified>
  <cp:category/>
</cp:coreProperties>
</file>