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D967FE" w:rsidRDefault="00000000">
      <w:pPr>
        <w:pStyle w:val="Title"/>
      </w:pPr>
      <w:r>
        <w:t>Business Set Up</w:t>
      </w:r>
    </w:p>
    <w:p w:rsidR="00D967FE" w:rsidRDefault="00D967FE"/>
    <w:p w:rsidR="00D967FE" w:rsidRDefault="00000000">
      <w:r>
        <w:rPr>
          <w:b/>
        </w:rPr>
        <w:t>Date</w:t>
      </w:r>
      <w:r>
        <w:t xml:space="preserve">    2023-09-24</w:t>
      </w:r>
    </w:p>
    <w:p w:rsidR="00D967FE" w:rsidRDefault="00D967FE"/>
    <w:p w:rsidR="00D967FE" w:rsidRDefault="00000000">
      <w:r>
        <w:t xml:space="preserve">OK so welcome to the last session for today for the Fall Business Summit tomorrow is a whole new day, so I'm teaching this one. I don't often teach on my own summits anymore, but you know what? But anyway, so this is like what I like to say. One of my driest, driest workshops I have. However, this one is very important. So one of the ones that I actually recommend watching over and over again. Now, however, I have added another workbook on the summit page. It's the one this is the workbook that goes specifically with this particular workshop okay so let's get this party going all right, so this is how you get a hold of me. </w:t>
      </w:r>
      <w:r>
        <w:br/>
      </w:r>
    </w:p>
    <w:p w:rsidR="00D967FE" w:rsidRDefault="00000000">
      <w:r>
        <w:t xml:space="preserve">If you have questions once this workshop is over, that is my cell phone where text me questions. I am very slowly to respond to email i will tell you that right now you can also find me on Facebook. I am not fussy with my friends and I'll always say it if you're unless you're a Nigerian friends, I'm going to accept your friend request. I could also find me on Pet Groomer Town Hall, so either message me on Facebook or send me a text is probably the two best ways to get a hold of it. </w:t>
      </w:r>
      <w:r>
        <w:br/>
      </w:r>
    </w:p>
    <w:p w:rsidR="00D967FE" w:rsidRDefault="00000000">
      <w:r>
        <w:t xml:space="preserve">All right, So what are we looking to accomplish today? Okay, I wanted to give you an understanding of your legal and your governmental responsibilities as a new business owner so you can make informed decisions to ensure the success of your venture. Okay, what we're going to cover today is we're going to cover the professionals you need and some resources, business structure, your governmental obligations and really what's important a business plan all right so let's start with your professionals. Okay, we are accountants accounting which is we'll talk about enrolled agent, bookkeeper, CPA, talk about in shift go into some of the legal and some banking. So let's talk about, let me just see what my slides are. </w:t>
      </w:r>
      <w:r>
        <w:br/>
      </w:r>
    </w:p>
    <w:p w:rsidR="00D967FE" w:rsidRDefault="00000000">
      <w:r>
        <w:t xml:space="preserve">I have such information on insurance, Okay. So let's start with accounting. There's three different types of accounting people you can have Okay. The first one is that something called an Enrolled Agent, right. So what an Enrolled Agent is they are, oops, don't want to do that. They are federally licensed tax professionals, right. And they who can represent taxpayers before the IRS when it comes to collections, audits and appeals. So in that way they're like a CPA that they can go with you to an audit, right. They are authorized by the Department of Treasury Circular two thirty regulations. They are granted unlimited </w:t>
      </w:r>
      <w:r>
        <w:lastRenderedPageBreak/>
        <w:t xml:space="preserve">practice and any kind of rights before the IRS okay and anything to do with business, Okay, any business set up that you have okay bookkeeping, right. </w:t>
      </w:r>
      <w:r>
        <w:br/>
      </w:r>
    </w:p>
    <w:p w:rsidR="00D967FE" w:rsidRDefault="00000000">
      <w:r>
        <w:t xml:space="preserve">Bookkeeping is transactional and administrative role that handles the daytoday stuff of reporting your business right? And bookkeepers can do day-to-day they can do week to week you could hire them for monthly whatever it is K They aren't required to be certified though K However there are associations one is called the American Institute of Professional Bookkeepers AIPB and the National Association of Certified Public Bookkeepers N a They offer certification. That's the only certification that is out there. When choosing A bookkeeper, get recommendations on it. Okay and do not give them access to your. It's not that you're giving them admin access to what's the term that the banks use the banks have a term where you're not giving them access to like move money around, but just access to see what's going on in your bank and that is what you want to be careful with okay. </w:t>
      </w:r>
      <w:r>
        <w:br/>
      </w:r>
    </w:p>
    <w:p w:rsidR="00D967FE" w:rsidRDefault="00000000">
      <w:r>
        <w:t xml:space="preserve">You could also like quick books. I use fresh books. You can also share that with your bookkeeper. Okay bookkeeper, if you don't like to do your books, can be an absolute lifesaver, right? For me, I'm a one person operation. Doing my books is not that big a deal, right if I had employees and had to deal with payroll and stuff, I would probably have a bookkeeper. Then there's a CPAA Certified Public Accountant and one that specializes in small businesses is what you want. </w:t>
      </w:r>
      <w:r>
        <w:br/>
      </w:r>
    </w:p>
    <w:p w:rsidR="00D967FE" w:rsidRDefault="00000000">
      <w:r>
        <w:t xml:space="preserve">There's lots of CP A's out there. The one you're looking for is one that specializes in small businesses. So a c p, a can also be a bookkeeper, but the bookkeeper cannot be a CPA all right, my CPAI do my books every week, and at the end of the year, I and my books over to my accountants and my CPA that is specializing in small business. Ok, And he will figure out what my quarterly taxes are for the upcoming year. </w:t>
      </w:r>
      <w:r>
        <w:br/>
      </w:r>
    </w:p>
    <w:p w:rsidR="00D967FE" w:rsidRDefault="00000000">
      <w:r>
        <w:t xml:space="preserve">And if I did not pay enough quarterly taxes, then how much do I owe for this year? Ok. Now what I generally do with my CPA is that before I make that last quarterly payment, I follow them up and I say, hey, this is what I've made, this isn't my expenses. Am I still on track? Because if you are not on track with your, there's a little bit of leeway that the state and the IRS will have and it is much okay that you can be off and not be fined and with or fined or interest added on to. </w:t>
      </w:r>
      <w:r>
        <w:br/>
      </w:r>
    </w:p>
    <w:p w:rsidR="00D967FE" w:rsidRDefault="00000000">
      <w:r>
        <w:t xml:space="preserve">So before the end of the year before I make that final payment, I make sure I'm still on track so that probably I'm not i'm not paying the government anymore than I have to OK And the reason I have a CPA who does my figures out my taxes is because that is what they do. I am not an accountant i am not the accounting software is mind boggling i don't care about that. </w:t>
      </w:r>
      <w:r>
        <w:br/>
      </w:r>
    </w:p>
    <w:p w:rsidR="00D967FE" w:rsidRDefault="00000000">
      <w:r>
        <w:lastRenderedPageBreak/>
        <w:t xml:space="preserve">I mean you and I can read tones on grooming and not be bored. My eyes will totally glaze over i will have no idea what they are saying it will take me forever to do my taxes and time is money. When I pay my CPA, I am. He's going to save me more in taxes he's going to pay for himself and I don't have to do it. I'm also going to encourage to drop questions. Okay, however, and may take a minute for me to see it so as I finish up each sort of section, I will check for any questions that are there okay so I'm going to move on to insurance okay. </w:t>
      </w:r>
      <w:r>
        <w:br/>
      </w:r>
    </w:p>
    <w:p w:rsidR="00D967FE" w:rsidRDefault="00000000">
      <w:r>
        <w:t xml:space="preserve">All right, so you need insurance, Okay. It's to mitigate property damage, business damage, liability claims, and there is a difference between an insurance agent and an insurance specialist, and it's really kind of important to know the difference. All right? Your insurance agent is who sells you the policy, Okay. Your insurance specialist is the person on the company side meaning, like State Farm, Allstate, Chubs, Travelers, GEICO, whatever is the person at the company end who can go over your policy with you. </w:t>
      </w:r>
      <w:r>
        <w:br/>
      </w:r>
    </w:p>
    <w:p w:rsidR="00D967FE" w:rsidRDefault="00000000">
      <w:r>
        <w:t xml:space="preserve">Because what is really important, it's not what your agent sold you, but how your policy appears at the other end. All right. So I always recommend that you take a 20 minutes out of your day and call the insurance specialist and go over your policy with them you can make changes at that end if it's not what you think it is. Right now, insurance agents have what is called errors and omissions where you still might be covered if the insurance agent did not did not represent the policy the way it should be how? Only if it's in writing, meaning correspondence and emails, possibly text, All right, if it is a phone call between you and your agent, or you sat down in their office with the agent and he told you something that's not covered under their errors and omissions policy. </w:t>
      </w:r>
      <w:r>
        <w:br/>
      </w:r>
    </w:p>
    <w:p w:rsidR="00D967FE" w:rsidRDefault="00000000">
      <w:r>
        <w:t xml:space="preserve">So I recommend that when you get the policy in the mail and it's like this thick and I know my eyes glazed over by page 5, all right, that conversation can save you a lot of heartache down the line and we're going to talk about a couple of things in particular, why it's really important to know what your policy is, OK general liability insurance, these are all the different policies you could have, OK It is general liabilities, just what it says it covers. It can cover bodily image injury, property damage, any kind of advertisement claims, any product related operation, any damages to the premises rented to you. </w:t>
      </w:r>
      <w:r>
        <w:br/>
      </w:r>
    </w:p>
    <w:p w:rsidR="00D967FE" w:rsidRDefault="00000000">
      <w:r>
        <w:t xml:space="preserve">Ok, but it is limited to people it is not what is called the Animal Bailey policy. Ok, Animal Bailey is what the policy that you must have you working with animals because that covers any kind of claims animals. Now here's the thing. If your agent tells you have, well, ten thousand dollars worth of animal failing, is it ten thousand dollars up to ten thousand dollars for an incident? Or is it up to a thousand dollars for ten incidents? You need to be really clear on that, Okay. There's something called a business owners policy they call it BOP. All right, You can, if you package property damage and liability damage in one policy, most of us probably have that okay. </w:t>
      </w:r>
      <w:r>
        <w:br/>
      </w:r>
    </w:p>
    <w:p w:rsidR="00D967FE" w:rsidRDefault="00000000">
      <w:r>
        <w:lastRenderedPageBreak/>
        <w:t xml:space="preserve">There's employment practices liability insurance, e p l i if you have employees, you're probably familiar with this Okay it prevent it protects you if an employee files a claim against you for wrongful termination, sexual harassment, discrimination, negative negligent evaluation, breach of employment, anything that your employee thinks you did to them. Okay sometimes. And any of these policies that I'm going to talk about can be all rolled into one policy or and maybe individual policies it's going to depend on the company and you're at the agency commercial property insurance, right. It protects the physical, your physical property okay. So it would be like the building, the walls flooding, that sort of thing, business interruption insurance, right? It is if your something happens to your business that's not considered friend then you can get lost wages. </w:t>
      </w:r>
      <w:r>
        <w:br/>
      </w:r>
    </w:p>
    <w:p w:rsidR="00D967FE" w:rsidRDefault="00000000">
      <w:r>
        <w:t xml:space="preserve">This is really important if you are a mobile groomer, OK, if you have your mobile vehicle insurance and your business insurance two different companies because you know one is cheaper than the other, even though your purchase business interruption insurance with one company, you are only covered if it if the problem happens in your driveway, not because of a vehicle accident, right? Those policies must be linked and it is why I recommend if you are a mobile groomer that you use one of the insurance companies that specializes in the pet industry because they will make certain that your vehicle insurance and your business insurance are linked policies, right Okay DPLI no, it's not it's e, p l i employment practices liability insurance. </w:t>
      </w:r>
      <w:r>
        <w:br/>
      </w:r>
    </w:p>
    <w:p w:rsidR="00D967FE" w:rsidRDefault="00000000">
      <w:r>
        <w:t xml:space="preserve">If you are using a company to do payroll they may provide that insurance for you too. So whatever payroll company that you are using, i would talk to them, OK Cyber insurance, OK That's protecting any of your information from like client information being if your computer is hacked, any loss of income from that, right so that's cyber insurance and most of a small companies maybe I have it because just about everything I do is online knowing what insurance you need, all right. Should be a sit down conversation with your insurance agent to 1st. We really need an agent if we have to double check with the company anyway, can we buy directly? You know what? I don't know that for a fact that might be from one insurance company to another okay. </w:t>
      </w:r>
      <w:r>
        <w:br/>
      </w:r>
    </w:p>
    <w:p w:rsidR="00D967FE" w:rsidRDefault="00000000">
      <w:r>
        <w:t xml:space="preserve">They may refer you out to write up the policy and then afterwards that's all you have to do so like a one time thing, you write up the policy but then afterwards you can make any changes with the insurance company business, renters insurance, that's like if you're leasing the space that you're that your stuff is covered inside from theft or could be and again I'm going to put like in quotation marks because there could be exclusions. That's why you need to know what your exclusions are. Ok We've like fire, flood, any kind of property damage that damages the interior of your of your business workman's compensation. </w:t>
      </w:r>
      <w:r>
        <w:br/>
      </w:r>
    </w:p>
    <w:p w:rsidR="00D967FE" w:rsidRDefault="00000000">
      <w:r>
        <w:t xml:space="preserve">And that is if you have employees and if you have a payroll company, they will probably set that up for you. So know what you're in, what your payroll company is charging you for. </w:t>
      </w:r>
      <w:r>
        <w:lastRenderedPageBreak/>
        <w:t xml:space="preserve">You're probably going to get your best deal as far as workman's comp through a payroll company anyway. Muscle umbrella insurance, that is what they call like that fills in like all the little holes that it is in your policy. Ok so any monetary holes from lawsuits, an umbrella policy would cover those are the policies that you have like 1000000 two million, 5000000$ worth of umbrella coverage. Ok disaster insurance. Now this is where exclusions can apply. </w:t>
      </w:r>
      <w:r>
        <w:br/>
      </w:r>
    </w:p>
    <w:p w:rsidR="00D967FE" w:rsidRDefault="00000000">
      <w:r>
        <w:t xml:space="preserve">If you're in Florida and you need to have some sort of flood insurance to cover hurricane damage, and in Florida, they may call it something different. Ok Know what the disasters are in your area and what insurance will cover you. If you are smacking the middle of say a flood zone, those premiums are going to be really high now The thing is with flood insurance, it's not the insurance companies that set the pricing on that. It's the federal government that sets the pricing on the flood insurance. </w:t>
      </w:r>
      <w:r>
        <w:br/>
      </w:r>
    </w:p>
    <w:p w:rsidR="00D967FE" w:rsidRDefault="00000000">
      <w:r>
        <w:t xml:space="preserve">And it depends on where you are like here I have both flooded earthquake insurance because either one of them could be an issue. So it's not earthquake it's called like earth movement. So if the Earth moves, and that causes damage. But if the Earth moves the Pacific Ocean over here and causes a tsunami, that's flood damage, right and for me, because the tsunami zone literally ends 20 feet in front of my property line, my flood insurance is pretty cheap, all right so there's no reason for me not to have it for that reason. </w:t>
      </w:r>
      <w:r>
        <w:br/>
      </w:r>
    </w:p>
    <w:p w:rsidR="00D967FE" w:rsidRDefault="00000000">
      <w:r>
        <w:t xml:space="preserve">Hey, if you don't know what the disasters are in your area, there's two places who are going to know that What is your insurance agent? And two is your Emergency Management office to know what the real dangers are in your area as far as what they refer to as disaster okay. I covered Animal Bailey already and this is what is really important. Say like right now my business is in LLC. If I decide I want to be an escort okay, I have to inform my insurance company that my business is no longer an LLC and that it is an escort because that's a totally different policy. </w:t>
      </w:r>
      <w:r>
        <w:br/>
      </w:r>
    </w:p>
    <w:p w:rsidR="00D967FE" w:rsidRDefault="00000000">
      <w:r>
        <w:t xml:space="preserve">If I do not inform them that I have changed my business structure, I do not have insurance that is, end of story okay. All right, so let's move it along to legal. So let's Your best friend is going to be a business lawyer that works in your area. Small business lawyer. Not just any lawyer, All right? Because one that specializes in wills and estates is not necessarily going to be well versed and what business lies? So a lawyer that specializes in small business, right. But they can help you set up your business structure, which we'll get into later. And it can review your client's paperwork. All right, Your waivers, Your forms. All right. And to ensure that whatever your forms are, whatever you're requiring clients to sign as far as terms of service, non payment. </w:t>
      </w:r>
      <w:r>
        <w:br/>
      </w:r>
    </w:p>
    <w:p w:rsidR="00D967FE" w:rsidRDefault="00000000">
      <w:r>
        <w:t xml:space="preserve">No show fees, anything, right? It has to be legally enforceable in your state. And I know Anita's in Oregon and Maria is in New Jersey, and what might be legally enforceable in </w:t>
      </w:r>
      <w:r>
        <w:lastRenderedPageBreak/>
        <w:t xml:space="preserve">Oregon may not be legally enforceable in New Jersey OK Talk to a business lawyer about setting up the structure for your business. And your accountant can also help you decide which is the best structure for your business OK All right. Moving it along to banking, OK You need to set up a business account in the bank, right? And in order to do that, you have to prove you're a business. I can't just go walk in there and say, hey, I'm a business and they're like, okay, let's have a business account no they want certain things, Okay. </w:t>
      </w:r>
      <w:r>
        <w:br/>
      </w:r>
    </w:p>
    <w:p w:rsidR="00D967FE" w:rsidRDefault="00000000">
      <w:r>
        <w:t xml:space="preserve">They may want your couple things that they could ask for. If it could be a employee identification number that's an e. I n. All right. Now, if you're a sole proprietor, okay, your e i n is actually your Social Security number, okay. So any of your business formation documents, if you are a the only one, you don't need that. The only structure that doesn't need documents is the sole proprietor, Okay. But anything else needs some sort of documentation. Okay, A business license, a ownership agreement, any utilities that you have set up. And some utilities may also want to prove that you are a business before they set up at a business account with you as well, right. </w:t>
      </w:r>
      <w:r>
        <w:br/>
      </w:r>
    </w:p>
    <w:p w:rsidR="00D967FE" w:rsidRDefault="00000000">
      <w:r>
        <w:t xml:space="preserve">So let's talk about the necessary accounts that you need to have as a business OK You need a basic checking account. That's where you're writing checks out for your business. Or if you're like me, I don't write out a lot of checks. I do online banking and I do bill pay. Doesn't matter. I need a basic checking account the yet another account that I have is my taxes. So I'm money that's going to the government, whether it's for sales tax, income tax or my quarterly tax payments. That goes in its own separate account, all right so that does not get accidentally spent and the money goes in as it is needed to go in. </w:t>
      </w:r>
      <w:r>
        <w:br/>
      </w:r>
    </w:p>
    <w:p w:rsidR="00D967FE" w:rsidRDefault="00000000">
      <w:r>
        <w:t xml:space="preserve">So for example, it just as a general rule for quarterly taxes, I basically make sure that there's always whatever I make, at least 25 % of that what I make goes into that account and it sits there. If I need more, I add it at the end of the year of this extra. That's awesome Okay. I'll move it to another account, right? Or maybe I'll go on vacation with it. I don't know, an education account, right? Putting aside money every single month that goes towards your education capital improvements, right those are the big things that need to get repaired. So if you're a mobile groomer, that could be tires and brakes and any kind of maintenance on the vehicle itself. </w:t>
      </w:r>
      <w:r>
        <w:br/>
      </w:r>
    </w:p>
    <w:p w:rsidR="00D967FE" w:rsidRDefault="00000000">
      <w:r>
        <w:t xml:space="preserve">If you are a shop, it could be your heating system, could be your HC to be big ticket items like you need a new tubber or a table. So money needs to go into that account as well. If you have payroll company is going to make this a whole lot easier for you that money has to go into that account. Your retirement fine, OK because at some point you want to plan for your retirement and not work until the cartridge dead, body out or work until your body breaks down and you can't work, but yet you can't retire because you don't have any money put to the side. </w:t>
      </w:r>
      <w:r>
        <w:br/>
      </w:r>
    </w:p>
    <w:p w:rsidR="00D967FE" w:rsidRDefault="00000000">
      <w:r>
        <w:lastRenderedPageBreak/>
        <w:t xml:space="preserve">And then let's not forget we've got two more accounts. Yeah and you know, we're going to have to have a conversation. Ok An emergency disaster fund OK Money. You should have six months worth of receipts for your business OK Of what it would take to run your business for six months. Sorry six months. All right. That again, anything that you don't have any of these accounts, they'll take you a little while to start building them up. And I will tell you it is never too late to start planning for your retirement. The sooner you do it, the better off you will be. And of course a vacation fund. And when we get to pricing, all right, all of these money going into each of these funds should be factored into your pricing, OK Moving along, any questions we go into the resources that are available to you, the first one are like professionals, OK And that can be groomers, that can be pet sitters, be your veterinarians, be anyone that's in the pet industry, OK So where do you find these people? Right first of all, you find them locally and there's going to be two types of like professionals, Okay. </w:t>
      </w:r>
      <w:r>
        <w:br/>
      </w:r>
    </w:p>
    <w:p w:rsidR="00D967FE" w:rsidRDefault="00000000">
      <w:r>
        <w:t xml:space="preserve">One is going to welcome you with open arms and want you to succeed because you know what when you succeed, they succeed brings up the whole entire industry. That's one mindset. The other mindset is your competition. And I can't help you or I'm going to give you really bad information because I don't want you to succeed, because if you succeed, that means I can't succeed. That's a whole other mindset, OK So what you want is you want people who are invested in the industry, who want to see the industry do better. And by you doing better means they're doing better OK So that's local. I mean, there are a lot i there's a lot of places, a lot of groomers when I was in Connecticut, we had a mobile groomer get together, OK And there'd be like a dozen, it doesn't mobile grooming vans in the Cracker Barrel trucking lot, OK Having lunch, going out to the movies, going to dinner once a month it's just, it's just a matter going to lunch once a month, OK Going to trade shows together, OK And I should add that into here too. </w:t>
      </w:r>
      <w:r>
        <w:br/>
      </w:r>
    </w:p>
    <w:p w:rsidR="00D967FE" w:rsidRDefault="00000000">
      <w:r>
        <w:t xml:space="preserve">I'm going to add that trade shows pictures are a great way to meet area people. Ok learn from them. Oki know who to avoid in the area. They know what products they like, know what products they dislike OK so spend time with life professionals so on Facebook it might be any of the groups. All right. A lot of States and a lot of regional areas have local groups, right in Washington, we get at the Pacific Northwest groomers, there's Washington Mobile Groomers, Okay in Connecticut, it was Connecticut groomers, right. </w:t>
      </w:r>
      <w:r>
        <w:br/>
      </w:r>
    </w:p>
    <w:p w:rsidR="00D967FE" w:rsidRDefault="00000000">
      <w:r>
        <w:t xml:space="preserve">I'm sure Oregon has a group too. I know Oregon has a group Okay. Join the association for your state. Yes, I know i am in it anyway, that's why I know there's an Oregon group Okay. So meet with like professionals, Network with them. Remember Okay that when you're on social media, you can't judge tone from a written post. And if somebody's just being mean, you know what there's a block feature on in Facebook. Okay, Block them. They have nothing to say that's positive and is just making you feel miserable. Block them you do not need to see that SBA dot gov Small Business Administration. </w:t>
      </w:r>
      <w:r>
        <w:br/>
      </w:r>
    </w:p>
    <w:p w:rsidR="00D967FE" w:rsidRDefault="00000000">
      <w:r>
        <w:lastRenderedPageBreak/>
        <w:t xml:space="preserve">Sometimes our tax dollars are spent very well and the SBA dot gov website is one of those well spent, well thought out websites. They have so much information up there, right? A ton of information, all right. In fact, when we get to the workbook, when we get to the business plans, I'm pulling directly from SBA dot gov videos up there, templates galore. It's well worth your time. score.org is another website you can get a score advisor. I'm not sure what the score stands for it's I know it's retired. </w:t>
      </w:r>
      <w:r>
        <w:br/>
      </w:r>
    </w:p>
    <w:p w:rsidR="00D967FE" w:rsidRDefault="00000000">
      <w:r>
        <w:t xml:space="preserve">I know they are stands for retired, OK But they are retired executives so are a retired executives of businesses who they volunteer their time to help you get your business started OK Your local Chamber of Commerce is going to be a crapshoot. They are either going to be phenomenal or they're going to be prepping, OK Doesn't seem to be a whole lot of in between, however. Sometimes even the bad chambers of commerce's offer good programs, right so when I first got started when I knew I was going to open up a business OKI got a score advisor. </w:t>
      </w:r>
      <w:r>
        <w:br/>
      </w:r>
    </w:p>
    <w:p w:rsidR="00D967FE" w:rsidRDefault="00000000">
      <w:r>
        <w:t xml:space="preserve">I joined my like my local Chamber of Commerce because they were offering a series of 6 workshops over the course of like 6 weeks and the one workshop that stands out most in my head now this is 2001 Okay was the workshop that was taught by two retired auditors for the state of Connecticut and this is how they would nail people for an audit. So first of all, if you're called in 90 % of all audits they have something they already know something. </w:t>
      </w:r>
      <w:r>
        <w:br/>
      </w:r>
    </w:p>
    <w:p w:rsidR="00D967FE" w:rsidRDefault="00000000">
      <w:r>
        <w:t xml:space="preserve">The other 10 % are random Okay. So if you get called in, so this is how they would nail Connecticut rumors Okay. So New England serum 2001 it was New England serum Okay. We do business in various states head edge today and at that time you did not have to collect sales tax on any purchase if you were out of state, however, you were supposed to then pay that sales tax to the state of Connecticut and there was a line in your business tax to do so, right? So what they would do is they would contact New England serum and say we want the all your Connecticut clients and then they would start matching up whether or not you pay the sales tax. </w:t>
      </w:r>
      <w:r>
        <w:br/>
      </w:r>
    </w:p>
    <w:p w:rsidR="00D967FE" w:rsidRDefault="00000000">
      <w:r>
        <w:t xml:space="preserve">They said that was like the easiest way to mail someone because on that stupid little you do not pay the sales tax okay. Nowadays that's not much of an issue because most large websites collect sales tax, right you can get a coach, which is a wonderful I have at the moment. I don't have an active coach, but that will most likely change. But I've had various coaches over the years and I've had coaches for different things. So if I needed help with something specific, I would grab a coach for, right? And then a lot of the coaches that I had to have, we're not even in the pet industry because there's simply weren't any in the pet industry. </w:t>
      </w:r>
      <w:r>
        <w:br/>
      </w:r>
    </w:p>
    <w:p w:rsidR="00D967FE" w:rsidRDefault="00000000">
      <w:r>
        <w:lastRenderedPageBreak/>
        <w:t xml:space="preserve">There are. Fortunately for you guys, there are so many business coaches now in the pet industry, and they are wonderful. Ok just to throw a couple of names out there, there's River Lee, who's teaching a class tomorrow. There's Amanda Layton. There's Denise Haroga. Anything that you have with employees, I would be contacting Denise at the post. Ok And I'm sure there are more, but those are the three that off the top of my head, I know. Yeah so there's a lot oh, yeah. Denise is awesome. And she just did the workshop before this one. </w:t>
      </w:r>
      <w:r>
        <w:br/>
      </w:r>
    </w:p>
    <w:p w:rsidR="00D967FE" w:rsidRDefault="00000000">
      <w:r>
        <w:t xml:space="preserve">And then there's some really great books out there. There's some pet industry books, right? There's the mobile grooming books there's read standard books, right but as far as business is concerned, couple of books that I recommend. All right. The Power of Why, How the Best Get Better and Profit 1st and what's really nice about Audible is that you could just I have like I still have 14 credits left for the year. Ok. Well, like May or June next year, but anyway I'll just grab some, what do you call it, some business books and just listen to them. </w:t>
      </w:r>
      <w:r>
        <w:br/>
      </w:r>
    </w:p>
    <w:p w:rsidR="00D967FE" w:rsidRDefault="00000000">
      <w:r>
        <w:t xml:space="preserve">Ok let's move on now to business structure. Ok There are, I mean, there are more, but these are the four basic types of business structure you can have, OK The first one is the sole proprietor. And even though you don't have to form a sole proprietorship, you can still register your name with the state, which offers a little bit of protection for you as well. And I can also help you with that business paperwork that you need to set up bank accounts and some utilities. All right so a sole proprietor is the easiest thing in the world to set off, OK In fact, if you do nothing, you're automatically it's still proprietor, OK They you're not producing a separate business entity. </w:t>
      </w:r>
      <w:r>
        <w:br/>
      </w:r>
    </w:p>
    <w:p w:rsidR="00D967FE" w:rsidRDefault="00000000">
      <w:r>
        <w:t xml:space="preserve">So you are your business entity. It's the one that has the most liability and any industry that has high liability and is not something that I would recommend doing, OK there are partnerships and there's a couple types of partnerships, right? There is there's a general partnership and it's there's different types of partnerships. But here's the thing with partnerships, you want to be really careful with you, OK Because yes, I did have a business partner, OK And I can't even like bad mouth her online or anything and say how horrible it was because she's my daughter's motherinlaw. </w:t>
      </w:r>
      <w:r>
        <w:br/>
      </w:r>
    </w:p>
    <w:p w:rsidR="00D967FE" w:rsidRDefault="00000000">
      <w:r>
        <w:t xml:space="preserve">It will get back to her, all right and then I'm going to have to hear it from my daughter, who they will probably call my husband, and then I'll hear it from him as well so, you know, I will not be talking trash about my business partner in a workshop that she does not have access to. This is the problem. It wasn't totally her fault, OK We just went to the town and we set up in the general partnership. So a general partnership has to be formed somewhere depending on your locale or your state. So the partnership we set up was all we needed to do was go over to the town in which the business was located and fill out the paperwork for a general partnership. </w:t>
      </w:r>
      <w:r>
        <w:br/>
      </w:r>
    </w:p>
    <w:p w:rsidR="00D967FE" w:rsidRDefault="00000000">
      <w:r>
        <w:lastRenderedPageBreak/>
        <w:t xml:space="preserve">This is where we messed up, OK We did not have, we did not have any lawyer draw up any paperwork completely, you know, spelling out what each partner was responsible for. That's what the problem is OK so she didn't think she had to show up to a business unless you had an appointment. Oki said that was problem number one all right, yes, we both worked OK And technically at the time, I was running two other businesses and still made time for it. </w:t>
      </w:r>
      <w:r>
        <w:br/>
      </w:r>
    </w:p>
    <w:p w:rsidR="00D967FE" w:rsidRDefault="00000000">
      <w:r>
        <w:t xml:space="preserve">So there started resentment coming in OK So we didn't clearly dictate who used to be at the store. It was a Reiki you called it hands and paws, Reiki for all. So we did Reiki for animals of the people she did people i did animals. Ok So we did not clearly indicate when somebody needed to be there, how long they were expected to be there OK Expenses we had fine we spooked that down the middle we were, we were good with that. </w:t>
      </w:r>
      <w:r>
        <w:br/>
      </w:r>
    </w:p>
    <w:p w:rsidR="00D967FE" w:rsidRDefault="00000000">
      <w:r>
        <w:t xml:space="preserve">And then who was to do the other things in the business, OK like promoting it on social media. So there was like bare minimum I felt on her part. But at the same time, I did not set the expectations for the partnership before we started the partnership. So if you're going to do a partnership, you need to clearly spell out everything in the business, what you expect one partner to do with other partners responsible for, and get a business lawyer to draw that up. </w:t>
      </w:r>
      <w:r>
        <w:br/>
      </w:r>
    </w:p>
    <w:p w:rsidR="00D967FE" w:rsidRDefault="00000000">
      <w:r>
        <w:t xml:space="preserve">And that's probably the best advice I can give you for a partnership. Most of us have Limited Liability Companies LLC right there also pretty easy to set up. It is. It's easier to do it now. I mean my first LLC when I lived in Connecticut i did have a lawyer draw it up because you know what i wasn't sure how to do it. I wanted my eyes dotted and t's for us i do not consider that waste of money now i believe at the time he charged me 150 bucks on top of the actual fees to file, so it wasn't that big a deal when I filed my second one, it was right in the middle of COVID and nobody was going to do anything it had to be done online so I did my second one myself. </w:t>
      </w:r>
      <w:r>
        <w:br/>
      </w:r>
    </w:p>
    <w:p w:rsidR="00D967FE" w:rsidRDefault="00000000">
      <w:r>
        <w:t xml:space="preserve">Online, OK but I'm sure I could have found a lawyer to do it online for me as well. But I'm new to the area i didn't know. It's not an excuse, OK l c 's give you more protection than a sole proprietor, providing you have a clear delineation between you and your business. So you have like a business credit card, right you have a business checking account, you don't put personal stuff on a on a business account credit card you don't put business stuff on a business card, OK And it can be a good choice for anything that is medium, even up to a little highish. </w:t>
      </w:r>
      <w:r>
        <w:br/>
      </w:r>
    </w:p>
    <w:p w:rsidR="00D967FE" w:rsidRDefault="00000000">
      <w:r>
        <w:t xml:space="preserve">So coming shops can do this, right you just kind of make sure you're keeping things separate. And then there's corpse, there's C corpse, and there's S corpse, and there's other corpse that really don't. It's not that they don't apply to us is that we tend not to be that big </w:t>
      </w:r>
      <w:r>
        <w:lastRenderedPageBreak/>
        <w:t xml:space="preserve">so we're not like Pepsi or Petco or any of things of that nature. Ok So there's a C Corp and an S Corp. They are a little bit different from each other, but you are basically an employee of your business, OK It's a difference between the C and the S Corp is how they tax the business, OK That's a conversation with an accountant. </w:t>
      </w:r>
      <w:r>
        <w:br/>
      </w:r>
    </w:p>
    <w:p w:rsidR="00D967FE" w:rsidRDefault="00000000">
      <w:r>
        <w:t xml:space="preserve">Ok so in the middle of COVID, when I was in LLC, OKI initially could not get any kind of employment benefits even though my business was going down the toilet because of COVID, because I was not an employee. They did change it down the line, made it very difficult, but I did eventually get employment benefits. But those who started off having a corporation, that was never an issue because you were always an employee of your business OK Any questions? All right, let's move it along your governmental responsibilities. Ok, let's start up on the federal level. On federal level, you want to have an e i n number. </w:t>
      </w:r>
      <w:r>
        <w:br/>
      </w:r>
    </w:p>
    <w:p w:rsidR="00D967FE" w:rsidRDefault="00000000">
      <w:r>
        <w:t xml:space="preserve">An e i n number is basically your businesses Social Security number it's how the IRS tracks your business, OK. Some states use the e i n number, some states do not. Okay it's a separate state number. You'll have to have a conversation again with the accountant for your area who's going to know that Okay. Quarterly taxes, All right depending on how much you make right, they may want it quarterly, they may want it, they may want it monthly, they may want it court, they might want it yearly okay federal government. </w:t>
      </w:r>
      <w:r>
        <w:br/>
      </w:r>
    </w:p>
    <w:p w:rsidR="00D967FE" w:rsidRDefault="00000000">
      <w:r>
        <w:t xml:space="preserve">That's it. Quarterly, OK And what's what that is that since you are not but not on payroll, all right, your business has to make quarterly tax payments. And my like I said, my CPA he figures that out for me and before I make that last quarterly payment, I just, you know talking and saying, hey, this is what I make, this is my expenses so far am I still on track with what you set up? And he either he'll say yes or he'll say no and if it's no, he'll tell me what the last payment should be OK When I live in Connecticut, I had to do quarterly for the state of Connecticut. </w:t>
      </w:r>
      <w:r>
        <w:br/>
      </w:r>
    </w:p>
    <w:p w:rsidR="00D967FE" w:rsidRDefault="00000000">
      <w:r>
        <w:t xml:space="preserve">Out here in Washington they want me to do yearly. Now I don't determine which one. The same thing with Connecticut and the same thing with Washington. I was not me that made that determination and it was a state that made the determination on whether I was going to pay quarterly or I'm going to pay yearly. Now I'm not honestly not paying anything different as far as taxes are concerned between Washington and Connecticut. But Connecticut wanted it quarterly. Washington wants it at the end of the year. I'm sure there's a threshold that they have that I would move from yearly to quarterly, but as far as I know, I haven't hit it. </w:t>
      </w:r>
      <w:r>
        <w:br/>
      </w:r>
    </w:p>
    <w:p w:rsidR="00D967FE" w:rsidRDefault="00000000">
      <w:r>
        <w:t xml:space="preserve">Ok Then there's your local responsibility. No, let's put a state. So on the state level, that is where you set up your business structure OK not the only time it's not on a state level is which would be on a county or a city level. Ok So that's where you set that up. Your income </w:t>
      </w:r>
      <w:r>
        <w:lastRenderedPageBreak/>
        <w:t xml:space="preserve">taxes, right? Are set up again your accountant should be able. Wow, I just got louder. I don't know, Just hey, Maria, have you noticed the difference? Oh o k? That's weird. Ok so where was IOK income taxes, right, They'll set it up that's either again the state will do it quarterly or yearly whatever the state decides, you may have to collect sales tax If you are collecting sales tax, OK You are probably going to be doing your income taxes on a quarterly level as well. </w:t>
      </w:r>
      <w:r>
        <w:br/>
      </w:r>
    </w:p>
    <w:p w:rsidR="00D967FE" w:rsidRDefault="00000000">
      <w:r>
        <w:t xml:space="preserve">Ok know what? Ok Know what the state wants as far as when to submit sales tax because you would think that you know what it's all sales tax is submitted on the quarters, you know like March, June, September, December. Not all states do that. Some states are slick and then instead of being on that quarter, they go February and then three months and then three months and then three months okay, because they collect a lot of money and fines and interest when they do that. </w:t>
      </w:r>
      <w:r>
        <w:br/>
      </w:r>
    </w:p>
    <w:p w:rsidR="00D967FE" w:rsidRDefault="00000000">
      <w:r>
        <w:t xml:space="preserve">Ok So make sure you are submitting at the proper time, OK And there may be an overseeing agency for the pet for your business, OK This is generally on the state level, all right. However, it could be on a local level, but generally it is a state level. Ok so in the state of Washington the department is called L and I. In Washington and then Washington, Connecticut, it was the Department of Agriculture that oversee anything to do with a pet industry, pet business. All right, So know who that is right there is going to be on a state level. There is, there is going to be economic development offices, OK It's going to be one on the state level. </w:t>
      </w:r>
      <w:r>
        <w:br/>
      </w:r>
    </w:p>
    <w:p w:rsidR="00D967FE" w:rsidRDefault="00000000">
      <w:r>
        <w:t xml:space="preserve">Ok And their job is to help you navigate what you need to do for the state OK that's free. Ok Then we move over to the local level. So some of your bigger things, OK zoning is the queen bee all right. The way zoning looks at it, there, the castle and everyone else around them is their little fistem. Ok zoning rules everything you do as far as your business is concerned. Any problems you have is going to be with zoning. So but you're a locale will have an economic development office. Every locality has one. </w:t>
      </w:r>
      <w:r>
        <w:br/>
      </w:r>
    </w:p>
    <w:p w:rsidR="00D967FE" w:rsidRDefault="00000000">
      <w:r>
        <w:t xml:space="preserve">It may not be on a town level of the town is small it will be on the county level then it is their job to get business set up in that town or that county. It's their job. They are probably going to be your best bet to sit down, have a conversation with so you know how to navigate the different departments. And not only that, they know the different departments, all right, because they probably have lunch with them, right they know what it is you need to do. </w:t>
      </w:r>
      <w:r>
        <w:br/>
      </w:r>
    </w:p>
    <w:p w:rsidR="00D967FE" w:rsidRDefault="00000000">
      <w:r>
        <w:t xml:space="preserve">So spend some time with the economic development office. Ok Because zoning may not necessarily don't need to be for anything. Ok right. And it may also have to do if you have a mobile van. When I was in Connecticut, as long as when I had my graphics on my vehicle, I was in violation because my neighborhood was not zoned for commercial vehicles. Okay, </w:t>
      </w:r>
      <w:r>
        <w:lastRenderedPageBreak/>
        <w:t xml:space="preserve">That could also be, if you're a home base, that could be an issue, right? Hoas may have their own set of rules about which Ken cannot do. </w:t>
      </w:r>
      <w:r>
        <w:br/>
      </w:r>
    </w:p>
    <w:p w:rsidR="00D967FE" w:rsidRDefault="00000000">
      <w:r>
        <w:t xml:space="preserve">And there might be a local agency on the city or the county level that oversees a pet industry but you know who's going to know that is going to be that economic development office, right? Then there's the DMV, Okay. Doesn't matter if your if your vehicle is, if you're using a vehicle for business. All right, So let's start with mobile grooming vans. So I had two mobile grooming vans. The first vehicle was in the business name, so the vehicle belonged to positively pretty mobile growing. When I bought the second one, I knew I wasn't going to be working much longer, so I put that biz that vehicle in my personal name. </w:t>
      </w:r>
      <w:r>
        <w:br/>
      </w:r>
    </w:p>
    <w:p w:rsidR="00D967FE" w:rsidRDefault="00000000">
      <w:r>
        <w:t xml:space="preserve">All right. But what I had to do so that my mobile grooming van would be covered by insurance is I had to lease the vehicle to my business and I had to do that in writing and my insurance company needed to see that so they had it on file all right. If your vehicle is over ten pounds you need, a d o t And sometimes the states have a little say in that, but mostly that's a federal thing. Any questions before we move into business plans? yay no. Ok. So if you do not have a business plan, I highly recommend the first thing you do is a business plan, OK. </w:t>
      </w:r>
      <w:r>
        <w:br/>
      </w:r>
    </w:p>
    <w:p w:rsidR="00D967FE" w:rsidRDefault="00000000">
      <w:r>
        <w:t xml:space="preserve">You should be doing one every single year. You should know what your business is making, what your business is spending, right. So that's how to the growth and the health of your business, right. So here in the workbook Okay is where you're going to spend more time in this particular workbook, Okay. So first I want to start off with that's Okay. You can watch this later anita print out this. I uploaded a separate workbook for this particular workshop, so let's start off with a SWAT analysis. It's what a SWAT analysis is it's something that should be done every single year and if you have employees, you should be doing this for your employees as well. </w:t>
      </w:r>
      <w:r>
        <w:br/>
      </w:r>
    </w:p>
    <w:p w:rsidR="00D967FE" w:rsidRDefault="00000000">
      <w:r>
        <w:t xml:space="preserve">So SWAT strength, weaknesses, opportunities, and threats. All right, so strengths. What are you good at? Because you know we can't be good at everything because they're the things you're good at, right what are they? Don't be shy here. If you're not 100 % certain, ask somebody what your strengths are right? And write them down. Ok When I first started my business, my weaknesses outweighed my strengths. Now the problem with weaknesses is no weakness can be anything you don't want to do or you're not good at. </w:t>
      </w:r>
      <w:r>
        <w:br/>
      </w:r>
    </w:p>
    <w:p w:rsidR="00D967FE" w:rsidRDefault="00000000">
      <w:r>
        <w:t xml:space="preserve">Ok so but with strengths, it can be grooming skills, it can be business skills, all right? It can be anything to do with, like, math. Ok, So for example, if you are not as a business owner, you are not good with confrontation. Clients walk all over you. It's a weakness. You need to turn that weakness into a strength. How do you do that? All right, you can role play. You can also hire an office manager and that's their job, All right? Takes that away from you. You're </w:t>
      </w:r>
      <w:r>
        <w:lastRenderedPageBreak/>
        <w:t xml:space="preserve">not aggravated. People are not walking all over you have a business manager because that's their job to do it. </w:t>
      </w:r>
      <w:r>
        <w:br/>
      </w:r>
    </w:p>
    <w:p w:rsidR="00D967FE" w:rsidRDefault="00000000">
      <w:r>
        <w:t xml:space="preserve">Oka weakness. All right, you either need you need to fix a weakness because if you do not fix a weakness, it goes down to the threat column. So for me, what my 2 weaknesses were for organization, OKI am back in my winter office. I think you guys only have this limited view of my office because I haven't been in here really in months. Now I need to reorganize this. My state of being is chaos, all right? I could just sit here and do nothing in the chaos will just things will just come here and they will land i don't know. </w:t>
      </w:r>
      <w:r>
        <w:br/>
      </w:r>
    </w:p>
    <w:p w:rsidR="00D967FE" w:rsidRDefault="00000000">
      <w:r>
        <w:t xml:space="preserve">This organization is terrible and I have to work at it if I don't work at it in fact, one of my coaches had to do with getting me organized so that I can keep myself moving forward, that I have an end to my day, that I'm not working crazy or being aggravated. Yeah, organization is a big thing, Maria, OK? But I will tell you, being organized streamlines things and that's time off your day. </w:t>
      </w:r>
      <w:r>
        <w:br/>
      </w:r>
    </w:p>
    <w:p w:rsidR="00D967FE" w:rsidRDefault="00000000">
      <w:r>
        <w:t xml:space="preserve">All right. So I in order to deal with that weakness, I got a coach who helped me create, find a system that works for me, but it is still something that I have to work at and it's consciously being organized. Oki have a friend i have a friend who is super organized. That's her natural state of being. I can remember walking into her office one day and she was apologizing for the mess because there was a piece of paper and a paper clip in her garbage can. </w:t>
      </w:r>
      <w:r>
        <w:br/>
      </w:r>
    </w:p>
    <w:p w:rsidR="00D967FE" w:rsidRDefault="00000000">
      <w:r>
        <w:t xml:space="preserve">Ok she's highly organized. Ok so But another one of my weaknesses is that I don't want to do my taxes i don't want to try to figure that out. So to combat that weakness I hire, so I hire my CPA So you either learn something or you hire somebody to deal with a weakness. One or the other. Okay again, weaknesses that are not dealt with, there are threats. They can threaten your business. So opportunities, if you know how your business is being run, meaning you've done your business plan, you know what you're spending time on, you know where your money is going, you know money's coming in, you know the health, and you know where you can grow in your business, then you can take part of opportunities. </w:t>
      </w:r>
      <w:r>
        <w:br/>
      </w:r>
    </w:p>
    <w:p w:rsidR="00D967FE" w:rsidRDefault="00000000">
      <w:r>
        <w:t xml:space="preserve">Opportunities come if you don't, I guarantee you somebody else will. But not all opportunities are good opportunities, You know, because you can say no. Ok so my thought process is in the beginning where yeah, I got anytime someone asks me to do something, gotta do it gotta say yes. Ok But you know what? By doing that. Come on, Poo. That's Poo Bear. Yeah, I know. He was always leapy OK It ran the risk of opportunities becoming threats OK So no what you what you're capable of doing and again you can say no, all right. </w:t>
      </w:r>
      <w:r>
        <w:br/>
      </w:r>
    </w:p>
    <w:p w:rsidR="00D967FE" w:rsidRDefault="00000000">
      <w:r>
        <w:lastRenderedPageBreak/>
        <w:t xml:space="preserve">No gets easier every time you say it. And then T threats, what are threats to your business? threats. No, not necessarily your competition. Ok Sometimes your competition are strengths to you, OK Don't try to do a race to the bottom with pricing because that's only a threat to their business that's not a threat to your business, OK But threats could also be maybe the city is planning on doing some road work in front of your business. How are you going to deal with getting clients into your business if that happens? Ok For mobile groomers, it's, you know, doing construction on a highway and now we can't go on the highway because we're going to be sitting there an hour and we need to know alternate routes, OK So know what poses a threat to your business and probably one of the biggest threats to any business, OK Is that how you identify with your business? Ok Are you are you your business or your business you OK Because if you're you are tied to your business. </w:t>
      </w:r>
      <w:r>
        <w:br/>
      </w:r>
    </w:p>
    <w:p w:rsidR="00D967FE" w:rsidRDefault="00000000">
      <w:r>
        <w:t xml:space="preserve">If your identity is wrapped up in your business is really hard to see the things that are surrounding it. You don't grow because if you grow your business, it's messing with your identity. All right. That's why we'll see the groomers go out you know what? I've used dog for 20 years and I've never had a problem, OK Their identity is tied to their business. They can't say that they were wrong then, so we can make changes now. </w:t>
      </w:r>
      <w:r>
        <w:br/>
      </w:r>
    </w:p>
    <w:p w:rsidR="00D967FE" w:rsidRDefault="00000000">
      <w:r>
        <w:t xml:space="preserve">But if you are the identity and your business is tied to you can evolve and you can grow and you can make the changes you need to your business so that it grows and it evolves, right. I am absolutely not the cat groomer I was 20 plus years ago, OK And that's OKOK Because that's what I learned then to what I know now. All right. I've learned things along the way. My business can evolve and grow if I'm the identity and not the business does that make sense? Okay so you can make your life easy and you can get a template. </w:t>
      </w:r>
      <w:r>
        <w:br/>
      </w:r>
    </w:p>
    <w:p w:rsidR="00D967FE" w:rsidRDefault="00000000">
      <w:r>
        <w:t xml:space="preserve">There is a website calledliveplan.com LIVEPLAN It's not free you pay for it. You can buy a template and it's all plug and light. Makes things really easy for you to do get that first business plan going, OK? You can go over to the SBA Gov website and you can templates there as well. Ok So I for this, for this purposes, OKI am going to do 2 different templates for a business plan, OK The one is the easier one, of course. </w:t>
      </w:r>
      <w:r>
        <w:br/>
      </w:r>
    </w:p>
    <w:p w:rsidR="00D967FE" w:rsidRDefault="00000000">
      <w:r>
        <w:t xml:space="preserve">Ok And there's some basic elements to all business plans OK So we start off with the executive summary, OK And the example that I have in the workbook that is downloaded from the sba dot. Gov website is a business called and it's just a made-up business called we can do IT consulting OK So the executive summary is this, OK So it on the title page, it is going to be the name of the business it's the same business plan. </w:t>
      </w:r>
      <w:r>
        <w:br/>
      </w:r>
    </w:p>
    <w:p w:rsidR="00D967FE" w:rsidRDefault="00000000">
      <w:r>
        <w:t xml:space="preserve">Who's the owner or when it was created, All right. But the executive summary, and this is one page maximum, OK What is the product OK so for pet businesses, what is your product? Right your product is that you provide pet grooming services for dogs and cats. Ok And then </w:t>
      </w:r>
      <w:r>
        <w:lastRenderedPageBreak/>
        <w:t xml:space="preserve">maybe a couple of what your services include what we bathing, scissor chins, hand stripping, whatever. Ok After that, customers, who are your customers? Okay so that's your audience again, who are you attracting to your to your thing? People with people who own pets, okay. So that can be really simple for customers the future of the company, Okay, where do you see the future of the company? All right. </w:t>
      </w:r>
      <w:r>
        <w:br/>
      </w:r>
    </w:p>
    <w:p w:rsidR="00D967FE" w:rsidRDefault="00000000">
      <w:r>
        <w:t xml:space="preserve">Do you see adding employees down the line, do you see opening up another facility wherever you see the future of the company and say no more than five years, OK that's your executive summary. Then the next section of a business plan is called a company description. Ok so your company description is first of all your mission and your tagline OK Then it has your principal members. </w:t>
      </w:r>
      <w:r>
        <w:br/>
      </w:r>
    </w:p>
    <w:p w:rsidR="00D967FE" w:rsidRDefault="00000000">
      <w:r>
        <w:t xml:space="preserve">So for like mine, I have two principal members myself and my husband, and husband owns half the company, so we're both members. So I am owner of and he's a coowner, OK And what my legal structure is we're in LLC, Okay. Then there's market analysis. Now some parts of the business plan you can get done like in an hour. Other parts are going to take you way longer. What's talking about market have you done your market research, Okay, So the market research which should be in three categories, your industry, OK information about the pet grooming industry and you can get that information from any of the sites that talk about different industries in our industry it's the American, it's one of the retail associations, American pet retailers, something along those lines. </w:t>
      </w:r>
      <w:r>
        <w:br/>
      </w:r>
    </w:p>
    <w:p w:rsidR="00D967FE" w:rsidRDefault="00000000">
      <w:r>
        <w:t xml:space="preserve">But what you can get a description of what our industry is and how much we made i think the last time I checked, we are a like twenty three billion dollar industry that would be really good to put in the industry so that would know. And you say you want to go for a loan, you want to make sure the bank knows, hey yeah, this is this is a growing industry, a detailed description of your customers. So here it's not just, Oh yeah, anyone that owns a dog and a cat, This might be a little bit more specific. What are you specifically looking for your customers? Is it specific breeds. </w:t>
      </w:r>
      <w:r>
        <w:br/>
      </w:r>
    </w:p>
    <w:p w:rsidR="00D967FE" w:rsidRDefault="00000000">
      <w:r>
        <w:t xml:space="preserve">All right. Is it maybe dogs or cats or rabbits all right is it people who value convenience that you're a mobile groomer? All right, Customers looking for skin and coat care, more detail who exactly your client is, right. And then what are the advantages of your client? Again, this is all one page. All of this information you should be really familiar with so that when someone asks you to talk about your business, you can just rattle this off. All right then there's organization and development okay see. All right. How do you plan anything? What is What are your plans? Wait, did I make something no. What are your plans for growth? All right. Is it through continuing education? All right. </w:t>
      </w:r>
      <w:r>
        <w:br/>
      </w:r>
    </w:p>
    <w:p w:rsidR="00D967FE" w:rsidRDefault="00000000">
      <w:r>
        <w:lastRenderedPageBreak/>
        <w:t xml:space="preserve">It would also be any regulations here. If you have to do certain things in your industry that should be here. How do you plan for growth? What are you considering education plans. Ok who does what in your business so you have more than one person. Like for me, the way we separate my husband and myself from this business is I do everything he does property maintenance, property upkeep. All right, That's his. That's what he does for this business, not me. Everything else is what I do, all right? I travel to trade shows i take continuing education, hire a coach, whatever it is that I am doing to develop my business. </w:t>
      </w:r>
      <w:r>
        <w:br/>
      </w:r>
    </w:p>
    <w:p w:rsidR="00D967FE" w:rsidRDefault="00000000">
      <w:r>
        <w:t xml:space="preserve">And then there's products and services all right. This might take you a little time also to figure out, all right, So what is your product and services that you offer and what is the pricing of them? Ok So if you do walk in nail trims, that's a service, the price on that, if you offer just Bath, what's the price on that? You have different levels of pricing. Ok Are you doing haircuts again? What is the pricing on that what are the different levels on that? Do you offer spa services? Do you offer full season trims those are all different services. </w:t>
      </w:r>
      <w:r>
        <w:br/>
      </w:r>
    </w:p>
    <w:p w:rsidR="00D967FE" w:rsidRDefault="00000000">
      <w:r>
        <w:t xml:space="preserve">What is the pricing for that? Ok what is the life cycle of your products and your services? How long does a nail trim last OK how long does a bath last? What is your what youth feel is the life cycle of your bath and grooming last six weeks, which is why clients must read book on a six week schedule OK And they throw in here intellectual property rights, Okay. If you have a trademark, if you publish things here, it says because the company is we can do a consulting, it's a trademark name in the state of South Carolina. </w:t>
      </w:r>
      <w:r>
        <w:br/>
      </w:r>
    </w:p>
    <w:p w:rsidR="00D967FE" w:rsidRDefault="00000000">
      <w:r>
        <w:t xml:space="preserve">And then we have whatever it is that they have as far as blogs, website, yada, okay. Then there's marketing and sales. All right. How are you going to market? What's your marketing plan? Are you going to hire a company in to do this? And if so, what does that cost? What do your sales look like? What is your growth on your sales from quarter one to quarter two from year one, excuse me, to year two? Who's responsible for So if you don't hire somebody, what is your social media plan do you post on a Facebook business page do you are you on Instagram are you on Tiktok? Right whatever it is your marketing and sales that goes here. </w:t>
      </w:r>
      <w:r>
        <w:br/>
      </w:r>
    </w:p>
    <w:p w:rsidR="00D967FE" w:rsidRDefault="00000000">
      <w:r>
        <w:t xml:space="preserve">Funding request this only needs to be filled out If you are looking for money. That's all. Okay if you're not looking for money, you don't need it oops oops. This way all right. And then the financial projections. Part of this is where you're going to be spending a load of time. If you are a new startup, you're going to have to estimate the best you can. Ok But financial protection is basically a profit and loss statement that you're going to do for every month, January through December and then a one at the end of the year, OK And then compare that to each year, all right. So if you started business in 2021 you should have a full one for that year 2022 there should be another one for that year. </w:t>
      </w:r>
      <w:r>
        <w:br/>
      </w:r>
    </w:p>
    <w:p w:rsidR="00D967FE" w:rsidRDefault="00000000">
      <w:r>
        <w:lastRenderedPageBreak/>
        <w:t xml:space="preserve">And what is the percentage of either growth or loss? Ok And this is how you really know how your business is doing. Are you making more money you're making less money. If you're making more money, that's great. Ok Keep doing more of that. If you're making less money, why is that OK And that example that they have on the SBA dot But you know what? They have another template up there, and this template is accepted by every single bank in the United States. Ok And it is like 25 pages long. I've printed it out for you. So actually it's 33 pages long. </w:t>
      </w:r>
      <w:r>
        <w:br/>
      </w:r>
    </w:p>
    <w:p w:rsidR="00D967FE" w:rsidRDefault="00000000">
      <w:r>
        <w:t xml:space="preserve">This would be the one where I would say you ought to hire somebody to go do that and fill that out for you, right so after that is, how do you price now this is a very simplified how do you price, OK Because The thing is you need to know how much your business spends, OK And then add that all up. The best way to do it? Figure it out for the year, All right, because expenses can be different from season to season to season. </w:t>
      </w:r>
      <w:r>
        <w:br/>
      </w:r>
    </w:p>
    <w:p w:rsidR="00D967FE" w:rsidRDefault="00000000">
      <w:r>
        <w:t xml:space="preserve">Not sure what all your expenses could possibly be. There is something called the IRS Publication number five thirty five. It's like 65 pages long but you know what? It lists everything that is considered a business deduction by the IRS All right, so those little things you think you're missing that you can't claim you might be able to. So I don't recommend printing that out. But you know what running down that list and seeing what you are not claiming, right. </w:t>
      </w:r>
      <w:r>
        <w:br/>
      </w:r>
    </w:p>
    <w:p w:rsidR="00D967FE" w:rsidRDefault="00000000">
      <w:r>
        <w:t xml:space="preserve">So and the other things you want to add in, she needs to figure out weekly, all right, over the course of the year how much you need to add to all those funds we talked about. All right, so that you can retire you can go on vacation you have an education fund you have an emergency fund. Figure out how much a year you want to add into those funds if you are mobile, the bare minimum for those funds is going to be the servicing of the vehicle, the cost of tires, and the cost of brakes cost of tires and brakes should be done every other year if you maintain them okay. </w:t>
      </w:r>
      <w:r>
        <w:br/>
      </w:r>
    </w:p>
    <w:p w:rsidR="00D967FE" w:rsidRDefault="00000000">
      <w:r>
        <w:t xml:space="preserve">So you want the money in the account now also put on my credit card because, you know, I get miles and then pay it off, but the money's in my account to pay it off OK So for ease of math, OK All right so I've added all of this up, including my salary, what I need to make for the year OK And let's just say that never comes to two hundred thousand dollars. My business needs to generate in the course of a year, but I'm only going to be working 50 weeks a year because, you know, I'm taking two weeks of vacation. </w:t>
      </w:r>
      <w:r>
        <w:br/>
      </w:r>
    </w:p>
    <w:p w:rsidR="00D967FE" w:rsidRDefault="00000000">
      <w:r>
        <w:t xml:space="preserve">All right, So that means my business has to generate 4000$ a week OK so every week 4000$ But let's say I only want to work four days a week OK that means. But I'm going to work longer days. Ok so over the course of 40 hours, that's what I want to work. Ok that means I have to make a thousand dollars a day. Ok If that's actually over the course of so thousand </w:t>
      </w:r>
      <w:r>
        <w:lastRenderedPageBreak/>
        <w:t xml:space="preserve">day o k. And I but I only want to grow 8 hours those four days. Ok that means I have my hourly rate is 125$ an hour. That's where pricing is starting okay. </w:t>
      </w:r>
      <w:r>
        <w:br/>
      </w:r>
    </w:p>
    <w:p w:rsidR="00D967FE" w:rsidRDefault="00000000">
      <w:r>
        <w:t xml:space="preserve">If I want to do that over 5 days, then that actually brings it down to 800$ a day and then my hourly rate is 100$ an hour did that make sense? yes. Ok, good. That is the basic, real simple simplest way to talk about how do you actually price that you are making a living in your area. Ok, reflecting a low economy area let's talk about that. Ok. I first started Mobile Grooming 2002 and I lived in Fairfield County, Connecticut. Upper Fairfield County, Connecticut to be precise, not Lower Fairfield County, Connecticut because Lower Fairfield County, Connecticut. The only reason that Fairfield County, Connecticut isn't the richest county in the United States is because of Upper Fairfield County. </w:t>
      </w:r>
      <w:r>
        <w:br/>
      </w:r>
    </w:p>
    <w:p w:rsidR="00D967FE" w:rsidRDefault="00000000">
      <w:r>
        <w:t xml:space="preserve">So lower Fairfield County, right? I could in 22,000 thousand and two could have easily have commanded 125$ an hour in lower Fairfield County. I didn't want to work there okay i didn't want to deal with them. I was like really happy working in my lower to middle class area, Okay. So we've had everything from people on fixed incomes. This is very wealthy people. Kind of everything in between all right. Some of my best clients were people on fixed incomes, all right? Surviving on Social Security and maybe some crappy pension, all right? They would budget money for their grooming every week so that they had it when it came time to grooming because they valued the service that I provided to them. </w:t>
      </w:r>
      <w:r>
        <w:br/>
      </w:r>
    </w:p>
    <w:p w:rsidR="00D967FE" w:rsidRDefault="00000000">
      <w:r>
        <w:t xml:space="preserve">Oki had farm animals right now i stopped. I would after a while i would only do farm animals if they agreed to at least a three month schedule Anywhere else, everybody else was 8 weeks and six weeks. And then even then once they got used to that whole 3 month, we got them down to 8 weeks and six weeks schedules. Yeah, and you set your pricing to not so this is just going to Anita's. I'm coming back. She raised the price and gratuity stuff you need to price as a group tips do not exist and tips become what they are extra money Okay. </w:t>
      </w:r>
      <w:r>
        <w:br/>
      </w:r>
    </w:p>
    <w:p w:rsidR="00D967FE" w:rsidRDefault="00000000">
      <w:r>
        <w:t xml:space="preserve">So my area did not have a ton of discretionary income when I was there, OK But I had set myself up and this has to do with my marketing now that I made sure I was attracting those people that valued the service that I offered, OK So marketing and branding is a whole other summit, which by the way will be February summit. Ok So you may want to we could talk about the different types of coaches that may be of more interest to you, Anita Okay. </w:t>
      </w:r>
      <w:r>
        <w:br/>
      </w:r>
    </w:p>
    <w:p w:rsidR="00D967FE" w:rsidRDefault="00000000">
      <w:r>
        <w:t xml:space="preserve">But yeah, you need to attract the right people to your business. Okay questions. Again, please take the time to download the workbook for this particular class. It's going to be a whole lot more helpful if you do so. If for nothing else, the examples of the business plans in there. You can text me any questions. Very slow to respond to email. positiveed.com is my website. You can find me on Facebook i am easy to find on Facebook and you can message </w:t>
      </w:r>
      <w:r>
        <w:lastRenderedPageBreak/>
        <w:t xml:space="preserve">me on Facebook as well. Ok so that's it for today. All right, tomorrow, Tomorrow we're going to. We have some really great workshops tomorrow, so we will see you tomorrow morning. </w:t>
      </w:r>
      <w:r>
        <w:br/>
      </w:r>
    </w:p>
    <w:p w:rsidR="00D967FE" w:rsidRDefault="00000000">
      <w:r>
        <w:t xml:space="preserve">All the recordings in the transcripts will be up by the end of the day today. </w:t>
      </w:r>
      <w:r>
        <w:br/>
      </w:r>
    </w:p>
    <w:sectPr w:rsidR="00D967FE" w:rsidSect="00034616">
      <w:footerReference w:type="default" r:id="rId8"/>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B363A7" w:rsidRDefault="00B363A7">
      <w:pPr>
        <w:spacing w:after="0" w:line="240" w:lineRule="auto"/>
      </w:pPr>
      <w:r>
        <w:separator/>
      </w:r>
    </w:p>
  </w:endnote>
  <w:endnote w:type="continuationSeparator" w:id="0">
    <w:p w:rsidR="00B363A7" w:rsidRDefault="00B363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ourier">
    <w:panose1 w:val="000000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D967FE" w:rsidRDefault="00000000">
    <w:pPr>
      <w:pStyle w:val="Footer"/>
      <w:jc w:val="center"/>
    </w:pPr>
    <w:r>
      <w:t xml:space="preserve">Page </w:t>
    </w:r>
    <w:r>
      <w:fldChar w:fldCharType="begin"/>
    </w:r>
    <w:r>
      <w:instrText>PAGE</w:instrText>
    </w:r>
    <w:r w:rsidR="00386907">
      <w:fldChar w:fldCharType="separate"/>
    </w:r>
    <w:r w:rsidR="00386907">
      <w:rPr>
        <w:noProof/>
      </w:rPr>
      <w:t>1</w:t>
    </w:r>
    <w:r>
      <w:fldChar w:fldCharType="end"/>
    </w:r>
    <w:r>
      <w:t>/</w:t>
    </w:r>
    <w:r>
      <w:fldChar w:fldCharType="begin"/>
    </w:r>
    <w:r>
      <w:instrText>NUMPAGES</w:instrText>
    </w:r>
    <w:r w:rsidR="00386907">
      <w:fldChar w:fldCharType="separate"/>
    </w:r>
    <w:r w:rsidR="0038690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B363A7" w:rsidRDefault="00B363A7">
      <w:pPr>
        <w:spacing w:after="0" w:line="240" w:lineRule="auto"/>
      </w:pPr>
      <w:r>
        <w:separator/>
      </w:r>
    </w:p>
  </w:footnote>
  <w:footnote w:type="continuationSeparator" w:id="0">
    <w:p w:rsidR="00B363A7" w:rsidRDefault="00B363A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448167081">
    <w:abstractNumId w:val="8"/>
  </w:num>
  <w:num w:numId="2" w16cid:durableId="137575448">
    <w:abstractNumId w:val="6"/>
  </w:num>
  <w:num w:numId="3" w16cid:durableId="1905946166">
    <w:abstractNumId w:val="5"/>
  </w:num>
  <w:num w:numId="4" w16cid:durableId="1223056671">
    <w:abstractNumId w:val="4"/>
  </w:num>
  <w:num w:numId="5" w16cid:durableId="1211570391">
    <w:abstractNumId w:val="7"/>
  </w:num>
  <w:num w:numId="6" w16cid:durableId="1285500896">
    <w:abstractNumId w:val="3"/>
  </w:num>
  <w:num w:numId="7" w16cid:durableId="269436269">
    <w:abstractNumId w:val="2"/>
  </w:num>
  <w:num w:numId="8" w16cid:durableId="2062900810">
    <w:abstractNumId w:val="1"/>
  </w:num>
  <w:num w:numId="9" w16cid:durableId="5870777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326F90"/>
    <w:rsid w:val="00386907"/>
    <w:rsid w:val="009F549B"/>
    <w:rsid w:val="00AA1D8D"/>
    <w:rsid w:val="00B363A7"/>
    <w:rsid w:val="00B47730"/>
    <w:rsid w:val="00CB0664"/>
    <w:rsid w:val="00D967FE"/>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15:docId w15:val="{34756BB0-F2AD-104E-B23C-82C268639B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20</Pages>
  <Words>8408</Words>
  <Characters>47931</Characters>
  <Application>Microsoft Office Word</Application>
  <DocSecurity>0</DocSecurity>
  <Lines>399</Lines>
  <Paragraphs>112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56227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Mary Oquendo</cp:lastModifiedBy>
  <cp:revision>2</cp:revision>
  <dcterms:created xsi:type="dcterms:W3CDTF">2023-09-24T23:32:00Z</dcterms:created>
  <dcterms:modified xsi:type="dcterms:W3CDTF">2023-09-24T23:32:00Z</dcterms:modified>
  <cp:category/>
</cp:coreProperties>
</file>