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17A9" w:rsidRDefault="00000000">
      <w:pPr>
        <w:pStyle w:val="Title"/>
      </w:pPr>
      <w:r>
        <w:t>Hourly Vs Commission</w:t>
      </w:r>
    </w:p>
    <w:p w:rsidR="004317A9" w:rsidRDefault="004317A9"/>
    <w:p w:rsidR="004317A9" w:rsidRDefault="00000000">
      <w:r>
        <w:rPr>
          <w:b/>
        </w:rPr>
        <w:t>Date</w:t>
      </w:r>
      <w:r>
        <w:t xml:space="preserve">    2023-09-25</w:t>
      </w:r>
    </w:p>
    <w:p w:rsidR="004317A9" w:rsidRDefault="004317A9"/>
    <w:p w:rsidR="004317A9" w:rsidRDefault="00000000">
      <w:r>
        <w:t xml:space="preserve">Cloud, there we go. Ok so this is day two or the full business we're going to. So we have Grayson Robertson here and he's going to talk about Commission versus hourly based pay structures and grooming. So my question for you is before we get started, do you want me to interrupt you for questions or you want questions at the end, you can interrupt me, that's fine. Good so I'm going to turn my mic and camera off if it comes back on this someone has a question. All right well, thank you, Mary i appreciate it and thank you for the opportunity today. I wanted to talk a little bit about Commission versus hourly based pay structures in grooming. </w:t>
      </w:r>
      <w:r>
        <w:br/>
      </w:r>
    </w:p>
    <w:p w:rsidR="004317A9" w:rsidRDefault="00000000">
      <w:r>
        <w:t xml:space="preserve">First of all, a little bit about me. My name is Grayson Robertson. I'm a management consultant by background managing information technology projects. But my wife and I own the Pet Spot, Barkley Square and Falls Church, virginia and I manage most of the back end stuff, the business financials, the balance sheet, employees and so forth. And as you can see from my photo, I've lost all my hair and it's because of the business financials i can tell you that for sure. Hopefully, it'll grow back i doubt it. So I just wanted to give a quick overview of what we are looking to accomplish today, excuse me. </w:t>
      </w:r>
      <w:r>
        <w:br/>
      </w:r>
    </w:p>
    <w:p w:rsidR="004317A9" w:rsidRDefault="00000000">
      <w:r>
        <w:t xml:space="preserve">As I mentioned, the overall subject of this is the ongoing controversy kind of between do I pay hourly, do I Pay Commission, which one is better, which one you know has the most advantages for me, which one has the most advantages for the employee or the disadvantages of both, etcetera. So as we go through the presentation, we'll talk about those topics and I'd like us to pay particular attention to you know, really delineating the disadvantages and the advantages of each pay structure. And at the end we'll talk a little bit about, you know, if you're on Commission or if you're paying on Commission now and you think that hourly pay might be more suitable. </w:t>
      </w:r>
      <w:r>
        <w:br/>
      </w:r>
    </w:p>
    <w:p w:rsidR="004317A9" w:rsidRDefault="00000000">
      <w:r>
        <w:t xml:space="preserve">You know, how do you go about making that switch because we, my wife and I were in that boat a few years back and it, you know, we learned some things I think from making that switch and hopefully we can or I can give you some tips on how to avoid some of the pitfalls with that. So the first thing I want to talk about is kind of a little bit of history. So you know, for me, coming into this industry is kind of an outsider. </w:t>
      </w:r>
      <w:r>
        <w:br/>
      </w:r>
    </w:p>
    <w:p w:rsidR="004317A9" w:rsidRDefault="00000000">
      <w:r>
        <w:lastRenderedPageBreak/>
        <w:t xml:space="preserve">I was always kind of like that's interesting why why? Why are we still paying groomers by Commission? And so I did some a little bit of research on it and I think that well in general Commission based pay has generally been used to compensate employees that were involved with sales or marketing in some cases or 1099 contractors. A Commission obviously is a percentage of the sales volume in the sales employee brings into the company. So the reason that it's prevalent in the sales area is for you know it goes to that point that you know the idea is you bring in a certain amount of business through sales and you know you get you get a cut of that. </w:t>
      </w:r>
      <w:r>
        <w:br/>
      </w:r>
    </w:p>
    <w:p w:rsidR="004317A9" w:rsidRDefault="00000000">
      <w:r>
        <w:t xml:space="preserve">Now in most Commission based pay structures, the person who is earning the Commission is not actually doing the work, they're the people that bring in the business so like in my industry and information technology, these companies you know they bid on these contracts and you know the there's a, there's a Commission structure for winning the contract but certainly the people who do the you know the marketing and so forth are the ones that are you know setting up the computer systems and doing the actual work of the contract so Commission is historically has been very much geared toward as I said before sales and marketing positions. </w:t>
      </w:r>
      <w:r>
        <w:br/>
      </w:r>
    </w:p>
    <w:p w:rsidR="004317A9" w:rsidRDefault="00000000">
      <w:r>
        <w:t xml:space="preserve">So how did grooming end up using that And I think what in the past I think the situation that you that we had was that in the grooming industry as it as the industry started to grow and it became more of a, you know, not so much of A hobby but an actual you know necessary industry. People, groomers, you know they found themselves getting more and more work and they, you know most of these groomers were you know one single person basically running a shop or running a mobile unit or what have you. </w:t>
      </w:r>
      <w:r>
        <w:br/>
      </w:r>
    </w:p>
    <w:p w:rsidR="004317A9" w:rsidRDefault="00000000">
      <w:r>
        <w:t xml:space="preserve">And they started to you know as the industry matured, they started to get more and more clients and realized that they really couldn't handle them themselves and they saw an opportunity to make some extra money if they brought on some employees. And I think that back in that at that point the Commission based pay became prevalent because these people weren't necessarily designed to be or intended to be long term employees. They were intended to kind of bridge the gap between where the business is and the number of you know clients that they were experiencing and so forth. So the Commission pay structure is the industry is kind of outgrowing it I guess is the best way to put it and it certainly is you know from a from a business operation standpoint it's a little bit easier to Pay Commission because you don't necessarily have to factor in down time and things of that nature but as I said, it's historically been kind of a marketing sales pay structure and quite frankly the industry is just, it is just growing out of that mindset and please feel free to ask any questions as I go. </w:t>
      </w:r>
      <w:r>
        <w:br/>
      </w:r>
    </w:p>
    <w:p w:rsidR="004317A9" w:rsidRDefault="00000000">
      <w:r>
        <w:t xml:space="preserve">I'd be certainly happy to answer things on the fly. The next topic is, let's talk a little bit about the disadvantages of a Commission based pay structure to the business. As I said before, </w:t>
      </w:r>
      <w:r>
        <w:lastRenderedPageBreak/>
        <w:t xml:space="preserve">Commission based pay is more of a sales and marketing thing. And so psychologically it encourages the wrong type of employeeemployer relationship or rather not so much the wrong type, but a type that isn't necessarily advantageous for you. It encourages more of an ownership mentality so that person is saying OK I'm getting you know, thirty 4050 % or whatever of the sales i kind of like own that and so you know the mentality isn't necessarily what you want as a business owner. </w:t>
      </w:r>
      <w:r>
        <w:br/>
      </w:r>
    </w:p>
    <w:p w:rsidR="004317A9" w:rsidRDefault="00000000">
      <w:r>
        <w:t xml:space="preserve">You know your clients or your clients, you've spent all of the marketing money to get them. You know you've taken all the risk involved with running a business. Your employees, you know they're there they're, you know, you're providing them a good job and steady income, but ultimately, you know, they can walk out the door if things aren't going the way that they want or if there is a better opportunity that comes along or what have you they're, you know, they're not taking any risk really. And you as the business owner are taking the risk and so to encourage a mentality among your employees of, you know, I kind of own part of this client I think is counterproductive to you know what you want as a business owner from a from a legal perspective. </w:t>
      </w:r>
      <w:r>
        <w:br/>
      </w:r>
    </w:p>
    <w:p w:rsidR="004317A9" w:rsidRDefault="00000000">
      <w:r>
        <w:t xml:space="preserve">We we're here in Virginia and I imagine it's a little bit different everywhere you go, but in Virginia there's been quite a push to really enforce the overtime and minimum wage laws. So they're coming after some businesses, especially ones that get complaints and we'll talk about that in a second. That's kind of a hole that you want to kind of you want to fill, but it's a little bit more difficult to demonstrate compliance with those laws when you're paying on Commission. </w:t>
      </w:r>
      <w:r>
        <w:br/>
      </w:r>
    </w:p>
    <w:p w:rsidR="004317A9" w:rsidRDefault="00000000">
      <w:r>
        <w:t xml:space="preserve">You can imagine if you're paying on Commission, you know you could have a Commission structure and ask your people to track their hours as well. But even then there's some ambiguity because not all those hours are actually work hours necessarily. And so it's just difficult the it's incumbent upon the business owner to be able to demonstrate compliance and you know if the state says well I don't really see it, you know that's going to be a problem. </w:t>
      </w:r>
      <w:r>
        <w:br/>
      </w:r>
    </w:p>
    <w:p w:rsidR="004317A9" w:rsidRDefault="00000000">
      <w:r>
        <w:t xml:space="preserve">Minimum wage, same situation, you would have to kind of figure out okay, what is this person making per day and obviously it's going to be different from day-to-day So you're going to have to look at it at some, in some you know, period of time and say is this person making enough that they would be making a minimum wage based on a full time work schedule. So there's just extra steps that you have to go through there to demonstrate that compliance. And like I said here in Virginia, that was one of the reasons that we made the change because Virginia is getting very strict. </w:t>
      </w:r>
      <w:r>
        <w:br/>
      </w:r>
    </w:p>
    <w:p w:rsidR="004317A9" w:rsidRDefault="00000000">
      <w:r>
        <w:lastRenderedPageBreak/>
        <w:t xml:space="preserve">And you know, the last thing that we want is to have, you know, you could have an employee that you know that maybe wasn't, you know, performing the way that you wanted them to and you decided to cut your relationship with them. And you know they, I mean this happens they may, you know, they may have an issue with that and they may say well you know what, I'm going to go, I don't know that they've been doing this particular thing right with compliance and so I'm going to complain to the state labor board or the Department of Labor. You really don't want to have that going on if you can help it, you know, because it you know you will get fined you'll you'll have to pay back, you know, wages if you haven't complied with minimum wage laws over time, you'd have to pay, you know, So you'd have to go back and basically pay money that you were supposed to pay in the 1st place, which you know can be very difficult obviously. </w:t>
      </w:r>
      <w:r>
        <w:br/>
      </w:r>
    </w:p>
    <w:p w:rsidR="004317A9" w:rsidRDefault="00000000">
      <w:r>
        <w:t xml:space="preserve">And then another reason, another disadvantage for the business is you can imagine when you're paying on Commission you don't have a lot of flexibility with your pay rates. So the pressure to the if you have pressure from your employees on what they're being paid, obviously you can raise the percentage, but you could, you know another way to do it would be to raise your grooming prices which you know you may or may not be in a position to do that. So the pressure to give raises automatically becomes pressure to raise grooming prices which like I said if you're not in that space, you know it can do damage to your business. </w:t>
      </w:r>
      <w:r>
        <w:br/>
      </w:r>
    </w:p>
    <w:p w:rsidR="004317A9" w:rsidRDefault="00000000">
      <w:r>
        <w:t xml:space="preserve">And from the reverse side, if you want to increase your prices because you're you know you're undercharging or economic conditions of change or just you know you do a once a year price increase, you're automatically giving your folks a pay raise whether they deserve it or not. And so that takes a little bit of the you know the power out of your hand is a is a business owner to really to set up a merit based pay system in your business. So disadvantages of Commission based pay to the, so we talked about the disadvantages to the employees so let's talk a little bit about the disadvantage to the business owner. Obviously it's difficult to accurately for forecast your labor cost if you're paying on Commission obviously it's a percentage of your revenue. </w:t>
      </w:r>
      <w:r>
        <w:br/>
      </w:r>
    </w:p>
    <w:p w:rsidR="004317A9" w:rsidRDefault="00000000">
      <w:r>
        <w:t xml:space="preserve">You can probably spitball how much that's going to be but you know we all know that business goes up, it goes down and so it's it becomes a little difficult to really accurately forecast your labor cost when that's happening and that the labor cost forecasting is really vital and making sure that your business is staying healthy and right track. Another disadvantage is it can encourage working too quickly, which can result in cut dogs and other problems. A Commission based pay structure encourages what I like to call a silo atmos or silo mentality, which is, you know, it's about me, It's, you know, I'm getting the Commission. I don't want to work on your dog because I'm not going to get anything and I don't want you working on my dog because I'm not going to get anything for that or I'm going to get. </w:t>
      </w:r>
      <w:r>
        <w:br/>
      </w:r>
    </w:p>
    <w:p w:rsidR="004317A9" w:rsidRDefault="00000000">
      <w:r>
        <w:lastRenderedPageBreak/>
        <w:t xml:space="preserve">Money's going to be taken away from me for that. And it just, it doesn't foster A-Team mentality at all. And that was something that we, my wife and I experienced very, you know, pretty strongly in our situation And again, another reason why we wanted to make that change. When you're working on Commission, obviously you want to try to make as much money as you can, which can result in working faster, when maybe it's not such a good idea to do so and mistakes can be made. </w:t>
      </w:r>
      <w:r>
        <w:br/>
      </w:r>
    </w:p>
    <w:p w:rsidR="004317A9" w:rsidRDefault="00000000">
      <w:r>
        <w:t xml:space="preserve">Which again, it doesn't necessarily affect the groomer themselves, but it affects you as a business owner because it's your reputation online. Your name is on the front of the of the building. So you know you want to set up a scenario where people are encouraged to do the right thing. As I said before, it discourages teamwork for the reasons that we talked about. You know, because you know, if you're not working on a dog, you're obviously not being paid. If somebody else is working on a dog with you, they're going to be, you know, they're going to want to get some of that revenue. So it just it doesn't bring about the teamwork mentality that you would want to have. </w:t>
      </w:r>
      <w:r>
        <w:br/>
      </w:r>
    </w:p>
    <w:p w:rsidR="004317A9" w:rsidRDefault="00000000">
      <w:r>
        <w:t xml:space="preserve">And then the final disadvantage and it's really a disadvantage, historical disadvantage because of the rate that we've seen in grooming 50 % has been historically been the benchmark Commission rate in grooming. Honestly that is way too high. You should be around 33 % of your revenue in total employee cost and that's payroll, payroll tax, any benefits you offer, workers comp, insurance, everything that employee costs you, it should be about 30. </w:t>
      </w:r>
      <w:r>
        <w:br/>
      </w:r>
    </w:p>
    <w:p w:rsidR="004317A9" w:rsidRDefault="00000000">
      <w:r>
        <w:t xml:space="preserve">You know what you're paying them should be about 33 % of your overall revenue. So that you know the 50 % doesn't really fit into that obviously. And I think there's a lot of business owners out there that have you know wondered why they're not making any money with employees and they just hear the 50 % and they don't realize or don't remember that actually the cost of the employee is more than 50 % it's more like 62 all the way up to 65 % depending on what you offer. So you know just if you're not working with the right numbers, the right ratios and so forth, you can kind of get yourself into trouble over time. </w:t>
      </w:r>
      <w:r>
        <w:br/>
      </w:r>
    </w:p>
    <w:p w:rsidR="004317A9" w:rsidRDefault="00000000">
      <w:r>
        <w:t xml:space="preserve">So a disadvantage of Commission based pay to the employee job satisfaction is probably going to go up and down. Not that it wouldn't anyway, but it's going to be more based on their pay in the Commission situation you can imagine that when things are slow, you know that the morale is not going to be there so much because they're not making as much money. So it's hard to, I think, manage expectations with your employees with respect to morale, what they can expect and so forth. </w:t>
      </w:r>
      <w:r>
        <w:br/>
      </w:r>
    </w:p>
    <w:p w:rsidR="004317A9" w:rsidRDefault="00000000">
      <w:r>
        <w:t xml:space="preserve">When you really don't, you know, you don't know for sure again, like I said before, you can spitball it, but you're not. You know, you're not for sure knowing what the person's going to </w:t>
      </w:r>
      <w:r>
        <w:lastRenderedPageBreak/>
        <w:t xml:space="preserve">be able to make because if it's on Commission, it's based on what you make and you don't know what that is yet. The work life balance can be difficult to maintain due to. Excuse me, due to the pressure to complete as much work as possible to maximize income. </w:t>
      </w:r>
      <w:r>
        <w:br/>
      </w:r>
    </w:p>
    <w:p w:rsidR="004317A9" w:rsidRDefault="00000000">
      <w:r>
        <w:t xml:space="preserve">As I said before you know that leads to mistakes leads to issues with the groom you know quality issues and so forth in some cases and you know some groomers you know they you know we've talked before especially in some of the other seminars about you know burnout and you know if you're trying to maximize that income it's easy to get situation where you're you know you're burning out because you're just working so much to try to maximize that income security is pretty much non existent in Commission based pay. </w:t>
      </w:r>
      <w:r>
        <w:br/>
      </w:r>
    </w:p>
    <w:p w:rsidR="004317A9" w:rsidRDefault="00000000">
      <w:r>
        <w:t xml:space="preserve">Obviously you know most grooming chops are doing pretty well. So I'm not going to say that it's completely not, well, I'm not going to say I shouldn't say that it's not there it is there on a certain level, but it you know. It's not what it is when you're when you have an hourly rate and you know what to expect. So you're you know your income's going to go up go down. There's a possibility of having no compensation for some time spent on the job when there's no you know when there's brakes in the action so to speak. And you know if you're looking at, if you're looking at purchasing a car, getting a mortgage, any of those things, you know you're going to be asked how much you make. </w:t>
      </w:r>
      <w:r>
        <w:br/>
      </w:r>
    </w:p>
    <w:p w:rsidR="004317A9" w:rsidRDefault="00000000">
      <w:r>
        <w:t xml:space="preserve">You can tell them what you've historically made in the past, but you won't necessarily be able to tell them this is what I am making this year you know it is like a salary person would or hourly. So it can cause a little bit of a problem when it comes to doing credit applications and things of that nature. So let's talk about the advantages of the hourly based structure to the business. </w:t>
      </w:r>
      <w:r>
        <w:br/>
      </w:r>
    </w:p>
    <w:p w:rsidR="004317A9" w:rsidRDefault="00000000">
      <w:r>
        <w:t xml:space="preserve">Some of these are just kind of the other side of the coin as what we talked about before. Obviously it encourages A-Team based approach versus you know kind of the silo effort as I mentioned before, it discourages the ME base grooming people work as a team. We've seen that at our salon or our spa people, you know, they work together because they know that it's to everyone's benefit to turn out grooms that reflect well on everyone. And when it's not based, you know when the pay is not based on that, it's you know it fosters that teamwork approach much more effectively. If you offer PTO it's obviously a little bit easier to do that. </w:t>
      </w:r>
      <w:r>
        <w:br/>
      </w:r>
    </w:p>
    <w:p w:rsidR="004317A9" w:rsidRDefault="00000000">
      <w:r>
        <w:t xml:space="preserve">You know how you would offer PTO in a Commission based situation is kind of dicey at least with respect to a lot of the PTO arrangements like for example we provide PTO that accrues at a certain rate per hour worked. Obviously, we can't do that if we're on Commission. You could do it. I mean, rephrase that you could do it if you were tracking time. But if you're tracking time and doing Commission, I'm sure you're going to get the question at some point, why am I doing both? Why isn't it one of the other? Because you're trying to kind of </w:t>
      </w:r>
      <w:r>
        <w:lastRenderedPageBreak/>
        <w:t xml:space="preserve">mix and match a little bit. </w:t>
      </w:r>
      <w:r>
        <w:br/>
      </w:r>
    </w:p>
    <w:p w:rsidR="004317A9" w:rsidRDefault="00000000">
      <w:r>
        <w:t xml:space="preserve">So it just makes more work for you, makes more work for the employee in that situation. So things like pay time off obviously are easier to implement in an hourly situation. As I mentioned before it you can forecast and budget labor much more accurately when you're on an hourly pay structure, you've got more flexibility to make those price adjustments that I talked about before that don't impact pay rates. We found ourselves in that situation a few times here where we wanted to increase our rates, but you know, maybe we had somebody that wasn't quite at the same level as another employee. </w:t>
      </w:r>
      <w:r>
        <w:br/>
      </w:r>
    </w:p>
    <w:p w:rsidR="004317A9" w:rsidRDefault="00000000">
      <w:r>
        <w:t xml:space="preserve">Essentially we were you know giving everyone a raise whether they deserved it or not. And furthermore we were giving the same raise to different employees that may be at different levels of performance. So it just it really takes away the ability to develop a merit based compensation structure and then like I mentioned before hourly based encourages more of the kind of the traditional what I like to call traditional employee relationship. </w:t>
      </w:r>
      <w:r>
        <w:br/>
      </w:r>
    </w:p>
    <w:p w:rsidR="004317A9" w:rsidRDefault="00000000">
      <w:r>
        <w:t xml:space="preserve">One thing I didn't mention before is the Commission based structure, i kind of alluded to it, but the Commission based pay structure kind of it assumes to some degree that the person receiving the Commission is somewhat of a business partner that's making a certain percentage of the revenue. That's if you were a business partner in an enterprise that's how you would expect to be compensated and you would be expect that you would expect to get a certain percentage of the revenue of the business. So and again that business partner kind of mentality isn't really the best when it comes to you know developing the kind of work atmosphere that is most conducive to success. </w:t>
      </w:r>
      <w:r>
        <w:br/>
      </w:r>
    </w:p>
    <w:p w:rsidR="004317A9" w:rsidRDefault="00000000">
      <w:r>
        <w:t xml:space="preserve">There are a few advantages of hourly based pay to the employee even though sometimes it's hard to get folks to understand this. You know when you're when you're talking about 50 % Commission say well we're going to go back to hourly. You know the first thing that somebody's going to say is how does that benefit me And we'll go over a little bit more of that when we talk about how to switch. But right now for the employee it involves more consistent pay their income security is higher as you can imagine. </w:t>
      </w:r>
      <w:r>
        <w:br/>
      </w:r>
    </w:p>
    <w:p w:rsidR="004317A9" w:rsidRDefault="00000000">
      <w:r>
        <w:t xml:space="preserve">You know you're paying them for a certain amount of hours on the job whether they have a dog or not. Now granted, that's going to take a little bit more management on your end in terms of making sure that you have that work, so you're not paying people to do nothing. But honestly in our spot, I'm sure you probably have the same situation there's plenty to do. Cleaning is huge. You know the sanitation of tubs and table tops and so forth i mean you want your spa to be looking the best when new clients come in or anybody else for that matter. </w:t>
      </w:r>
      <w:r>
        <w:br/>
      </w:r>
    </w:p>
    <w:p w:rsidR="004317A9" w:rsidRDefault="00000000">
      <w:r>
        <w:lastRenderedPageBreak/>
        <w:t xml:space="preserve">So you know taking part in the cleaning is something that the folks can do when they're when they're not working here at our spa, we also we don't have a fulltime receptionist. We all kind of pitch in on that so when people and we give kind of basic training to all of our groomers on you know how we would expect the phone to be answered and so forth and so when folks aren't working on a dog, you know they may be upfront, if they're not cleaning, they may be at the front answering the phone or making appointments. So there's as I said before, our experience has been there's plenty to get involved with. </w:t>
      </w:r>
      <w:r>
        <w:br/>
      </w:r>
    </w:p>
    <w:p w:rsidR="004317A9" w:rsidRDefault="00000000">
      <w:r>
        <w:t xml:space="preserve">There is the opportunity to pay be paid overtime when you're working hourly. That's an advantage to the business, to the employee it's not necessarily an advantage to the business, but you know by law employees are they have a right to be paid at that time and a half rate when they're working more than 40 hours in a week. And so given that they have that right, obviously it's an advantage for them to be in a scenario where that's easily calculated. Everybody's on the same page about you know how much the overtime should be and you know that becomes a good thing for the employee. And then like I said, like I've mentioned a couple Times Now, it encourages a more of a team based approach which can be particularly helpful when groomers maybe get behind on their day, they can get other people to help. </w:t>
      </w:r>
      <w:r>
        <w:br/>
      </w:r>
    </w:p>
    <w:p w:rsidR="004317A9" w:rsidRDefault="00000000">
      <w:r>
        <w:t xml:space="preserve">Maybe there's a grooming scenario that you know that they're not so good at. They can get somebody to help. So you're not, you're not fighting again that silo mentality of well, if I'm not getting paid for it, I'm not going to help. So it can, it can benefit the groomer, not just the employee but the groomer themselves as well in that scenario. Now something else I wanted to mention is a hybrid model. There are businesses that can that have put in place kind of a hybrid between hourly base and Commission based pay. So they in those situations they have an hourly pay rate that provides the employee you know income that they can count on, a base income that they can count on and then there's performance goals on top of that bonuses that are tied to those performance goals that are more of the Commission style of pay. </w:t>
      </w:r>
      <w:r>
        <w:br/>
      </w:r>
    </w:p>
    <w:p w:rsidR="004317A9" w:rsidRDefault="00000000">
      <w:r>
        <w:t xml:space="preserve">So it's kind of the best of both world scenario one that one that I think is effective and you know like I said before it goes back to just giving the employee a scenario where they can say I this is how much I know I'm going to make on the, you know on the top and then everything else you know is based on performance and it and it ends up being gravy so to speak. So making the change and this is like I said my wife and I went through this several years ago and it's definitely, it's a little challenging but if you feel like the hourly pay structure is more conducive, more beneficial to you than the Commission pay structure, it is possible to change. </w:t>
      </w:r>
      <w:r>
        <w:br/>
      </w:r>
    </w:p>
    <w:p w:rsidR="004317A9" w:rsidRDefault="00000000">
      <w:r>
        <w:t xml:space="preserve">Now I'm not going to say that you're not i mean we had two, two of our groomers said no, I'm not doing that and they left. But again, like I said, I mean if they had, if they if they sat </w:t>
      </w:r>
      <w:r>
        <w:lastRenderedPageBreak/>
        <w:t xml:space="preserve">down and really looked at the numbers, they would have realized that they're probably going to do, they may be able to do a little bit better in the in the hourly pay structure because they're again they're being paid for their time rather than their production exclusively. So having said that, it's important to present the advantages what I talked about before of the hourly pay structure to the employee so that they really have a clear understanding of you know how this can help them, how this is a better structure for them both now and in the future going forward, you certainly want to research the hourly pay rates obviously every area is different with respect to cost of living and other factors here in the Washington DC area, it's very expensive to live. </w:t>
      </w:r>
      <w:r>
        <w:br/>
      </w:r>
    </w:p>
    <w:p w:rsidR="004317A9" w:rsidRDefault="00000000">
      <w:r>
        <w:t xml:space="preserve">And you know, I've seen scenarios where you know a groomer here being paid what would be perfectly acceptable in another area. You can't even get an apartment here or you know, a place to live. So obviously, the hourly rate really needs to reflect, among other things, the cost of living in your particular area. And you want to make sure that you price in the fact that you're paying downtime, you're paying for some downtime so I would caution you against saying to somebody, all right, well, tell me how much you make, you know, in a Commission model and I'll tell you what the hourly rate is and then paying them that exact hourly rate because what they made before doesn't necessarily take into account the time that they spent on the job. </w:t>
      </w:r>
      <w:r>
        <w:br/>
      </w:r>
    </w:p>
    <w:p w:rsidR="004317A9" w:rsidRDefault="00000000">
      <w:r>
        <w:t xml:space="preserve">So you want to factor in that there's going to be some downtime. You don't necessarily want to offer a rate that is right at that. You know that number that would bring them the exact amount that they made last year or in previous years and then consider the hybrid model as I mentioned before to retain kind of an incentive component that's important in a lot of scenarios for the employee because again they're looking at it from a okay, I'm getting a percentage. </w:t>
      </w:r>
      <w:r>
        <w:br/>
      </w:r>
    </w:p>
    <w:p w:rsidR="004317A9" w:rsidRDefault="00000000">
      <w:r>
        <w:t xml:space="preserve">So the more work I do the better off I'll be. You can incorporate that same mentality into this hybrid model where you've got a performance goal or performance bonus on top of the flat pay rate. So that is those are all of my slides i think did it. Was everybody able to see the presentation i see a comment where they only saw that was that was when we were having some technical issues. </w:t>
      </w:r>
      <w:r>
        <w:br/>
      </w:r>
    </w:p>
    <w:p w:rsidR="004317A9" w:rsidRDefault="00000000">
      <w:r>
        <w:t xml:space="preserve">Ok oh good. So hopefully this has been helpful for you i'm always available to answer questions i've over the last few years have developed some Excel tools and so forth that help me manage on an hourly in an hourly environment better i'm able to see exactly what my labor cost is on a daily basis and what my revenue is and making sure that you know that ratio of 33 % is there and I'd be happy to share those things with anyone out there that would like to see that so all right, if anyone has questions, how do they get a hold of you can reach me by email a y s o n at Barkley Square and that's BARKLEY square.com okay Anita, </w:t>
      </w:r>
      <w:r>
        <w:lastRenderedPageBreak/>
        <w:t xml:space="preserve">the slides are here i see them with no problem. </w:t>
      </w:r>
      <w:r>
        <w:br/>
      </w:r>
    </w:p>
    <w:p w:rsidR="004317A9" w:rsidRDefault="00000000">
      <w:r>
        <w:t xml:space="preserve">So they are recorded. We're going to have the slides available, right, if you want the slides available, but the slides are here in the recording, Okay, okay. So we are, we'll give it a second for any questions, but if not, we will be back in 40 minutes with Kayla. Kayla, well, thank you, Mary, I appreciate it and thank you everyone for watching and as I said, you know, if you have any questions, please don't hesitate to reach out all right so we do have a question. How do you set up bonuses that will not cost you too much as the owner? I'm sorry, can you say that again please? How do you set up bonuses that will not cost you too much as the owner? Well it's doing that number crunching to figure out how much am I making, how much do I need to make on an hourly basis to run my business and so how much is left over to be able to maybe add a bonus to somebody's pay. </w:t>
      </w:r>
      <w:r>
        <w:br/>
      </w:r>
    </w:p>
    <w:p w:rsidR="004317A9" w:rsidRDefault="00000000">
      <w:r>
        <w:t xml:space="preserve">Like I said again it it's all comes down to that 33 % ratio that you want to stay as close to as you can. And as I mentioned you can put together some pretty effective like Excel spreadsheets that can help you know just by plopping in some numbers can kind of help you stay on top of that 33 % target. But it it's really, it's looking at your, you know what you need to make, what your pay is and what's left over to offer in bonuses. </w:t>
      </w:r>
      <w:r>
        <w:br/>
      </w:r>
    </w:p>
    <w:p w:rsidR="004317A9" w:rsidRDefault="00000000">
      <w:r>
        <w:t xml:space="preserve">All right. So we'll any more questions before we wrap it up? Ok so Grayson, thank you so much for taking time out of your day to do this. Thank you for adding me. All the reportings will be up by the end of the day and we'll see everybody in 45 minutes. </w:t>
      </w:r>
      <w:r>
        <w:br/>
      </w:r>
    </w:p>
    <w:sectPr w:rsidR="004317A9"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6C3F" w:rsidRDefault="00A06C3F">
      <w:pPr>
        <w:spacing w:after="0" w:line="240" w:lineRule="auto"/>
      </w:pPr>
      <w:r>
        <w:separator/>
      </w:r>
    </w:p>
  </w:endnote>
  <w:endnote w:type="continuationSeparator" w:id="0">
    <w:p w:rsidR="00A06C3F" w:rsidRDefault="00A0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17A9" w:rsidRDefault="00000000">
    <w:pPr>
      <w:pStyle w:val="Footer"/>
      <w:jc w:val="center"/>
    </w:pPr>
    <w:r>
      <w:t xml:space="preserve">Page </w:t>
    </w:r>
    <w:r>
      <w:fldChar w:fldCharType="begin"/>
    </w:r>
    <w:r>
      <w:instrText>PAGE</w:instrText>
    </w:r>
    <w:r w:rsidR="00281FF7">
      <w:fldChar w:fldCharType="separate"/>
    </w:r>
    <w:r w:rsidR="00281FF7">
      <w:rPr>
        <w:noProof/>
      </w:rPr>
      <w:t>1</w:t>
    </w:r>
    <w:r>
      <w:fldChar w:fldCharType="end"/>
    </w:r>
    <w:r>
      <w:t>/</w:t>
    </w:r>
    <w:r>
      <w:fldChar w:fldCharType="begin"/>
    </w:r>
    <w:r>
      <w:instrText>NUMPAGES</w:instrText>
    </w:r>
    <w:r w:rsidR="00281FF7">
      <w:fldChar w:fldCharType="separate"/>
    </w:r>
    <w:r w:rsidR="00281F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6C3F" w:rsidRDefault="00A06C3F">
      <w:pPr>
        <w:spacing w:after="0" w:line="240" w:lineRule="auto"/>
      </w:pPr>
      <w:r>
        <w:separator/>
      </w:r>
    </w:p>
  </w:footnote>
  <w:footnote w:type="continuationSeparator" w:id="0">
    <w:p w:rsidR="00A06C3F" w:rsidRDefault="00A06C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2561450">
    <w:abstractNumId w:val="8"/>
  </w:num>
  <w:num w:numId="2" w16cid:durableId="1640568278">
    <w:abstractNumId w:val="6"/>
  </w:num>
  <w:num w:numId="3" w16cid:durableId="1083064589">
    <w:abstractNumId w:val="5"/>
  </w:num>
  <w:num w:numId="4" w16cid:durableId="392505028">
    <w:abstractNumId w:val="4"/>
  </w:num>
  <w:num w:numId="5" w16cid:durableId="650912495">
    <w:abstractNumId w:val="7"/>
  </w:num>
  <w:num w:numId="6" w16cid:durableId="1638336962">
    <w:abstractNumId w:val="3"/>
  </w:num>
  <w:num w:numId="7" w16cid:durableId="1534419126">
    <w:abstractNumId w:val="2"/>
  </w:num>
  <w:num w:numId="8" w16cid:durableId="773591312">
    <w:abstractNumId w:val="1"/>
  </w:num>
  <w:num w:numId="9" w16cid:durableId="920943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1FF7"/>
    <w:rsid w:val="0029639D"/>
    <w:rsid w:val="00326F90"/>
    <w:rsid w:val="004317A9"/>
    <w:rsid w:val="00A06C3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8C971E0-9B69-5A4B-AF24-EB0D4509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4156</Words>
  <Characters>23691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2023-09-25T21:43:00Z</dcterms:created>
  <dcterms:modified xsi:type="dcterms:W3CDTF">2023-09-25T21:43:00Z</dcterms:modified>
  <cp:category/>
</cp:coreProperties>
</file>