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00E9" w:rsidRDefault="00000000">
      <w:pPr>
        <w:pStyle w:val="Title"/>
      </w:pPr>
      <w:r>
        <w:t>Organizational Tips</w:t>
      </w:r>
    </w:p>
    <w:p w:rsidR="000B00E9" w:rsidRDefault="000B00E9"/>
    <w:p w:rsidR="000B00E9" w:rsidRDefault="00000000">
      <w:r>
        <w:rPr>
          <w:b/>
        </w:rPr>
        <w:t>Date</w:t>
      </w:r>
      <w:r>
        <w:t xml:space="preserve">    2023-09-24</w:t>
      </w:r>
    </w:p>
    <w:p w:rsidR="000B00E9" w:rsidRDefault="000B00E9"/>
    <w:p w:rsidR="000B00E9" w:rsidRDefault="00000000">
      <w:r>
        <w:t xml:space="preserve">And if you guys have any questions. Hey, everybody good morning good afternoon good evening whenever you're watching this, OK so welcome to the first workshop of the first day of the Fall Business Summit for positive educational training. Alright so Angie's Angie, one of our most popular speakers thank you angie, it's going to start it's going to start us off. Angie, go, it's all yours. All right. Well, thank you for coming today and let's jump right in. So today we're doing organizing tips for your salon. </w:t>
      </w:r>
      <w:r>
        <w:br/>
      </w:r>
    </w:p>
    <w:p w:rsidR="000B00E9" w:rsidRDefault="00000000">
      <w:r>
        <w:t xml:space="preserve">And it's really important that your salon stay organized because and you can use a lot of this in mobile too, because time is money, right? Hi, I'm Angie Coats. I've been doing this for 35 years. I'm the coowner of retailing salon spot and this is how you can reach me. You can text me or Facebook message me. But if you call me, I'm usually working on a pet. And if I'm working on a pet, I don't answer my phone because my focus is on that pet. My goal today is to share ideas with you as groomers need. We need to streamline as much of our salons to make the entire work day easier, to upkeep, it easier to clean, and to save us time and money all right, so look at the background of this picture. </w:t>
      </w:r>
      <w:r>
        <w:br/>
      </w:r>
    </w:p>
    <w:p w:rsidR="000B00E9" w:rsidRDefault="00000000">
      <w:r>
        <w:t xml:space="preserve">You can't relax and chaos. Your brain is processing too much information. Which side of this picture makes you more relaxed? The jumble on the left or where everything's organized on the right, For me, that organization is absolutely critical because I have too much going on up here, too many plates in the air. So if there's clutter, I can't deal with it. I don't have time for it and I get overwhelmed and I don't have time to be overwhelmed because there's too many things going on. </w:t>
      </w:r>
      <w:r>
        <w:br/>
      </w:r>
    </w:p>
    <w:p w:rsidR="000B00E9" w:rsidRDefault="00000000">
      <w:r>
        <w:t xml:space="preserve">So it needs to be streamlined and we organize in our appointments into times on the days they're scheduled to come in so we can find them quickly and easily. Why not utilize the same strategy for the entire salon? Everything should be organized, neat, easy to find religiously. The universal time is money. The more time we spend doing things we don't have to, the less money we're making that in between time it needs to be considered as well so if I have a rabbit come in for a groom and say it's a short coated brush out the brush out nails, all that takes me roughly 25 minutes. </w:t>
      </w:r>
      <w:r>
        <w:br/>
      </w:r>
    </w:p>
    <w:p w:rsidR="000B00E9" w:rsidRDefault="00000000">
      <w:r>
        <w:lastRenderedPageBreak/>
        <w:t xml:space="preserve">If it's not spring molt, however, the cleanup on the room takes me 15, because all that light fuzzes in the air. And that rabbit first sticks to everything. To walls, to me, to my toolkit, to everything so all the tools have to be disinfected, everything's got to be cleaned, the room's got to be vacuumed, and then it's going to be vacuumed again, because the second time I vacuumed, everything else has fallen out of the air. So that 15 minute cleanup time has to be added on to my time and my cost for that rabbit. So I don't just charge them for 25 minutes, I charge them for the full 45 minutes because that's gives me the bumper because they also need a picture and that sort of thing. </w:t>
      </w:r>
      <w:r>
        <w:br/>
      </w:r>
    </w:p>
    <w:p w:rsidR="000B00E9" w:rsidRDefault="00000000">
      <w:r>
        <w:t xml:space="preserve">So 45 minutes is what the cost is to me because that's how long it takes. So if you're spending hours at the end of the day cleaning your salon, you're wasting time in mind. Why not use that time to put in another room? I would rather be bringing in money than just working like 3 hours at the end of the day cleaning my salon. So I'll show you some ideas. </w:t>
      </w:r>
      <w:r>
        <w:br/>
      </w:r>
    </w:p>
    <w:p w:rsidR="000B00E9" w:rsidRDefault="00000000">
      <w:r>
        <w:t xml:space="preserve">You can utilize your time into streamlining your cleanup and keep your salon cleaner with less effort. So this is my cleaning cabinet. When it comes to small spaces, the key is to enclose as much as possible. These Rubbermaid closets are phenomenal i have eight of them in my salon. You can put a lot more in space if you're utilizing the vertical space as well. So shelves. But it's all enclosed and we need to keep these enclosed areas organized as well don't just stuff in and close thing and close the doors and call it a day. </w:t>
      </w:r>
      <w:r>
        <w:br/>
      </w:r>
    </w:p>
    <w:p w:rsidR="000B00E9" w:rsidRDefault="00000000">
      <w:r>
        <w:t xml:space="preserve">Because even though it looks organized from the outside, it needs to actually be organized inside. Because that way you can quickly find what you need. Step one by a labeler. This is my salon labeler. I have a labeler at home too, and as you can see, his name is Fred and Fred is awesome. He makes me all labels I need and I only really need to feed him like every six months and he gets a new Cape. Fred is left. This is my bathing area closet so you can buy an enclosed closet. And it is. It's rubber so it cleans it well. Vacuums up very nicely. </w:t>
      </w:r>
      <w:r>
        <w:br/>
      </w:r>
    </w:p>
    <w:p w:rsidR="000B00E9" w:rsidRDefault="00000000">
      <w:r>
        <w:t xml:space="preserve">It's light, so you can move it to slide it out to vacuum behind it very easily it literally just, it takes now my assistant has bad back she hasn't had back surgery. She moves this thing on the daily even though I tell her not to, and she can just slide it right out because it is light even when it's full of stuff and slides quite smoothly on the linoleum. So you can see the top shelf is towels, the next shelf is shampoos and conditioners and then the oils that we put on after the conditioning face cloths and happy hoodies. </w:t>
      </w:r>
      <w:r>
        <w:br/>
      </w:r>
    </w:p>
    <w:p w:rsidR="000B00E9" w:rsidRDefault="00000000">
      <w:r>
        <w:t xml:space="preserve">And then the bottom is muzzles and water dishes, tunnels, things like that. And as you can see on the door, these are recipes. So the recipes are laminated. So say we have a dog that was skunked, you can just pull, they're stuck on with Velcro, so there's a Velcro button on the door. And then the other piece side of the Velcro is on the back of the laminated card. So when you have a dog with grass stains or a whatever the recipe is right there, you just pull it </w:t>
      </w:r>
      <w:r>
        <w:lastRenderedPageBreak/>
        <w:t xml:space="preserve">off and then you can set up whatever you need to do in the tub. </w:t>
      </w:r>
      <w:r>
        <w:br/>
      </w:r>
    </w:p>
    <w:p w:rsidR="000B00E9" w:rsidRDefault="00000000">
      <w:r>
        <w:t xml:space="preserve">And then when the dog is finished, you just stick it back on the door for the next time so you don't have to actually remember that it's there on the door. I worked in a salon where I had a shop beside my table where I did all of my drying in my blowouts because we didn't have a separate room went from the tape from the tub to your actual grooming table. I'm short. I'm actually like I have 4 and a half shelf was high enough so it didn't totally get hair covered, but it got a lot of fur on it every single day for that Couldn't be left there because it's a bacteria storage vessel on product I was using on pets the next day, so it all had to be cleaned up at the end of every single night. </w:t>
      </w:r>
      <w:r>
        <w:br/>
      </w:r>
    </w:p>
    <w:p w:rsidR="000B00E9" w:rsidRDefault="00000000">
      <w:r>
        <w:t xml:space="preserve">I also need a step stool to be able to reach anything in the back of that shelf every single day everything on it needed to be wiped off and the hair cleaned off of it. I spent 15 to 20 minutes a day, five days a week cleaning a six inch wide, 12 inch long shelf. That was the whole. That's all I had for storage was that one shelf. </w:t>
      </w:r>
      <w:r>
        <w:br/>
      </w:r>
    </w:p>
    <w:p w:rsidR="000B00E9" w:rsidRDefault="00000000">
      <w:r>
        <w:t xml:space="preserve">So that's a minimum of an hour and 15 minutes a week on cleaning one shelf 1-1 shell. I don't know about you, but I have much better ways of spending an hour and 15 minutes and to an hour and 40 minutes because you know, we have the Husky blowout. That's 65 hours a year that I spent 65 hours a year you don't have any more dogs i could have grown in 65 hours. </w:t>
      </w:r>
      <w:r>
        <w:br/>
      </w:r>
    </w:p>
    <w:p w:rsidR="000B00E9" w:rsidRDefault="00000000">
      <w:r>
        <w:t xml:space="preserve">How much more money I could have made had I been grooming in those 65 hours instead of spending it cleaning a six inch by 12 inch shelf? That's an entire work week and a half so why waste most of our valuable resource time on something so insignificant? So when I opened my salon, I got these wall covers and they went up before we even opened the doors. </w:t>
      </w:r>
      <w:r>
        <w:br/>
      </w:r>
    </w:p>
    <w:p w:rsidR="000B00E9" w:rsidRDefault="00000000">
      <w:r>
        <w:t xml:space="preserve">I was never going to be wasting that kind of time ever again. So this is my wall coverage here. And you see it has the three doors and I got them at Ocean State job lot, they have them at Home Depot, them at Lowe's there's tons of places you can get these. And once you put it together because it's, you know, it's like an IKEA dealing where you have to put all the stuff together. It's easy to put together. It took us maybe half an hour a piece and these are all over my salon. </w:t>
      </w:r>
      <w:r>
        <w:br/>
      </w:r>
    </w:p>
    <w:p w:rsidR="000B00E9" w:rsidRDefault="00000000">
      <w:r>
        <w:t xml:space="preserve">There's lots of them, There's one by every station and there's two in the back break room. So this is the inside. You can add additional space and utilization of that space by using lazy Susan's. So I have a Lazy Susan in each of the product areas so that way and you can see it's full of stuff. But I have the Lazy Susan and I just spinnered around to find whatever it is that </w:t>
      </w:r>
      <w:r>
        <w:lastRenderedPageBreak/>
        <w:t xml:space="preserve">I need or want. Now when you order your Lazy Susan's I have mine on Amazon. The key is to measure your space. </w:t>
      </w:r>
      <w:r>
        <w:br/>
      </w:r>
    </w:p>
    <w:p w:rsidR="000B00E9" w:rsidRDefault="00000000">
      <w:r>
        <w:t xml:space="preserve">I also lined the bottoms of all of the covered areas so that I can easily wipe them out with a wet cloth and so measure your space, length and width to find your Lazy Susan because I didn't initially do that and I ordered a Lazy Susan and I put it in there and I couldn't shut the door. So that way you'll know. Don't make the mistake i did utilize somewhere else, just not in there. You can also use lazy Susan's for your shampoo areas so you can just spin that right around and you'll get more out of your space so you don't have to dig for this shampoo bottle though, that shampoo bottle, you just spin it so much easier and they have so many different sizes you can find all the way down to like 6 inch and it's lovely. </w:t>
      </w:r>
      <w:r>
        <w:br/>
      </w:r>
    </w:p>
    <w:p w:rsidR="000B00E9" w:rsidRDefault="00000000">
      <w:r>
        <w:t xml:space="preserve">All right, so this is my workstation in the dog room. If you're not already using an enclosed tool kit, Black Friday is coming up and so are the sales. I get all my tool kits and like the locker and then the piece in between. I get all the stuff on Black Friday because it's basically half price. So you can check out Harbor, Freight, Home Depot, Lowe's, Walmart. Measure your space for the toolkit. </w:t>
      </w:r>
      <w:r>
        <w:br/>
      </w:r>
    </w:p>
    <w:p w:rsidR="000B00E9" w:rsidRDefault="00000000">
      <w:r>
        <w:t xml:space="preserve">I'm going to say this over and over and over measure your space because you want to know how much space you're going to have before you buy an item that costs 200$ three hundred dollars to put in your salon. So then you start looking for the toolkit for you. There are so many sizes, so many accessories, and a lot of those accessories are fabulous i have the paper towel holder. I have the Magnetic Surge protector. I have the holder that's actually supposed to be for spray cans, but I put my Clippers in it works lovely. And then the locker that you can see over here on the right, anything that's got to be hung up like belly bands or anything like that, Those are all in there. </w:t>
      </w:r>
      <w:r>
        <w:br/>
      </w:r>
    </w:p>
    <w:p w:rsidR="000B00E9" w:rsidRDefault="00000000">
      <w:r>
        <w:t xml:space="preserve">Extra hoses for my Clipper, vac, hoses for the canine. Any of that sort of stuff is in that locker as well as there's a drawer in the bottom that I keep all of the screwdrivers that are appropriate to do maintenance on my Clippers so I can change blade drive without having to go up front and grab a screwdriver from the toolbox up front. So my toolkit is the one on the furthest right and the additional piece in the middle because I've been doing this a long time, I have a lot of different tools, and so my groomer's kit is the one on the left. </w:t>
      </w:r>
      <w:r>
        <w:br/>
      </w:r>
    </w:p>
    <w:p w:rsidR="000B00E9" w:rsidRDefault="00000000">
      <w:r>
        <w:t xml:space="preserve">And when I'm in the cat Bunny room, she's grooming in here. And this way she has room to store her own tools in an order that makes sense to her because my order is not going to make sense to her and also, no one's allowed to touch my tools. They're mine, and I have a lot of very expensive tools that I'm not willing to share. So when it comes to loops, what you want to do is you can buy these magnetic rings here and get them on Amazon and give her 4 </w:t>
      </w:r>
      <w:r>
        <w:lastRenderedPageBreak/>
        <w:t xml:space="preserve">bucks. They're fantastic. I got my trick savers i got my loops right there. </w:t>
      </w:r>
      <w:r>
        <w:br/>
      </w:r>
    </w:p>
    <w:p w:rsidR="000B00E9" w:rsidRDefault="00000000">
      <w:r>
        <w:t xml:space="preserve">They're easy to just grab when I eat them i have my extender, should I need it for, you know, this or that dog. And that way they're right at hand. Simple, easy to grab. I need to ask if that was a Clipper back let me go back. That is a Clipper back. It is a Metro. That Clipper back is actually 27 years old. I really like the Metros because it is 27 years old. My other groomer who is now my business partner, when she when I needed to set up her area, I did buy another metro. </w:t>
      </w:r>
      <w:r>
        <w:br/>
      </w:r>
    </w:p>
    <w:p w:rsidR="000B00E9" w:rsidRDefault="00000000">
      <w:r>
        <w:t xml:space="preserve">It's a believe they're called the vacuum blow now. And the hose part on it that you attach to the large hose you can get from puppy playground. So that's puppy playground i know it sounds silly, but that's who it is, and it's the fellow that sets up the puppy playgrounds at the room Expos all over the country. All right, so Harbor Freight has tool organizers for your drawers. You can put. So I have my tool organizer for my nail drawer because I have varied sizes of nail Clippers depending upon the pet that I'm doing and I also have my finger caps so I don't drummel off my the top of my finger and my nail and I also have a respirator. </w:t>
      </w:r>
      <w:r>
        <w:br/>
      </w:r>
    </w:p>
    <w:p w:rsidR="000B00E9" w:rsidRDefault="00000000">
      <w:r>
        <w:t xml:space="preserve">So all of these things have their own spot. They are. I mean they're still noisy the Clipper backs are still noisy. You know there's there really isn't going to be a quiet one. So you know, it kind of is what it is it's Clipper back so it is. It is still annoying it's a, it's a vacuum. Every drawer is labeled so that way my body knows where something is located without me actually looking, and when I'm finished with the tool, it goes back in the drawer. </w:t>
      </w:r>
      <w:r>
        <w:br/>
      </w:r>
    </w:p>
    <w:p w:rsidR="000B00E9" w:rsidRDefault="00000000">
      <w:r>
        <w:t xml:space="preserve">It does not go on my table. It doesn't go on the top of the toolkit it goes back in the drawer in the spot that it belongs. And it took a bit of work for me to get used to this because in the other salon I had, all of my stuff was in one tiny little drawer that was maybe 8 inches deep and about a foot wide. Everything you see in this toolkit was smashed in that drawer. Let me just tell you, my Clipper blades were not a happy camper. So give your area, give your tools padding and give them space. They don't need to be cluttered and jumbled on top of each other. </w:t>
      </w:r>
      <w:r>
        <w:br/>
      </w:r>
    </w:p>
    <w:p w:rsidR="000B00E9" w:rsidRDefault="00000000">
      <w:r>
        <w:t xml:space="preserve">This is my shear drawer, so I have another drawer below that that's my thinners and chunkers. But this is just the shears and it you know it's ascending largest to smallest curves to straight. And so my other pair of shears was being maintained because they i dropped them but they're being sorted out and they will return to their rightful spot in this drawer. Be careful with shareholders because when you're using a shear holder, and I've heard this from a number of different sharpeners, the ends of the shears tend to get nicked up. </w:t>
      </w:r>
      <w:r>
        <w:br/>
      </w:r>
    </w:p>
    <w:p w:rsidR="000B00E9" w:rsidRDefault="00000000">
      <w:r>
        <w:lastRenderedPageBreak/>
        <w:t xml:space="preserve">Additionally, the size of the shears tend to get banged around because you're putting them in there they're wobbling, they're much safer inner drawer. And I had sent this picture to Chris Barry Anthony for one of her sheer classes and she said, oh, I would have thought you would have had them on like 1 inch padding and I was like what makes you think I don't that is on padding those shears in this drawer that's over 2000$ from just what you see here, not even the one that's off getting repaired. </w:t>
      </w:r>
      <w:r>
        <w:br/>
      </w:r>
    </w:p>
    <w:p w:rsidR="000B00E9" w:rsidRDefault="00000000">
      <w:r>
        <w:t xml:space="preserve">So if you're going to spend that kind of money on a tool, take care of them. And get the padding and take care of the tools. Snapon cones. So these are the wide snapon cones. You can get these acrylic compact organizers off Amazon and you can get four of them for 21 bucks. They fit wide blades and they fit wide snapons so you don't have to spend a ton of money to buy some funky thing. </w:t>
      </w:r>
      <w:r>
        <w:br/>
      </w:r>
    </w:p>
    <w:p w:rsidR="000B00E9" w:rsidRDefault="00000000">
      <w:r>
        <w:t xml:space="preserve">You just get these and they as you can see, they fit great. And I have probably 16 of these altogether for my Snapon columns for my groomer, Snapon Homes, for my dog Room, for the cat room, for the Snapon columns in the cat room. Clover blades. Get a blade rack. You can get these from any of the distributors. They're like 5 bucks. You can buy them on Amazon. If you aren't going to a trade show anytime soon, get them. </w:t>
      </w:r>
      <w:r>
        <w:br/>
      </w:r>
    </w:p>
    <w:p w:rsidR="000B00E9" w:rsidRDefault="00000000">
      <w:r>
        <w:t xml:space="preserve">And the cool thing about these is they are heavy duty plastic. You can wash them out. Flip them upside down after you wash them, leave them to dry overnight and then pop your blades back in bandana storage. I see so many posts asking people how do you store your bandanas? How do you do this? It's really simple. So you get a curtain rod from Walmart, Target, wherever and then you get the decorative chain cut length you know, take apart lengths of the decorative chain and slide it over the. You want to get a thin curtain rod because the chain isn't very big it's, you know, about that big around so you want a relatively thin curtain rod and then you just slide the chain over the curtain rod and you put the bandanas through the holes of the chain and then when you want them, you just slide them out. </w:t>
      </w:r>
      <w:r>
        <w:br/>
      </w:r>
    </w:p>
    <w:p w:rsidR="000B00E9" w:rsidRDefault="00000000">
      <w:r>
        <w:t xml:space="preserve">It's very easy to control and contain. And then when you have, we do things for our salon every two weeks it changes so often Times the bandanas are changing every two weeks so you're going to have leftovers. Well, what do I do with the leftovers? You store them in one of these Sterilite tubs that you can get from Walmart for I think for like 25 bucks. And each drawer has a label this is, you know, spring, summer. These are the extra small ones for the you know, like the three pound Yorkies and that you make out of the little bit that's left over when you bought the fabric. </w:t>
      </w:r>
      <w:r>
        <w:br/>
      </w:r>
    </w:p>
    <w:p w:rsidR="000B00E9" w:rsidRDefault="00000000">
      <w:r>
        <w:t xml:space="preserve">And then the top drawer is just different things. Noisemakers to get the dog's attention when you're taking the picture. Little things to make the hats smaller and fit better. Stuff </w:t>
      </w:r>
      <w:r>
        <w:lastRenderedPageBreak/>
        <w:t xml:space="preserve">like that. Extra talent. So I have a lot of extra towels because my customers bring me extra towels without me asking. They're like, oh, I, you know, redid all the towels in the house here and they're brand new towels. I'm certainly not going to say no thank you very much. </w:t>
      </w:r>
      <w:r>
        <w:br/>
      </w:r>
    </w:p>
    <w:p w:rsidR="000B00E9" w:rsidRDefault="00000000">
      <w:r>
        <w:t xml:space="preserve">I will take all of the extra towels. So I use color towels in the cat room and I use the white towels for the dogs. And so I have this Rubbermaid closet to store all of them. And any of the towels that are like, they get ripped, dogs claw them up, they chew them. What not what we do is we cut them into quarters. And any of the cats or bunnies that are going to be going home in a crate if they don't have something in their crate, we just slide that in there. So that way because you can't ask a cat if he's got to go pee, you can't walk a cat or a Bunny. </w:t>
      </w:r>
      <w:r>
        <w:br/>
      </w:r>
    </w:p>
    <w:p w:rsidR="000B00E9" w:rsidRDefault="00000000">
      <w:r>
        <w:t xml:space="preserve">And it's a natural fiber, so you can put it in a rabbit's cage or a Guinea pig's cage you can put a little towel in there so that they're going to arrive home clean and dry because you have the towel at the bottom and you just cut around the holes, you know, that's what, oh o k so this one's going to be this wide and this one's going to be this wide. </w:t>
      </w:r>
      <w:r>
        <w:br/>
      </w:r>
    </w:p>
    <w:p w:rsidR="000B00E9" w:rsidRDefault="00000000">
      <w:r>
        <w:t xml:space="preserve">And we just store them in a little Rubbermaid tub underneath one of the tubs and when is 1 is needed. And also if they come in messy, we can put that towel. If it's one of ours that we put in there and it's thrown away. And if it's one of theirs, we could put it in a bag, tie it up and give it back to them so and then put a fresh one in so and after we clean the crate so that the pet is comfortable. And we have a couple elderly dogs that come in crates as well because the owner is elderly, dog is elderly, the dog can't walk and the owner can't really walk all that well either. </w:t>
      </w:r>
      <w:r>
        <w:br/>
      </w:r>
    </w:p>
    <w:p w:rsidR="000B00E9" w:rsidRDefault="00000000">
      <w:r>
        <w:t xml:space="preserve">We put the towels in their crates as well. So tools and hardware. We all need a well stocked toolbox. When I'm looking for a screwdriver to replace my Clipper drive, I do not want to be searching for it for any length of time. I want to open the drawer that says screwdrivers, grab the screwdriver I need, change the drive, be on my way. Time is money. The more time it takes to stop the leak in the tub, to change the tub sprayer, to change the blade drive, the longer I'm not grooming. And if I'm not grooming, I'm not generating income this is dead time. It's not doing anything for me. </w:t>
      </w:r>
      <w:r>
        <w:br/>
      </w:r>
    </w:p>
    <w:p w:rsidR="000B00E9" w:rsidRDefault="00000000">
      <w:r>
        <w:t xml:space="preserve">So I would rather be utilizing that time by being able to go up front and go oh o k So we got to change the sprayer, just go in, grab a wrench, go over the tub, undo one sprayer, put the spare one on, turn that you know tighten it up ready to go less than one minute downtime and that tub is still going as strong. So you can there are tiny tool kits you can purchase at Walmart for under 100 bucks. I actually got this I there's two of them that I have that are the wood grain and I actually got them from dentist's office for they were 100 bucks apiece but they have them at the smaller ones you can find them at Walmart, Target. </w:t>
      </w:r>
      <w:r>
        <w:br/>
      </w:r>
    </w:p>
    <w:p w:rsidR="000B00E9" w:rsidRDefault="00000000">
      <w:r>
        <w:lastRenderedPageBreak/>
        <w:t xml:space="preserve">And remember Black Friday is your friend when it comes to getting tool kits and organizing things, filing cabinet. So this is the type of filing cabinet I have with the two small drawers on top and the large one on the bottom. The two top drawers are for office supplies, calculator, extra pens, my waiting list, notebook and also the in the top door is call log. So every call that comes in is written down and specie of the pet discussed is checked off. </w:t>
      </w:r>
      <w:r>
        <w:br/>
      </w:r>
    </w:p>
    <w:p w:rsidR="000B00E9" w:rsidRDefault="00000000">
      <w:r>
        <w:t xml:space="preserve">So dog, cat, Bunny, Guinea pig. And the person returning the call puts their name, the date and the time the call was returned as well as the check on voicemail message or spoke to in person. That way no one can say I didn't get a call back because that has happened in the past i didn't get a call back. Actually you did. You got three and your voicemail is full. </w:t>
      </w:r>
      <w:r>
        <w:br/>
      </w:r>
    </w:p>
    <w:p w:rsidR="000B00E9" w:rsidRDefault="00000000">
      <w:r>
        <w:t xml:space="preserve">So we can't call you back and leave a message if your voicemail box is full and there's nothing we can do about that but if you go back in your call log, you will see we did in fact call you back three times and these are the dates and the times that occurred. So the bottom drawer is for customer contracts, intake forms, matting forms, things like that, all the different forms that you may need and it's all alphabetized. And so they're not just flung in there and color coding saves time. </w:t>
      </w:r>
      <w:r>
        <w:br/>
      </w:r>
    </w:p>
    <w:p w:rsidR="000B00E9" w:rsidRDefault="00000000">
      <w:r>
        <w:t xml:space="preserve">So these are you know, A through C is blue and D through F is red color-coded It you can buy the different color-coded filing folders on Amazon and it just makes your life so much easier everything is labeled, everything is color-coded It just makes more sense to your brain. Makes it for an easy transition office supplies. We all need offsplice, but how do we contain and control them like this? These Sterilite drawer stacks are phenomenal and they do stack, so you can actually take the top off of one of these and put another one on top of it if you want to. </w:t>
      </w:r>
      <w:r>
        <w:br/>
      </w:r>
    </w:p>
    <w:p w:rsidR="000B00E9" w:rsidRDefault="00000000">
      <w:r>
        <w:t xml:space="preserve">So the one on the left there is bow ties and special bows, things like that. So if somebody wants to upgrade from a bandana or they want that in addition to a bandana, bandanas come with the room. Then they have those and they're 5 bucks and we display them on ribbon and on a rack and the ones not being used are stored in that Sterilite drawer stack. So then we have the office supplies, pens, white out post, its staples, duct tape, electrical tape, sympathy cards, thank you Cards, cords, random screws and that sort of thing are all found here in the white 5 drawer storage container. Now my speedy dryer that I love with a passion is hotter than the sun. </w:t>
      </w:r>
      <w:r>
        <w:br/>
      </w:r>
    </w:p>
    <w:p w:rsidR="000B00E9" w:rsidRDefault="00000000">
      <w:r>
        <w:t xml:space="preserve">The top nozzle came loose, one of the screws fell out. But I keep random screws from different things. So I went and brought up in the bottom drawer and I went into the zip lock bag of random screws, looked for one that would fit a nozzle, found one, went over, screwed it back in so that my equipment that I paid all that money for is in good shape and it stays in good shape. So you know, I've been in some salons where a lot of this is duct tapes where a </w:t>
      </w:r>
      <w:r>
        <w:lastRenderedPageBreak/>
        <w:t xml:space="preserve">screw is what you really need, but they don't have one because when they get something and they just toss all the extra screws because they don't need them for that object. </w:t>
      </w:r>
      <w:r>
        <w:br/>
      </w:r>
    </w:p>
    <w:p w:rsidR="000B00E9" w:rsidRDefault="00000000">
      <w:r>
        <w:t xml:space="preserve">Well no, you may not need them for that, but you may need them for something else. So save a little zip lock bag of random screws and you know different washers and things like this because you may not need it for the thing that it came with, but you may need it for something else instead. And it's so easy to just grab the bag. </w:t>
      </w:r>
      <w:r>
        <w:br/>
      </w:r>
    </w:p>
    <w:p w:rsidR="000B00E9" w:rsidRDefault="00000000">
      <w:r>
        <w:t xml:space="preserve">I rarely have a time where I don't have the screw or the whatever that I need. They simply just going in that bag from all the other items that we have around the salon tones, muzzles and first aid kits. So now these white drawers that you see here actually got it Home Depot and they are attached by these little hooks that sliding the wall so there's a slots that are on the wall that are screwed into the studs and then this hooks on to them. </w:t>
      </w:r>
      <w:r>
        <w:br/>
      </w:r>
    </w:p>
    <w:p w:rsidR="000B00E9" w:rsidRDefault="00000000">
      <w:r>
        <w:t xml:space="preserve">You know, that's like a little hook thing. And so the top door is cleaning rags and drool rags. I do a lot of giants, so we need drool rags. I need a cloth that I can wipe their face with. And then in second drawer is the muzzles. So we have all the basket models, the full set and then below in the sterilite covered there we have cones. In the top roar the smaller cones and we also have the Nitro gloves for when you're coloring a dog And then the next door down is large and extra large cones and then in the bottom drawer that's all first aid kit and a carry litter for should the dog not, you know should dog go down to the salon? We have a carry litter to be able to carry them out of the salon to a vehicle so they can go to the vet, and that first aid kit is okay. </w:t>
      </w:r>
      <w:r>
        <w:br/>
      </w:r>
    </w:p>
    <w:p w:rsidR="000B00E9" w:rsidRDefault="00000000">
      <w:r>
        <w:t xml:space="preserve">So carry litter is a piece of canvas that has handles on it because I cannot carry by myself a two hundred and fifty pound unconscious dog. So it has handles all the way around. It has three handles on the left, three handles on the right, one on the top and one on the bottom. So when we had decks go down, he's a Great Pyrenees lab max. He went down in the tub and I was doing CPR on him, so his dad lives two doors down. </w:t>
      </w:r>
      <w:r>
        <w:br/>
      </w:r>
    </w:p>
    <w:p w:rsidR="000B00E9" w:rsidRDefault="00000000">
      <w:r>
        <w:t xml:space="preserve">His dad came to the salon to help us get decks from the tub to his car so he could drive me to the vet. We tipped him up, slid the litter under the carry litter underneath him and then we were able to lift him out of the tub, over the top of the tub and they were able to carry him while I continued to do CPR all the way out to the car and into the car. We didn't miss a beat and Dex was fine he popped up when we got into the vets parking lot. It is not it folds small it's a piece of cloth, essentially it's a canvas, and it is large enough for a human being when you unfold it. </w:t>
      </w:r>
      <w:r>
        <w:br/>
      </w:r>
    </w:p>
    <w:p w:rsidR="000B00E9" w:rsidRDefault="00000000">
      <w:r>
        <w:lastRenderedPageBreak/>
        <w:t xml:space="preserve">So he fit quite well on it. And Dex live for another six months. So that carry litter is something every salon should have because if you cannot lift an unconscious 250 pound dog that you're grooming by yourself, you're going to need to do something. So you could use that carry litter to say put the dog on a one of those moving dollies and get them through your salon. Because when it's folded up, it's maybe about the size of a notebook. </w:t>
      </w:r>
      <w:r>
        <w:br/>
      </w:r>
    </w:p>
    <w:p w:rsidR="000B00E9" w:rsidRDefault="00000000">
      <w:r>
        <w:t xml:space="preserve">So it's probably about this size, but when it's unfolded, it's large enough for a large male human and it has all of the 8 handles so numerous can people, numerous people can share the load of getting the pet out of the salon. They're not very expensive and you can find them on help Kate Clawson. That's why I got one. And they're great, very handy. So also this Sterilite, the Sterilite drawers. They're on wheels so when you need to clean after you have a blowout on any dog, you just one finger bullet the vacuum underneath it, one finger push it back. It's no effort to move it and slide it around, so make sure that if yours doesn't come with wheels, because some of them don't, but they have the capability to have wheels which you can buy at Walmart or Home Depot. </w:t>
      </w:r>
      <w:r>
        <w:br/>
      </w:r>
    </w:p>
    <w:p w:rsidR="000B00E9" w:rsidRDefault="00000000">
      <w:r>
        <w:t xml:space="preserve">So you when you're getting it, just go and look for the wheels that will fit because you can see the little notes you know of where the wheel is going to fit into. So personal items, jackets, purse purses, change of clothes, give yourself and your people somewhere to put their stuff. As you can see, these lockers are very old, but they're great because everybody has their space and you can find these on Facebook marketplace. </w:t>
      </w:r>
      <w:r>
        <w:br/>
      </w:r>
    </w:p>
    <w:p w:rsidR="000B00E9" w:rsidRDefault="00000000">
      <w:r>
        <w:t xml:space="preserve">This was 75 bucks. I did have to drive across the state to get it still worth 75 bucks. So we all, and I have another set as well over because there's more than three of us in the salon. So I had to pick up another set of lockers and those actually got for 50 bucks. So, you know, you might have to give them a, you know, paint, but that's not that big a deal. And these are chalkboard painted so that we can draw on them and make silly things and put our names on them. </w:t>
      </w:r>
      <w:r>
        <w:br/>
      </w:r>
    </w:p>
    <w:p w:rsidR="000B00E9" w:rsidRDefault="00000000">
      <w:r>
        <w:t xml:space="preserve">And there's a lot of, you know, different things that we have inside but everybody has scarce up clothes and their personal items, their coffee mugs, all that stuff get put back in your locker at the end of the day so that it's neat, it's clean, and yeah, it just it makes sense to have space for everyone. So did you guys have any other questions? If at the end, if someone is watching the recording of this, how do they ask you questions? You are welcome too. Facebook message me. </w:t>
      </w:r>
      <w:r>
        <w:br/>
      </w:r>
    </w:p>
    <w:p w:rsidR="000B00E9" w:rsidRDefault="00000000">
      <w:r>
        <w:t xml:space="preserve">Or you can text me either one and I'll be happy to answer. I do ask that you do not text me after midnight suddenly because I'm not firing on all cylinders. What's your time zone? I'm Eastern Standard Time. So if it is 8:00 and you are in California, nine o'clock 9:00 Okay. Yeah, Wait till tomorrow because I'm going to try to answer you, and it's going to take me </w:t>
      </w:r>
      <w:r>
        <w:lastRenderedPageBreak/>
        <w:t xml:space="preserve">way too much brain power and way too long to do that. </w:t>
      </w:r>
      <w:r>
        <w:br/>
      </w:r>
    </w:p>
    <w:p w:rsidR="000B00E9" w:rsidRDefault="00000000">
      <w:r>
        <w:t xml:space="preserve">Yes, I will be awake. That doesn't mean I'll be functioning properly. Yeah, eight p m is a good start to buffer. So if eight p m and you're on the West Coast, just wait till tomorrow. Just wait. Ok, so I'm going to go right now yell at Angie you know you can put Do Not Disturb on your phone. I can, but the problem is that I forget to turn it off. You could set it on the timer so it shuts off automatically. </w:t>
      </w:r>
      <w:r>
        <w:br/>
      </w:r>
    </w:p>
    <w:p w:rsidR="000B00E9" w:rsidRDefault="00000000">
      <w:r>
        <w:t xml:space="preserve">Yeah, but then if there's something important, I'll miss it. So, you know, Yes, exactly aDHD brain. That is exactly Anita. She gets it. It's the ADHD brain. Yes, That is exactly what it is. It's the, yeah, I could do that but what if And what about? And how about yeah, it's the ADHD brain. Ok, so we're going to stop the recording now as we are getting a little off topic the. </w:t>
      </w:r>
      <w:r>
        <w:br/>
      </w:r>
    </w:p>
    <w:sectPr w:rsidR="000B00E9"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2E53" w:rsidRDefault="00B92E53">
      <w:pPr>
        <w:spacing w:after="0" w:line="240" w:lineRule="auto"/>
      </w:pPr>
      <w:r>
        <w:separator/>
      </w:r>
    </w:p>
  </w:endnote>
  <w:endnote w:type="continuationSeparator" w:id="0">
    <w:p w:rsidR="00B92E53" w:rsidRDefault="00B92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00E9" w:rsidRDefault="00000000">
    <w:pPr>
      <w:pStyle w:val="Footer"/>
      <w:jc w:val="center"/>
    </w:pPr>
    <w:r>
      <w:t xml:space="preserve">Page </w:t>
    </w:r>
    <w:r>
      <w:fldChar w:fldCharType="begin"/>
    </w:r>
    <w:r>
      <w:instrText>PAGE</w:instrText>
    </w:r>
    <w:r w:rsidR="00047E5F">
      <w:fldChar w:fldCharType="separate"/>
    </w:r>
    <w:r w:rsidR="00047E5F">
      <w:rPr>
        <w:noProof/>
      </w:rPr>
      <w:t>1</w:t>
    </w:r>
    <w:r>
      <w:fldChar w:fldCharType="end"/>
    </w:r>
    <w:r>
      <w:t>/</w:t>
    </w:r>
    <w:r>
      <w:fldChar w:fldCharType="begin"/>
    </w:r>
    <w:r>
      <w:instrText>NUMPAGES</w:instrText>
    </w:r>
    <w:r w:rsidR="00047E5F">
      <w:fldChar w:fldCharType="separate"/>
    </w:r>
    <w:r w:rsidR="00047E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2E53" w:rsidRDefault="00B92E53">
      <w:pPr>
        <w:spacing w:after="0" w:line="240" w:lineRule="auto"/>
      </w:pPr>
      <w:r>
        <w:separator/>
      </w:r>
    </w:p>
  </w:footnote>
  <w:footnote w:type="continuationSeparator" w:id="0">
    <w:p w:rsidR="00B92E53" w:rsidRDefault="00B92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683712">
    <w:abstractNumId w:val="8"/>
  </w:num>
  <w:num w:numId="2" w16cid:durableId="1166364374">
    <w:abstractNumId w:val="6"/>
  </w:num>
  <w:num w:numId="3" w16cid:durableId="1385568614">
    <w:abstractNumId w:val="5"/>
  </w:num>
  <w:num w:numId="4" w16cid:durableId="1075081183">
    <w:abstractNumId w:val="4"/>
  </w:num>
  <w:num w:numId="5" w16cid:durableId="554466674">
    <w:abstractNumId w:val="7"/>
  </w:num>
  <w:num w:numId="6" w16cid:durableId="1884094775">
    <w:abstractNumId w:val="3"/>
  </w:num>
  <w:num w:numId="7" w16cid:durableId="1683162424">
    <w:abstractNumId w:val="2"/>
  </w:num>
  <w:num w:numId="8" w16cid:durableId="349458411">
    <w:abstractNumId w:val="1"/>
  </w:num>
  <w:num w:numId="9" w16cid:durableId="1301569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E5F"/>
    <w:rsid w:val="0006063C"/>
    <w:rsid w:val="000B00E9"/>
    <w:rsid w:val="0015074B"/>
    <w:rsid w:val="0029639D"/>
    <w:rsid w:val="00326F90"/>
    <w:rsid w:val="00AA1D8D"/>
    <w:rsid w:val="00B47730"/>
    <w:rsid w:val="00B92E5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4756BB0-F2AD-104E-B23C-82C26863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4374</Words>
  <Characters>24934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2023-09-24T17:38:00Z</dcterms:created>
  <dcterms:modified xsi:type="dcterms:W3CDTF">2023-09-24T17:38:00Z</dcterms:modified>
  <cp:category/>
</cp:coreProperties>
</file>