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F61D0" w:rsidRDefault="00000000">
      <w:pPr>
        <w:pStyle w:val="Title"/>
      </w:pPr>
      <w:r>
        <w:t>Retirement Planning</w:t>
      </w:r>
    </w:p>
    <w:p w:rsidR="00AF61D0" w:rsidRDefault="00AF61D0"/>
    <w:p w:rsidR="00AF61D0" w:rsidRDefault="00000000">
      <w:r>
        <w:rPr>
          <w:b/>
        </w:rPr>
        <w:t>Date</w:t>
      </w:r>
      <w:r>
        <w:t xml:space="preserve">    2023-09-25</w:t>
      </w:r>
    </w:p>
    <w:p w:rsidR="00AF61D0" w:rsidRDefault="00AF61D0"/>
    <w:p w:rsidR="00AF61D0" w:rsidRDefault="00000000">
      <w:r>
        <w:t xml:space="preserve">So everybody, welcome to day two of the Fall Business Summit from Positive Educational Training. So the second workshop for today is going to be with River Lee and she is going to talk about how to start retirement planning, because he's never to start. All yours, River. Thank you so it is recording and just some housekeeping really quickly. Hey, lovely, you see you guys here. The way I really teach is that I like to get all of the information to you feel free to ask the questions at the end i want to be able to focus on the questions. </w:t>
      </w:r>
      <w:r>
        <w:br/>
      </w:r>
    </w:p>
    <w:p w:rsidR="00AF61D0" w:rsidRDefault="00000000">
      <w:r>
        <w:t xml:space="preserve">Getting a DD and trying to be time sensitive to getting everything in the presentation done in the hour. I find that's the best, but feel free to put questions in the chat and I promise we will find a way to get to you no matter what. So welcome to how to start retirement planning in 2023 i know, a very sexy topic, and if you guys don't know who I am, that's Okay. My name is River Lee i went from being homeless to running multiple pet grooming businesses, and that's kind of the short version. So now I'm on a crusade to help pet professionals in internationally learn how to rake in the big bucks without losing sight of what really matters, right? So grooming tool we die is not a choice, and I'm willing to watch our industry make. </w:t>
      </w:r>
      <w:r>
        <w:br/>
      </w:r>
    </w:p>
    <w:p w:rsidR="00AF61D0" w:rsidRDefault="00000000">
      <w:r>
        <w:t xml:space="preserve">So let's build businesses that support happier lives. So what is today's purpose so in today's seminar, our goal is to introduce you to Basic Retirement Concepts to start right now in 2023 Now remember, depending upon what retirement we're talking about, you might not actually be able to start for 2020 three's contributions, but at least getting the knowledge right. Too many groupers do not know where to begin with retirement and what their options are. So let's get a well-rounded view of the future together, right. </w:t>
      </w:r>
      <w:r>
        <w:br/>
      </w:r>
    </w:p>
    <w:p w:rsidR="00AF61D0" w:rsidRDefault="00000000">
      <w:r>
        <w:t xml:space="preserve">I'm going to fix that right now so what are we going to be talking about we're going to be talking about planning for the future. We're going to be talking about savings traditional or Roth IRAA set by array and a SIMPLE IRA So before we dive in, we will be talking about a little bit about some products or some companies i don't own them, they don't own me they're not affiliate with me please don't sue me. So let's move into lesson number one, which is all about planning for our future. So retirement, whether you're starting out in your pet grooming industry, be sure in your you know, your business or you're just became a groomer, you know, welcome right. </w:t>
      </w:r>
      <w:r>
        <w:br/>
      </w:r>
    </w:p>
    <w:p w:rsidR="00AF61D0" w:rsidRDefault="00000000">
      <w:r>
        <w:lastRenderedPageBreak/>
        <w:t xml:space="preserve">Or whether you've owned your business for 20 years, you've probably invested in yourself and in your skills, right in your tools, right or going to seminars like this or trade shows. So you've probably never stopped to think about investing in the far off future, right? Because retirement feels ages away, right? Well, forgetting retirement feels completely understandable given the nature of our work, right most of us are mentally and physically exhausted at the end of the day. However, just like we shake our heads at pet owners is where their pet got matted on the car ride over or they were just too busy to brush them. We have to start taking accountability when they come into our salon, when they haven't been groomed in ages and they've neglected basic brushing care at home, right? We have to see the parallels when it comes to retirement savings. </w:t>
      </w:r>
      <w:r>
        <w:br/>
      </w:r>
    </w:p>
    <w:p w:rsidR="00AF61D0" w:rsidRDefault="00000000">
      <w:r>
        <w:t xml:space="preserve">We need to take ownership of our longterm financial security. So let's make one mutual commitment today to start doing at least one thing towards planning for our future. So I'm kind of corny, so I want you to ask yourself questions i want you to explore to learn about you, right. Do you guys have a vision for your financial future now if you're here live and you want to put it in the chat box, go for it when you think about your future, what are some things that you think about? So often shortterm thinking, it's really hard to get what you want when you don't really know what that is. </w:t>
      </w:r>
      <w:r>
        <w:br/>
      </w:r>
    </w:p>
    <w:p w:rsidR="00AF61D0" w:rsidRDefault="00000000">
      <w:r>
        <w:t xml:space="preserve">Ok It's easy to get sucked into thinking shortterm thinking, because everything right now feels OK right? It's like, oh, I'm fine, oh, everything's working out fine. But shortterm thinking will never get you longterm results. So everyone's journey is unique and all of your financial divisions are, yes, you know, one of the people in the chat said fishing all the time exactly right that is a beautiful financial dream that is a longterm financial dream like, I want to go fishing and buy all the lures I've seen and my grandpa used to fish, too. And listen, that man spent money on a boat and bait and like all kinds of fishing reels and fun tack, right? And that means things are going to be different. </w:t>
      </w:r>
      <w:r>
        <w:br/>
      </w:r>
    </w:p>
    <w:p w:rsidR="00AF61D0" w:rsidRDefault="00000000">
      <w:r>
        <w:t xml:space="preserve">So it's essential to start thinking about some lifestyle considerations, things like family, like travel, like hobbies. So before we really get into tackling starting these financial things, let's take a pulse check on that. So your family, are you guys single, Married, Divorced, widowed hopefully, you know not, but it happens. Do you have two legged kids? Are you not going to have kids do you think about starting a family soon are you going to be waiting a few years? Are you an empty nester or you might soon be. </w:t>
      </w:r>
      <w:r>
        <w:br/>
      </w:r>
    </w:p>
    <w:p w:rsidR="00AF61D0" w:rsidRDefault="00000000">
      <w:r>
        <w:t xml:space="preserve">Do you have a spouse who is in an extraordinarily expensive situation, Like, maybe they're in medical school or in law school, right? Maybe you're going to be making a huge investment right now, right and getting another peppy or kitten right and you might be like, OK why does that matter well, because we're going to make different financial decisions today in 10 years, in 20 years, based upon what's going on right now in our personal life, right? If I'm single and I don't want children, I'm going to be making very different </w:t>
      </w:r>
      <w:r>
        <w:lastRenderedPageBreak/>
        <w:t xml:space="preserve">retirement choices, right then if I'm married and I have 5 small kids, right? And again, if I'm the kind of person who has five pets, right, and I'm going to keep them until they're old and Gray, that could be a 1520 year commitment so again, that financial situation is going to be very different. </w:t>
      </w:r>
      <w:r>
        <w:br/>
      </w:r>
    </w:p>
    <w:p w:rsidR="00AF61D0" w:rsidRDefault="00000000">
      <w:r>
        <w:t xml:space="preserve">Travel, do you like to travel not all of us do, but you know, I think that it's something that we need to consider and that could even just be like I, you know, maybe you really love traveling to grooming shows. Maybe you want to be the kind of person that gets to go to two or three them a year. You know, how often are you going to travel? Are you planning on closing your business during this time, right or if you are an employee, are you not going to be working and not going to get paid not all of us get paid time off. How is this going to affect either your income or your business and will you be able to afford that to take the time off? You know there are pluses and minuses to being a business owner there are pluses and minuses to being the grooming industry one of those things is that often times we are not lucky enough, for better, for worse, right, to get peed time off so we need to incorporate that. </w:t>
      </w:r>
      <w:r>
        <w:br/>
      </w:r>
    </w:p>
    <w:p w:rsidR="00AF61D0" w:rsidRDefault="00000000">
      <w:r>
        <w:t xml:space="preserve">And that's where you see a lot of older groomers who've been grooming 20 plus years, 30 plus years. I say 20 plus years it's going to be in 2026 i'll be grooming for 20 years that blows my mind. But again, in your future, do you want to be able to only work three days a week and be able to go travel? Do you want to be able to take a month off? Do you want to take January off and just go to Bali right? Exactly so hobbies, What are your hobbies right. </w:t>
      </w:r>
      <w:r>
        <w:br/>
      </w:r>
    </w:p>
    <w:p w:rsidR="00AF61D0" w:rsidRDefault="00000000">
      <w:r>
        <w:t xml:space="preserve">Are you guys going to be away every weekend to be campaigning these, you know, your dog or show cat? I have so many friends now that are show cat people and I had no idea the level of commitment they're washing their cats three times a week. And it's so funny because I'm like, what you doing you're like washing the cat i'm like okay, you know and that reminds me of my friends with poodles, right? And there have all this coat. So are you going to, you know, maybe try out for competitive grooming and that means, again, you know, going to the trade shows, maintaining those dogs right and whatever the hobby is right doesn't need to be flexible do you need to own a business that's flexible do you need a financial situation where you have an abundance of money and you have the ability to make choices? So is your future in financial sync if you're like, yes, I have lots of savings i've already started my retirement and I have more than enough money to be able to take time off and do whatever I want and that's wonderful and you are just one step closer to reaching your goals. </w:t>
      </w:r>
      <w:r>
        <w:br/>
      </w:r>
    </w:p>
    <w:p w:rsidR="00AF61D0" w:rsidRDefault="00000000">
      <w:r>
        <w:t xml:space="preserve">And if you are like the majority of us, don't worry, okay. This is why we are gathering information in this class. Let's start to consider our timeline, retirement dreams and how we're going to start planning that in 2023 But First things first, I want to introduce you guys to what I call the financial alter egos. So the groomer financial alter ego is Sally Survive so </w:t>
      </w:r>
      <w:r>
        <w:lastRenderedPageBreak/>
        <w:t xml:space="preserve">what is Sally like so she's in a negative head space she can't seem to get a head despite her efforts. Her paycheck is quickly gone and to pay bills and debt she's burned out from doing extra work. There's no closer to getting out of this situation and she just dreams of having a brighter like situation right her future. </w:t>
      </w:r>
      <w:r>
        <w:br/>
      </w:r>
    </w:p>
    <w:p w:rsidR="00AF61D0" w:rsidRDefault="00000000">
      <w:r>
        <w:t xml:space="preserve">And it just seems so far away she's like if I can just get through today I will be happy never mind trying to get to retirement. For me, this is when I had one of my shops i was working 1680 hours a week. I had five employees and at that point I wasn't making much money so I was like, how do I have a business grossing more than half, 1000000$ and I can barely scrape by and I'm working all these hours and so some of us might find ourselves being in Sally Survive right? And it's hard for us to dream of the future. </w:t>
      </w:r>
      <w:r>
        <w:br/>
      </w:r>
    </w:p>
    <w:p w:rsidR="00AF61D0" w:rsidRDefault="00000000">
      <w:r>
        <w:t xml:space="preserve">Another common alter ego for groomers is what I call Samantha Spender. Now she is any self sabotaging headspace, you know she may make enough money to survive however, extra money goes towards shopping things like Uber eats Target. I am guilty of my Starbucks. But instead of having and I earn and I appreciate mentality she has an I deserve spending attitude. She does retails therapy and impulse spending and she gets comfortable. You know. So she and the way of frame the best way I can explain it is she was Sally survived and now she's like, oh, I'm not pathetic and poor anymore. I have many. But that money is still gone, and she's not actually making any headway towards her new future goals. </w:t>
      </w:r>
      <w:r>
        <w:br/>
      </w:r>
    </w:p>
    <w:p w:rsidR="00AF61D0" w:rsidRDefault="00000000">
      <w:r>
        <w:t xml:space="preserve">So when I finally stopped, you know, finally got my money on a leash, first thing I did, like everyone does, is overspent i had a luxury SUV we spent twelve hundred dollars a month eating out, and this is like 10 years ago so twelve hundred bucks a month on food was nuts. So this is very easy to slip into two and the reason that we need to talk about this is because we need to have a clear vision if you're prone to keeping your head in the sand with your money, right? Like a Sally Survive or a Samantha Spender, it's likely that you don't have a clear vision which would like to be in your future, right it's important for us to get really clear on our future because as we're sacrificing, as we are being diligent in the future, there's no point in doing that without knowing why. </w:t>
      </w:r>
      <w:r>
        <w:br/>
      </w:r>
    </w:p>
    <w:p w:rsidR="00AF61D0" w:rsidRDefault="00000000">
      <w:r>
        <w:t xml:space="preserve">So to win the money game, you need to have a longterm vision. Your current financial situation does not represent your future. I went from being homeless. I lived in my grooming salon for the first six months of my son's life i opened up my salon four days before he was born because I was pregnant, living in my car and I within five years bought a home so it's very doable to go from being poor to go from being a Sally survivor, Samantha Spender, to being into our next alter egos. So these, what I call again our alter egos, but these are our positive alter egos so Tabitha Teach is a lot like a lot of my colleagues that are educators. </w:t>
      </w:r>
      <w:r>
        <w:br/>
      </w:r>
    </w:p>
    <w:p w:rsidR="00AF61D0" w:rsidRDefault="00000000">
      <w:r>
        <w:lastRenderedPageBreak/>
        <w:t xml:space="preserve">So she's in a positive headspace. She's not surviving and she's not thriving she has financial freedom and she's able to do what she loves for a living. And one thing Tabitha Teach loves doing is teaching others her trade she loves nurturing others, She loves giving of knowledge, Okay. And for me, stepping into Tabitha teach has been such a wonderful opportunity. And the friends that I have in my life that are in this alter ego are incredibly happy because the gift of generosity to others when you have financial abundance is a beautiful place to be. </w:t>
      </w:r>
      <w:r>
        <w:br/>
      </w:r>
    </w:p>
    <w:p w:rsidR="00AF61D0" w:rsidRDefault="00000000">
      <w:r>
        <w:t xml:space="preserve">Now I'm not going to lie, I love me some tests thrive. You know, she's again in this positive headspace and she's thriving. She has her financial freedom and test thrive is more of, you know, the world is my oyster. And if I want to close the shop for a month because I feel like it, I'm going to do that okay. But I'm not going to lie, guys, I have a fully funded emergency fund i have a whole lot of money in the bank and debt free. </w:t>
      </w:r>
      <w:r>
        <w:br/>
      </w:r>
    </w:p>
    <w:p w:rsidR="00AF61D0" w:rsidRDefault="00000000">
      <w:r>
        <w:t xml:space="preserve">I could, if I wanted to, close my business for six months and I have enough money that I could live on for two years and not work. And it's a totally different energy. It's a totally different energy because it is true freedom. So this is where, as we're designing the future, I want you guys to dream big dreams okay and that doesn't always mean a Bugatti, right? I want to be able to go to the beach if I want to go to the beach. </w:t>
      </w:r>
      <w:r>
        <w:br/>
      </w:r>
    </w:p>
    <w:p w:rsidR="00AF61D0" w:rsidRDefault="00000000">
      <w:r>
        <w:t xml:space="preserve">So the way we strive for excellence and caring for pets, we must take the time to nurture our future selves so let's clear understanding of our future options and visualize that we hope to have in our later years. And this will help us know where to invest and where to focus our energy on. We create this plan for the future and Dave Ramsey has this wonderful quote that I absolutely adore. It is a goal without a plan is just a dream. So let's move into lesson to you we're going to talk about some savings. </w:t>
      </w:r>
      <w:r>
        <w:br/>
      </w:r>
    </w:p>
    <w:p w:rsidR="00AF61D0" w:rsidRDefault="00000000">
      <w:r>
        <w:t xml:space="preserve">I know, Boring but until we accept the reality that the freedom money brings also comes with the responsibility to manage it well, we'll never get to pursue the life we truly want instead, we'll always be playing catch up with our random desires and whims, and that is from Rachel Cruz. So what savings many groomers focus so much on building their skills or business that they forget about setting money aside for emergency funds, let alone creating retirement savings. </w:t>
      </w:r>
      <w:r>
        <w:br/>
      </w:r>
    </w:p>
    <w:p w:rsidR="00AF61D0" w:rsidRDefault="00000000">
      <w:r>
        <w:t xml:space="preserve">So, and again, which one are you guys are you already started saving or you know you should be doing that, but you haven't done it yet. So how does savings account works we should know this, right but we're not doing it. So every month you'll set aside money right to be used at a later date. Makes sense. So the opposite of debt is what is called a sinking fund. And sinking funds work great for purchases that you don't want to pay a single month budget. </w:t>
      </w:r>
      <w:r>
        <w:br/>
      </w:r>
    </w:p>
    <w:p w:rsidR="00AF61D0" w:rsidRDefault="00000000">
      <w:r>
        <w:lastRenderedPageBreak/>
        <w:t xml:space="preserve">So if I know I want to buy a car, I can either buy a car and pay the debt, or I can save the payment and then go buy it, right? That makes a lot of sense. Now you can be learn how to become what's called self insured by using things called emergency funds this allows you to continue running your business short term if something unexpected comes up and cost a fair chunk of money to cover up, right? So an emergency fund is a reserved amount of money that is set aside to cover unforeseen expenses related to your personal and professional life. </w:t>
      </w:r>
      <w:r>
        <w:br/>
      </w:r>
    </w:p>
    <w:p w:rsidR="00AF61D0" w:rsidRDefault="00000000">
      <w:r>
        <w:t xml:space="preserve">Having a fund provides a financial cushion ensuring that a groomer can continue to meet their financial obligations without going into debt or facing financial strain when they need it most in the most loving of way. I see a lot of you guys use emergency funds as I'm bored or I really want that thing fund. So we want to start packing that money and again creating a barrier for ourselves. So how much should we have as business owners or as an employee for an emergency fund? So my employees, I'd like to see you guys have three to six months worth of personal expenses. </w:t>
      </w:r>
      <w:r>
        <w:br/>
      </w:r>
    </w:p>
    <w:p w:rsidR="00AF61D0" w:rsidRDefault="00000000">
      <w:r>
        <w:t xml:space="preserve">I want you guys to focus on creating a written zero based budget and consider paying off your debt, OK And for our business owners I would like to see a minimum of three to six months worth of personal expenses and a minimum of three to six months worth of business expenses. Now if you want to be in that test thrive kind of air of like having FU money, right then we're going to want six months to a year. Let me tell you when you're sitting on a year worth of it expenses both personal and that you don't take that dog or that cat that you don't want to take that person's mean to, you're like no thank you no thank you. </w:t>
      </w:r>
      <w:r>
        <w:br/>
      </w:r>
    </w:p>
    <w:p w:rsidR="00AF61D0" w:rsidRDefault="00000000">
      <w:r>
        <w:t xml:space="preserve">And it's from a place of power right and of kindness and of you know what I don't need this crazy in my life. So have you guys seen the interest rates so savings accounts weren't always the best, ROY but at the moment we're getting insane interest rates. We're seeing savings accounts getting 4 to 5 % i have my, I have an account right now that's getting 4 5 %. Now this was common 30 years ago, but it hasn't been this common used normally we're getting like o two percent % can make some real money on your emergency fund while it's sitting there keeping you insured. I mean, remember to shop around when you're planning on saving money to get the very best return on your money and again, this is about being self insured, right? That way, as you're building things right, we're doing that so why are we talking about savings when we're talking about planning for retirement that seems kind of the opposite, right? Well, starting retirement is a marathon and not a Sprint. </w:t>
      </w:r>
      <w:r>
        <w:br/>
      </w:r>
    </w:p>
    <w:p w:rsidR="00AF61D0" w:rsidRDefault="00000000">
      <w:r>
        <w:t xml:space="preserve">Without a clear vision of this amazing life that you want to live without having a way to pay for our current situation without burying ourselves, there's no way to for us to commit to funding the future, right? If you're starving, it's really hard to worry about longterm health, right? So this will also support some of you who are currently employees and planning to become business owners in the future. You're going to be able to take advantage of your </w:t>
      </w:r>
      <w:r>
        <w:lastRenderedPageBreak/>
        <w:t xml:space="preserve">current situation if you are an employee, and I don't mean that in a negative way, but I think too often we all kind of rush to become business owners when there's a lot of benefits to being employees, so being an employer isn't all roses right one downside of owning your own business is there is no employer sponsor four o one k if we're going to just jump into and start those retirement savings. </w:t>
      </w:r>
      <w:r>
        <w:br/>
      </w:r>
    </w:p>
    <w:p w:rsidR="00AF61D0" w:rsidRDefault="00000000">
      <w:r>
        <w:t xml:space="preserve">If you've never heard of a four o one k a four o one k is a retirement savings plan sponsored by employers that allows employees to set aside a portion of your paycheck, often before taxes are taken out to invest for the future now over time, this money is going to grow to compound interest in your investment role of term. So employees might even give them match a portion of these contributions, essentially giving you free money for your retirement think of this as a special savings account designed to help you build your nest egg to your golden eggs. I know some of us are like, man, it's kind of like growing up, right we all want to, like, grow up and move out and then we move out and we're like, man, adult things sucks. </w:t>
      </w:r>
      <w:r>
        <w:br/>
      </w:r>
    </w:p>
    <w:p w:rsidR="00AF61D0" w:rsidRDefault="00000000">
      <w:r>
        <w:t xml:space="preserve">You know, you don't know what you don't know and you know, I've been selfemployed a long time we're not going to talk about it because every time I talk about it, I feel old. Did you guys know that only 58 % of Americans are actively saving for retirement so if you're not one of them, that's Okay, that's pretty normal then, right? We want to change that. But that's the average right now. So you might be like okay, Well, how should I, you know, plan for retirement, start the savings? Well, we're going to be covering a few retirement options we're going to do traditional or Roth IR A's on what's called a Sep IRA and a SIMPLE IRA now these are really rudimentary options there are significantly more option things like real estate investment. </w:t>
      </w:r>
      <w:r>
        <w:br/>
      </w:r>
    </w:p>
    <w:p w:rsidR="00AF61D0" w:rsidRDefault="00000000">
      <w:r>
        <w:t xml:space="preserve">I don't want to go down that rabbit hole because I want to be respectful of time. But with that said, what I want to remind you guys is that this is just a beginning on how to start and we can always do a deep dive again if there's ever questions. So imagine you guys have worked hard in your grooming career and are proud of success you've made. Congratulations, That's a huge milestone. But how are we going to start this now, right how are we going to start today to get to that future vision? Let's sit back and let's go. </w:t>
      </w:r>
      <w:r>
        <w:br/>
      </w:r>
    </w:p>
    <w:p w:rsidR="00AF61D0" w:rsidRDefault="00000000">
      <w:r>
        <w:t xml:space="preserve">So we're going to get into the nittygritty. If you guys are a DHD like me, get your caffeine if you're not, still get your caffeine it's all good. So let's get into our traditional or Roth IRA So of these three, this is going to be our first okay. So let's look at our retirement options so the Traditional IRA who's the contributor? You were going to be contributing money it's going to come out of your pocket. Now, depending upon your age, there are different considerations. I always tell everyone, double check, IRS dot gov there has been so much talk about these changing. </w:t>
      </w:r>
      <w:r>
        <w:br/>
      </w:r>
    </w:p>
    <w:p w:rsidR="00AF61D0" w:rsidRDefault="00000000">
      <w:r>
        <w:lastRenderedPageBreak/>
        <w:t xml:space="preserve">There's been so much. It's kind of funny because every time I'm teaching these things, I'm like, well, it could in a perfect world, it should be this way but will it change next year it's been changing every year the last three years so you know, we'll see. So contributions under the age of 50, so if you are 50 years old or under at the year of contribution, then you can contribute up to sixty five hundred dollars if you are over fifty so if you guys are, you know hitting that 5051 birthday, you're going to be able to contribute a Max of seventy dollars per year o k. And there are some other tricky things, but generally our i r a 's are going to be really easy. </w:t>
      </w:r>
      <w:r>
        <w:br/>
      </w:r>
    </w:p>
    <w:p w:rsidR="00AF61D0" w:rsidRDefault="00000000">
      <w:r>
        <w:t xml:space="preserve">So and the easiest way to remember that she was a Traditional IRA is going to, you're going to put the money in the contributions before taxes, Okay, and then when they are withdrawn, So when you retire okay, it's going to withdraw them. Basically, you're putting the money in, you're able to get a tax benefit now, and the theory is that you have a higher tax bracket now than when you retire you'll probably have a lower tax bracket. </w:t>
      </w:r>
      <w:r>
        <w:br/>
      </w:r>
    </w:p>
    <w:p w:rsidR="00AF61D0" w:rsidRDefault="00000000">
      <w:r>
        <w:t xml:space="preserve">And there's so many factors in that. I know I'm like, I'm like a lot of factors in that. But that's basically it so you're going to put the money in, you're going to be able to write off that on your taxes, and then when you're done retiring, you'll pay the taxes then the other one is a Roth IRA so this is after taxes so you've put the money in, you've paid the taxes on, you're going to put that money into your Roth IRA. </w:t>
      </w:r>
      <w:r>
        <w:br/>
      </w:r>
    </w:p>
    <w:p w:rsidR="00AF61D0" w:rsidRDefault="00000000">
      <w:r>
        <w:t xml:space="preserve">Now, that money is then when you retire, right? You're going to pay your taxes on, I'm sorry, you're not going to have to pay taxes on the back end of the Roth. And so the benefits of that is the fact that you know, for better, for worse, right? How do I know if a traditional or Roth IRA is a good choice for me? Well, you know, again, either way, if you're starting out, this is a really good beginning so with the Traditional IRA you get a tax deduction on your contributions during the year you contribute, right? The money grows tax deferred, like I meant taxed at the end. </w:t>
      </w:r>
      <w:r>
        <w:br/>
      </w:r>
    </w:p>
    <w:p w:rsidR="00AF61D0" w:rsidRDefault="00000000">
      <w:r>
        <w:t xml:space="preserve">And you pay taxes only when you withdraw the funds for retirement. Now, why I prefer, and the Roth IRA is most of us, when we pay our taxes, we've already paid our taxes, right? We've put the money in and we've paid the taxes. It's done K and you don't get a tax deduction when you're putting it in right so you can't write it off in your taxes. However, it's going to grow interest free it's going to grow earnings free rather it's going to grow tax free. </w:t>
      </w:r>
      <w:r>
        <w:br/>
      </w:r>
    </w:p>
    <w:p w:rsidR="00AF61D0" w:rsidRDefault="00000000">
      <w:r>
        <w:t xml:space="preserve">So if that money ends up being let's say I put 10.000 thousand in and during retirement that money is now 60 to a hundred thousand, it would be more than that but for easy map that growth right that you know up to ninety thousand dollars growth would be tax free versus in a traditional IRAI would have to pay taxes on that ninety thousand dollars. So if you guys are leaving a employee situation with the vets corporate and a lot of you guys if you did </w:t>
      </w:r>
      <w:r>
        <w:lastRenderedPageBreak/>
        <w:t xml:space="preserve">work for Petco PetSmart pet supplies plus I would double check with them to make sure you didn't have a four oh one k a lot of you guys accidentally opened a four oh one k. </w:t>
      </w:r>
      <w:r>
        <w:br/>
      </w:r>
    </w:p>
    <w:p w:rsidR="00AF61D0" w:rsidRDefault="00000000">
      <w:r>
        <w:t xml:space="preserve">A lot of general managers I've seen at less so in the last few years. But back when I started they had automatically put you into a four oh one k. So find out if you did, and if you did, you can actually roll your four What's awesome about that is, and again, we're not going to go over the different limitations and a Roth and things like that could contributions because again, that can get really tricky. But if you earn too much, you can't do a Roth most of us are not quite at that because we're writing off so much in our business. But if you're earning so much that you don't qualify for a Roth, you can do, it's called a backdoor Roth and that a lot of people do is they have a four o one k and they have a they roll it into an IRA and they're able to roll the IRA into a Roth IRA So again, side by side Traditional IRA you pay taxes only when you throw the funds during retirement. </w:t>
      </w:r>
      <w:r>
        <w:br/>
      </w:r>
    </w:p>
    <w:p w:rsidR="00AF61D0" w:rsidRDefault="00000000">
      <w:r>
        <w:t xml:space="preserve">And Roth IRA any money you withdraw during retirement doesn't incur any taxes. So it really depends upon what your goal is longterm. If your goal longterm is to have a business that is still running right and you're not going to be working, you might be like I might want to have, I might want to pay my taxes because we also don't know what the tax rate is going to be in 1020 thirty years. So personally I like, I'm a low risk person i'd rather pay my taxes now i know what I have to pay. </w:t>
      </w:r>
      <w:r>
        <w:br/>
      </w:r>
    </w:p>
    <w:p w:rsidR="00AF61D0" w:rsidRDefault="00000000">
      <w:r>
        <w:t xml:space="preserve">I let it go right versus waiting but for you, it really depends on what your goals are long term. So if you have employees and you make enough that you can help through their retirement plans, you have a couple of other retirement options with higher contribution limits. So let's start talking about those other options. So we're going to move into Lesson number So that's going to be our middle. So what does this look like? So a sap is a simplified employee pension plan and it is anything but a simple so employer sponsored retirement plan. And this is going to be the best for groomers with very few employees. </w:t>
      </w:r>
      <w:r>
        <w:br/>
      </w:r>
    </w:p>
    <w:p w:rsidR="00AF61D0" w:rsidRDefault="00000000">
      <w:r>
        <w:t xml:space="preserve">Or if you're a grooming business owner and you employ your spouse, your children, someone really close to you and very quickly tax withdrawals and taxing the employer is going to set aside money in retirement accounts for themselves and equally for all eligible employees. So who is going to contribute the business and what is the contributions it's either 25 for up to 25 % of your income or sixty six thousand dollars a year OK so a simplified Employee pension IRA is a retirement savings plan established by employers, including selfemployed people for the benefit of their employees and themselves. Employers may make tax deductible contributions on behalf of the eligible employees to their Sep IR A's. </w:t>
      </w:r>
      <w:r>
        <w:br/>
      </w:r>
    </w:p>
    <w:p w:rsidR="00AF61D0" w:rsidRDefault="00000000">
      <w:r>
        <w:lastRenderedPageBreak/>
        <w:t xml:space="preserve">So the most important thing to remember with a Sep is that it can it's very complicated. It is definitely not something you should set up by yourself. This is something that if you need to chunk money into your retirement, this is a great option as long as you don't have a ton of employees because obviously very kindly you know I don't want to contribute to what you know i don't want to be putting money into my employees account when I'm trying to chunk them into mine unless if I really love that employee. So did you know a sap i r a is an employer sponsored retirement plan that can be set up by sole proprietors, partnerships or corporations. </w:t>
      </w:r>
      <w:r>
        <w:br/>
      </w:r>
    </w:p>
    <w:p w:rsidR="00AF61D0" w:rsidRDefault="00000000">
      <w:r>
        <w:t xml:space="preserve">Again, this can get very complicated because I've seen people who do corporations and then they are employees of this. So you want to talk to a tax professional about this, But again, if you have you and your spouse and again you've got to look at the limits and the limitations of it. But it's a great way for you to both to start chunking money away depending upon how much money you make right not everyone is making. That's a good question like what is and it, you know, there are different things i've heard 20 %, I've heard 25 and again, it depends upon how much you guys are making, you know and obviously 66 times 4. </w:t>
      </w:r>
      <w:r>
        <w:br/>
      </w:r>
    </w:p>
    <w:p w:rsidR="00AF61D0" w:rsidRDefault="00000000">
      <w:r>
        <w:t xml:space="preserve">So if you're, if you're netting you know, two hundred and sixty four thousand dollars a year, you might be able to put away sixty six thousand dollars this year. It's a lot of many, right. So the Sep IRA contribution limits are significantly higher than traditional or even simple IR A's. I can't stress this enough. It is somewhere you can literally just chunk money away. I've seen mobile groomers who do this where they open a Sep IRA for two years, where they are, you know, selling their grooming band they put the bent, how much money they sold the grooming band into a Sep IRA boxed it up or just in littler contributions. </w:t>
      </w:r>
      <w:r>
        <w:br/>
      </w:r>
    </w:p>
    <w:p w:rsidR="00AF61D0" w:rsidRDefault="00000000">
      <w:r>
        <w:t xml:space="preserve">And every four or five years they're just chunking that money away from their grooming ban. And that's, again, with the right tax professional that's one of the easiest ways of doing that, in a way that you can then mitigate tax implications so employers, not employees, make contributions to set i r a 's. And the decision about whether or how much to contribute each year can vary OK so every year can make different decisions and how much or how little. </w:t>
      </w:r>
      <w:r>
        <w:br/>
      </w:r>
    </w:p>
    <w:p w:rsidR="00AF61D0" w:rsidRDefault="00000000">
      <w:r>
        <w:t xml:space="preserve">So again, you can chunk a ton of money this year. Next year could suck and you don't want to do it. That said, employees don't put any money into this. You are contributing 100 % so if I'm putting away 25 % or 66,000 thousand into my i, have to contribute twenty five percent of my employees okay. And then employees manage the investment decisions of their set within the limits set up by the plants trustee. So the employee would basically choose which investments they go into. And most people are just kind of kind of set it and forget it. This is the kind of thing where people are going to be like whatever you think is best, right? But again, this is a great way if you're trying to chunk money i know I keep saying that, but it's I, you know, like when you like something, you're like, ah, so the </w:t>
      </w:r>
      <w:r>
        <w:lastRenderedPageBreak/>
        <w:t xml:space="preserve">contributions are either. </w:t>
      </w:r>
      <w:r>
        <w:br/>
      </w:r>
    </w:p>
    <w:p w:rsidR="00AF61D0" w:rsidRDefault="00000000">
      <w:r>
        <w:t xml:space="preserve">And again there are some variables you know, I've seen where they save yourself employed and it's more so the way that you've set up and organized your organization at 20 % and again it's basically like you know, are you selfemployed are you an employee of the corporation? Are you know what are you so depending upon how you've set that up, then it's going to be 20 or 25 %, right, or sixty six thousand dollars in twenty three which is absolutely insane but I will say this that almost all the other options we're going to give today, you can go online and you can set it up very quickly. </w:t>
      </w:r>
      <w:r>
        <w:br/>
      </w:r>
    </w:p>
    <w:p w:rsidR="00AF61D0" w:rsidRDefault="00000000">
      <w:r>
        <w:t xml:space="preserve">I could never set up a Sep by myself this is somebody I would get a financial advisor who is very wise and is also working in conjunction between taxes and financial planning. That's almost just and this is where this is generally not talked about in our industry and if it is, it's talked about very mildly because it is very complicated. I feel like this is the English saddle cut of or the continental of, you know, the IR A's, but it is so once you have it set up, once you have it in a way that works really well for you. </w:t>
      </w:r>
      <w:r>
        <w:br/>
      </w:r>
    </w:p>
    <w:p w:rsidR="00AF61D0" w:rsidRDefault="00000000">
      <w:r>
        <w:t xml:space="preserve">This is a great way if you're a grooming business owner who's in their late thirties forties fifties and again after fifty you can chunk away money at higher rates and other ways. But this is a great way for if you want to just chunk like you know, two hundred thousand dollars in three or four years. This is very doable. But I would not do it without a tax and a financial professional in your corner. So did you know 48 % of Americans have less than ten thousand dollars say for retirement? So remember only 58 % of Americans are saving for retirement. </w:t>
      </w:r>
      <w:r>
        <w:br/>
      </w:r>
    </w:p>
    <w:p w:rsidR="00AF61D0" w:rsidRDefault="00000000">
      <w:r>
        <w:t xml:space="preserve">So that means of that 58 %, only 48 % have more than 10 grand. So, and that means that, remember, if we go back to the traditional, the Roth IRA we can do sixty five hundred dollars sixty five. Yeah, sixty five hundred dollars if you're under the age of 50, that means that they didn't fully fund a traditional or Roth IRA for two years. This is, this is means that half of half of the half, so probably closer to 25 % of Americans have less than two years worth of a fully funded Roth IRA or Traditional IRA So this is where, when I keep reiterating, chunking money away, when we have that money, right and especially right now, a lot of us have extra capital and we're kind of just waiting to see what to do with it, right we're making this extra money and then we're like okay, do I reinvest in the business do I invest in myself what am I going to do? It's not a bad idea to invest in your longterm retirement, so would this work for me? So the SAP is for groomers with few employees and remember you must contribute to your employees retirement plan if you choose this option you know again this is where it has higher limits but that also means you need to be replying to that employee. </w:t>
      </w:r>
      <w:r>
        <w:br/>
      </w:r>
    </w:p>
    <w:p w:rsidR="00AF61D0" w:rsidRDefault="00000000">
      <w:r>
        <w:lastRenderedPageBreak/>
        <w:t xml:space="preserve">It's definitely a great option if you're going to have a you know a his and her like mobile grooming van is great with you and your husband the van or this is great if you have, you know, you and your daughter or if you have an employee that you've had for like 10 years and it's just you and her, right? The problem is that it gets incredibly expensive once you start having these other people, right, Because if I'm contributing 20 %, I need to be contributing 20 % to them now for some of you guys, you know it wouldn't make any sense because if I'm contributing all that money to them and might as well just be burning that money depending upon your employees. </w:t>
      </w:r>
      <w:r>
        <w:br/>
      </w:r>
    </w:p>
    <w:p w:rsidR="00AF61D0" w:rsidRDefault="00000000">
      <w:r>
        <w:t xml:space="preserve">So like I said, you can contribute A lesser of 2025 % or sixty thousand dollars as the twenty three. You must contribute an equal percentage to employee salaries if you contribute 5 % of your salary right, you must also contribute 5 % of each employee's salary into their retirement account. And remember, they don't have any way with a step to add their own money. So now you can detect the lesser, whatever that is, 2025 % of your net selfemployment earnings. </w:t>
      </w:r>
      <w:r>
        <w:br/>
      </w:r>
    </w:p>
    <w:p w:rsidR="00AF61D0" w:rsidRDefault="00000000">
      <w:r>
        <w:t xml:space="preserve">So that's your net profit minus half of your selfemployment tax in your IRA so basically it's going to be, you know, tax deductible, which is nice. So let's go ahead and start talking about our SIMPLE IRA and I will be leaving some time at the end if you guys have questions, like I said, feel free to put them in the chat while we're alive and then I will be able to answer them once we're on the other side. So we're going to be moving to our last option well, you've lots of options you have lots of options with the options that we're going to be discussing today. </w:t>
      </w:r>
      <w:r>
        <w:br/>
      </w:r>
    </w:p>
    <w:p w:rsidR="00AF61D0" w:rsidRDefault="00000000">
      <w:r>
        <w:t xml:space="preserve">So what is a SIMPLE IRA It is a savings incentive match plan for employees so an IRA plan provides small employers with simplified method to contribute towards their employees and their own retirement savings. It's important to know that this is for people under I believe it's 100 employees which most of us here are not going to have. So if you have more than 100 employees, you will not qualify i would say 99 % of the grooming industry that is not a franchise and even then a lot of them have different l l c 's for different sections of the country. </w:t>
      </w:r>
      <w:r>
        <w:br/>
      </w:r>
    </w:p>
    <w:p w:rsidR="00AF61D0" w:rsidRDefault="00000000">
      <w:r>
        <w:t xml:space="preserve">So would this work for me? So the SIMPLE IRA is great for groomers as it has very few administrative rules, unlike the set that is really hard to even talk about because it's like, well, it could be this and it could be that and there's so many moving pieces and it's very delicate. A simpler area really is nice and simple, OK? And employees can contribute to this plan as well but employers, you know, must contribute so we must contribute, but they can also put more of their money away so again, if you are an employee, this is a great option for you to say to your employer, hey, would you be willing to create a SIMPLE IRA if you are an employer, you might be like, hey, part of our added benefit is saving for your future. </w:t>
      </w:r>
      <w:r>
        <w:br/>
      </w:r>
    </w:p>
    <w:p w:rsidR="00AF61D0" w:rsidRDefault="00000000">
      <w:r>
        <w:lastRenderedPageBreak/>
        <w:t xml:space="preserve">So did you know contributions? So if you were under the age of 50 in 2023 the contribution limit is fifteen thousand five hundred dollars. Now, if you're over 50, it is nineteen thousand dollars so again, this is a great way to chunk away money just remember that you know again, it's much higher than a Traditional IRA Remember, it must be through right the business this is not something that you can open up by yourself as a solo person. So employers must contribute at least 2 % of each employee's salary or match dollar for dollar up to 3 % of the employee's salary. </w:t>
      </w:r>
      <w:r>
        <w:br/>
      </w:r>
    </w:p>
    <w:p w:rsidR="00AF61D0" w:rsidRDefault="00000000">
      <w:r>
        <w:t xml:space="preserve">Earnings are going to grow tax deferred and employee contributions could be used as a tax liability. So just like the Traditional IRA this money is going to, you're going to basically you're going to put the money in, you're going to pay tax. I'm sorry, you're not going to pay taxes you're going to be able to write off the taxes and then it's going to grow and then at the end you pull up the money. </w:t>
      </w:r>
      <w:r>
        <w:br/>
      </w:r>
    </w:p>
    <w:p w:rsidR="00AF61D0" w:rsidRDefault="00000000">
      <w:r>
        <w:t xml:space="preserve">So for me personally, this is really easy this is really nice. If you're over 50, this is a great way again for you to chunk money, but maybe not as intensely as a set. But the only thing I have concern for is you're going to pay taxes on the growth. And if you have more than about 10 years where you want that growth to grow, I would rather see you guys do a Roth IRA and again, I am not a financial guru, I'm not a financial planner, just from 1 groomer to another. Again, this is great if you have a small business, but even if you want to just add it as something for your employees, it's a really nice thing to have. </w:t>
      </w:r>
      <w:r>
        <w:br/>
      </w:r>
    </w:p>
    <w:p w:rsidR="00AF61D0" w:rsidRDefault="00000000">
      <w:r>
        <w:t xml:space="preserve">It really does help them grow. Most groomers are not thinking about the future, but it's a nice gift that you can give to them. So let me give you guys some final thoughts and then I'm going to open up for any questions. So if you're not sure which one is going to be best for you, right. My real first question is can you contribute more than sixty five hundred dollars a year? Because I'd rather see you do it consistently right in a perfect world, I would like you guys to go ahead and every year in your little you know, I r a 's go ahead and pop in and I'm trying to see my computer's being silly so if we did sixty that is five hundred and forty two dollars a month right? Can you consistently do more than 542$ a month? If the answer is no, then I would stick with a traditional Roth IRA and commit to start retirement planning. </w:t>
      </w:r>
      <w:r>
        <w:br/>
      </w:r>
    </w:p>
    <w:p w:rsidR="00AF61D0" w:rsidRDefault="00000000">
      <w:r>
        <w:t xml:space="preserve">Now, today I see a lot of people say, Oh my God, I can chunk away all this money using a SIMPLE or a Sep IRA but then they don't actually do it right because they they've made it complicated they've made it really overwhelming. If you are not the kind of person that you are going to contribute, you know more than that consistently. Just stick really simple don't get anything crazy, Don't get your employees involved. Just get yourself a traditional or Roth IRA In a perfect world, I'd love to see you guys having this grow tax free, right i think that is a great gift for yourself because we don't know what the future holds And I so I could feel like, well what if the tax will be lower and I'm like I don't know what America you live in i've never i highly doubt the tax rates are going to go down but you never know, right so you </w:t>
      </w:r>
      <w:r>
        <w:lastRenderedPageBreak/>
        <w:t xml:space="preserve">know what do I know. </w:t>
      </w:r>
      <w:r>
        <w:br/>
      </w:r>
    </w:p>
    <w:p w:rsidR="00AF61D0" w:rsidRDefault="00000000">
      <w:r>
        <w:t xml:space="preserve">But if you are going to consistently go above sixty five hundred dollars a year consider a sap and your business owner consider a sap consider a simple, you know, and again, you can always talk to your tax and your financial advisor about that. You know, again, it might be worthwhile it might be like, you know what, we're going to have a set for a few years, but well, it's just us, honey, you know, husband and wife team or, you know, wife and wife team, right. And we're going to just chunk money away and then once we want to start hiring, we're going to switch that, we're going to roll that, right and we're going to just have, you know, a SIMPLE IRA and there's so many ways of doing it. </w:t>
      </w:r>
      <w:r>
        <w:br/>
      </w:r>
    </w:p>
    <w:p w:rsidR="00AF61D0" w:rsidRDefault="00000000">
      <w:r>
        <w:t xml:space="preserve">That said, did you guys know that you can actually just open up your own IRA online? Really, it's not i wouldn't say it's super easy, but I think it's pretty darn easy. Vanguard, Fidelity and Charles Schwab are the most common. They each have their own pluses and minuses and again, I'm not affiliated with any of them. I don't do anything with them. I personally have a Vanguard account. They have the worst online like portal, but I trust them, I like them, but they're so it's so reasonable. It's so easy to do and it's something that you could just go do it quickly. You know, you can either do a, set it and forget it, set a certain amount of money every month to come into your account, even if it's just 100$ right? Even at 100$ you're putting twelve hundred dollars away for your future. </w:t>
      </w:r>
      <w:r>
        <w:br/>
      </w:r>
    </w:p>
    <w:p w:rsidR="00AF61D0" w:rsidRDefault="00000000">
      <w:r>
        <w:t xml:space="preserve">And your goal is longterm savings so don't worry about it everyone's like, Oh my God, the mark you're like, well, unless if you're retiring the next two or three years, it always bounces back. Now I remember back in, you know 2008 when everything started to crash, right? I lived in a local community that my hometown had a 50 % foreclosure rate. Everyone I knew lost everything my family lost everything they lost the house. My mom had to file bankruptcy like everyone I knew went bankrupt. And the people I know, right, the people I know now that had things like four one k s i r a s, etcetera that just kept their money in there instead of pulling their money out their money's back to where it would have been it bounced back. </w:t>
      </w:r>
      <w:r>
        <w:br/>
      </w:r>
    </w:p>
    <w:p w:rsidR="00AF61D0" w:rsidRDefault="00000000">
      <w:r>
        <w:t xml:space="preserve">It's perfectly fine, Dave Ramsey likes to say the only people that you know get hurt on a roller coaster the people that jump off so you know let the ebbs and flows come. You know you're you might lose some money, you might win some money. But ultimately I hate to say it this way but if the if the stock market crashes completely you're going to be going out and buying bullets and water so don't worry about what everyone else is saying everything will eventually work itself out. </w:t>
      </w:r>
      <w:r>
        <w:br/>
      </w:r>
    </w:p>
    <w:p w:rsidR="00AF61D0" w:rsidRDefault="00000000">
      <w:r>
        <w:t xml:space="preserve">So I would highly suggest you do that and again I'm not affiliated with them. It's just so easy breezy. Now if you feel like Oh my God, I literally only have spare change is that are using a </w:t>
      </w:r>
      <w:r>
        <w:lastRenderedPageBreak/>
        <w:t xml:space="preserve">service like Acorn which is a round up hands off investing company and they offer simple and easy online i r a 's and depending upon your tax bracket and things like that they're they'll actually online without even talking to a person they'll just OOP, you know you tell them how much you earn what you want and they will just you know Robo set you up with one and even starting small is better than not starting at all so again Acorn is literally where you swipe your debit card and it rounds up you can round up by every 5$ every few cents. </w:t>
      </w:r>
      <w:r>
        <w:br/>
      </w:r>
    </w:p>
    <w:p w:rsidR="00AF61D0" w:rsidRDefault="00000000">
      <w:r>
        <w:t xml:space="preserve">And no, I don't want you to put thirty cents. A day into your retirement fund, but I'd rather see you do thirty cents. A day into a retirement fund than 0$ So your next step here is to watch your investment grow you know, plant your little acorn, watch it grow into a mighty oak, make regular contributions and let those earnings grow so you can see the fruits of your labor and your golden years. You know, my hope for all of you guys is that you're able to save, you know, have money in place now that you can consistently be putting this money away into retirement. Grooming till you die is not an option. </w:t>
      </w:r>
      <w:r>
        <w:br/>
      </w:r>
    </w:p>
    <w:p w:rsidR="00AF61D0" w:rsidRDefault="00000000">
      <w:r>
        <w:t xml:space="preserve">And it's so hard because as an industry as a whole, it's not that we deter people from playing for retirement. It just happens so fast. You know, you turn around and you're almost at 20 years grooming i mean, I can't believe it, right and I talked to you all the time i've been grooming 30 years, been grooming 40 years, you know, 500 just to do some crazy math here, right so 542$ And let's say you're working 20 days a month. If you put away, just so you guys know the easy math, if it to have a fully funded Roth, or technically it'd be more out of the Roth because you'd have to earn more to pay taxes but let's say traditional. </w:t>
      </w:r>
      <w:r>
        <w:br/>
      </w:r>
    </w:p>
    <w:p w:rsidR="00AF61D0" w:rsidRDefault="00000000">
      <w:r>
        <w:t xml:space="preserve">If you were to fully contribute to a Traditional IRA you would need 542$ a month, which sounds like a lot, but I just did the math if you're working five days a week, four days, you know, 4 weeks a month, you'd only need 27$ a day. So if we just saved our tip money, we just put our tip money right, Because that's what, three dogs at 10$ for tips? We just put that tip money every day into an IRA We could do so much good for our longterm selves. So if you guys have any questions or comments, you are more than welcome to check me out on my website, Facebook or YouTube. </w:t>
      </w:r>
      <w:r>
        <w:br/>
      </w:r>
    </w:p>
    <w:p w:rsidR="00AF61D0" w:rsidRDefault="00000000">
      <w:r>
        <w:t xml:space="preserve">We've got about 10 minutes left if you guys have any questions and again, I'm not a financial planner. I can't give you tax advice, but I'm more than happy to talk about what I've taught and maybe any minor things that I can look up quickly. Ok, that was wonderful by the way. Thank you make my heart so warm. All right so we'll give it a couple of minutes for any questions but again, you have I want, I just want to make mention that River has a wonderful group on Facebook. </w:t>
      </w:r>
      <w:r>
        <w:br/>
      </w:r>
    </w:p>
    <w:p w:rsidR="00AF61D0" w:rsidRDefault="00000000">
      <w:r>
        <w:t xml:space="preserve">What's the name of the group again, it's the Savvy Pet professionals. Ok. So lots of great information in that group. Yeah, we're going to be doing our annual tip challenge at end of </w:t>
      </w:r>
      <w:r>
        <w:lastRenderedPageBreak/>
        <w:t xml:space="preserve">right after Thanksgiving where we're going to teach you guys how to start saving and our goal is financial abundance and growth and that'll be included in our Facebook. We try very hard to support the rest of the industry with financial abundance, you know, make more money, but you know, it's also keeping it longterm so yeah, okay so I'm somewhere between Tabitha teach. What was the other one? So Tabitha Teach is yeah, Mary is 1000 % Tabitha teach and then what we call test thrive. </w:t>
      </w:r>
      <w:r>
        <w:br/>
      </w:r>
    </w:p>
    <w:p w:rsidR="00AF61D0" w:rsidRDefault="00000000">
      <w:r>
        <w:t xml:space="preserve">I feel like Tess is very much like on her beach and she's just like whatever i just, you know, I feel like I'm so close to test thrive. I don't know if I'll ever emotionally get there. I think I have some trauma around money. I'm probably so yeah so that's the thing too between what we call Sally Survive and Samantha Spender and I know silly names, right? But Samantha Spender, a lot of us think we've made out of Sally Survive, but we're still mentally in a place where we're not willing to move on to the next stage. It was a thing, right there's a big difference between I earned and, you know I deserve, right those are very different like, I deserve is a really nasty kind of energy, right? Well, I deserve it's like kind of a bratty energy versus you know what i've earned it, right. </w:t>
      </w:r>
      <w:r>
        <w:br/>
      </w:r>
    </w:p>
    <w:p w:rsidR="00AF61D0" w:rsidRDefault="00000000">
      <w:r>
        <w:t xml:space="preserve">And also when we're investing in our business, we have to remember to do longterm investing in ourselves. I have spent hundreds of thousands of dollars on grooming businesses that I no longer own i've sold them i've made my money from them. But now I wish I had on some level, right instead of buying that new cage bank, I wish I had fully funded my Roth IRA right because a 6000$ investment or business is an easy choice. A 6000$ put into a savings account for 20 years from now feels weird, right? And that's where it's incredibly It is yeah, I know everyone it's funny because some of us are like, Oh my God, I'm just learning it now and we're like in our thirties and forties meanwhile, there's plenty of people in their fifties sixties, seventies right, who still have options they still have a Sep, They still can just chunk, you know, almost twenty thousand dollars a year with a SIMPLE IRA There's so many opportunities for us yeah and so I think that's, I think a lot of it is. </w:t>
      </w:r>
      <w:r>
        <w:br/>
      </w:r>
    </w:p>
    <w:p w:rsidR="00AF61D0" w:rsidRDefault="00000000">
      <w:r>
        <w:t xml:space="preserve">It's boring it's not very sexy, right it's very who wants to talk who wants to talk about, you know, I R A's but without, if we want to get to that future, if you want to get to that future, we have to be very diligent and you know, Mary, you've been very wise with your money and you've made very smart choices between you and your husband, and that's allowed you to live the life that you want. I think that's incredibly important. Yeah and that is like I said and it's never too late to make changes so that you could you can have the retirement. I don't know anybody well anybody who wants to work until they caught their dead body out from underneath the grooming table. </w:t>
      </w:r>
      <w:r>
        <w:br/>
      </w:r>
    </w:p>
    <w:p w:rsidR="00AF61D0" w:rsidRDefault="00000000">
      <w:r>
        <w:t xml:space="preserve">I think what's really hard too is that people think that if I retire after, I have to do nothing. And the truth is that retirement really is the dollar amount in your bank account. Or you know, for me it's more about having savings and having a paid for home that brings so much </w:t>
      </w:r>
      <w:r>
        <w:lastRenderedPageBreak/>
        <w:t xml:space="preserve">empowerment to me and that I have enough money to say no thank you. Retirement really is being able to say no thank you to literally anything. </w:t>
      </w:r>
      <w:r>
        <w:br/>
      </w:r>
    </w:p>
    <w:p w:rsidR="00AF61D0" w:rsidRDefault="00000000">
      <w:r>
        <w:t xml:space="preserve">And I think that's where people think, oh, because you can still work you can work until you're at the table the question is, do you want to do that or do you have to do that? And I don't think that as an industry led by women, we should ever build an industry where people have to work it's an industry where we should want to work and especially with all the things going on now with that pet that was injured, I think it's coming to the point where we need to pay people enough to make a living but also we need to get people out of this industry who aren't doing the right thing. </w:t>
      </w:r>
      <w:r>
        <w:br/>
      </w:r>
    </w:p>
    <w:p w:rsidR="00AF61D0" w:rsidRDefault="00000000">
      <w:r>
        <w:t xml:space="preserve">And part of that's money, right that business owner needs to have enough money to say, you know what, I don't care if I'll lose all this money, you can't work here. And that's all about financial freedom Anyway, off my soapbox, yeah, we're going to be discussing this on tomorrow night's live stream. By the way, that's a heavy topic. It's a very heavy topic. So anyway, we will be back in a half hour with Kyla Williams, and she's going to talk about hiring, hiring minorities. It's a good topic, good topic so we'll see everybody in a half hour bing. </w:t>
      </w:r>
      <w:r>
        <w:br/>
      </w:r>
    </w:p>
    <w:sectPr w:rsidR="00AF61D0"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65E1A" w:rsidRDefault="00E65E1A">
      <w:pPr>
        <w:spacing w:after="0" w:line="240" w:lineRule="auto"/>
      </w:pPr>
      <w:r>
        <w:separator/>
      </w:r>
    </w:p>
  </w:endnote>
  <w:endnote w:type="continuationSeparator" w:id="0">
    <w:p w:rsidR="00E65E1A" w:rsidRDefault="00E65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F61D0" w:rsidRDefault="00000000">
    <w:pPr>
      <w:pStyle w:val="Footer"/>
      <w:jc w:val="center"/>
    </w:pPr>
    <w:r>
      <w:t xml:space="preserve">Page </w:t>
    </w:r>
    <w:r>
      <w:fldChar w:fldCharType="begin"/>
    </w:r>
    <w:r>
      <w:instrText>PAGE</w:instrText>
    </w:r>
    <w:r w:rsidR="008C2BC7">
      <w:fldChar w:fldCharType="separate"/>
    </w:r>
    <w:r w:rsidR="008C2BC7">
      <w:rPr>
        <w:noProof/>
      </w:rPr>
      <w:t>1</w:t>
    </w:r>
    <w:r>
      <w:fldChar w:fldCharType="end"/>
    </w:r>
    <w:r>
      <w:t>/</w:t>
    </w:r>
    <w:r>
      <w:fldChar w:fldCharType="begin"/>
    </w:r>
    <w:r>
      <w:instrText>NUMPAGES</w:instrText>
    </w:r>
    <w:r w:rsidR="008C2BC7">
      <w:fldChar w:fldCharType="separate"/>
    </w:r>
    <w:r w:rsidR="008C2BC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65E1A" w:rsidRDefault="00E65E1A">
      <w:pPr>
        <w:spacing w:after="0" w:line="240" w:lineRule="auto"/>
      </w:pPr>
      <w:r>
        <w:separator/>
      </w:r>
    </w:p>
  </w:footnote>
  <w:footnote w:type="continuationSeparator" w:id="0">
    <w:p w:rsidR="00E65E1A" w:rsidRDefault="00E65E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77806058">
    <w:abstractNumId w:val="8"/>
  </w:num>
  <w:num w:numId="2" w16cid:durableId="1957829347">
    <w:abstractNumId w:val="6"/>
  </w:num>
  <w:num w:numId="3" w16cid:durableId="1505625278">
    <w:abstractNumId w:val="5"/>
  </w:num>
  <w:num w:numId="4" w16cid:durableId="2146466132">
    <w:abstractNumId w:val="4"/>
  </w:num>
  <w:num w:numId="5" w16cid:durableId="483014447">
    <w:abstractNumId w:val="7"/>
  </w:num>
  <w:num w:numId="6" w16cid:durableId="1763335992">
    <w:abstractNumId w:val="3"/>
  </w:num>
  <w:num w:numId="7" w16cid:durableId="646473901">
    <w:abstractNumId w:val="2"/>
  </w:num>
  <w:num w:numId="8" w16cid:durableId="476805700">
    <w:abstractNumId w:val="1"/>
  </w:num>
  <w:num w:numId="9" w16cid:durableId="1739939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8C2BC7"/>
    <w:rsid w:val="00AA1D8D"/>
    <w:rsid w:val="00AF61D0"/>
    <w:rsid w:val="00B47730"/>
    <w:rsid w:val="00CB0664"/>
    <w:rsid w:val="00E65E1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68C971E0-9B69-5A4B-AF24-EB0D45092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7409</Words>
  <Characters>42236</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49546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2023-09-25T20:48:00Z</dcterms:created>
  <dcterms:modified xsi:type="dcterms:W3CDTF">2023-09-25T20:48:00Z</dcterms:modified>
  <cp:category/>
</cp:coreProperties>
</file>