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908C4" w:rsidRDefault="00000000">
      <w:pPr>
        <w:pStyle w:val="Title"/>
      </w:pPr>
      <w:r>
        <w:t>Becoming A VA</w:t>
      </w:r>
    </w:p>
    <w:p w:rsidR="00A908C4" w:rsidRDefault="00A908C4"/>
    <w:p w:rsidR="00A908C4" w:rsidRDefault="00000000">
      <w:r>
        <w:rPr>
          <w:b/>
        </w:rPr>
        <w:t>Date</w:t>
      </w:r>
      <w:r>
        <w:t xml:space="preserve">    2023-10-23</w:t>
      </w:r>
    </w:p>
    <w:p w:rsidR="00A908C4" w:rsidRDefault="00A908C4"/>
    <w:p w:rsidR="00A908C4" w:rsidRDefault="00000000">
      <w:r>
        <w:t xml:space="preserve">OK, everybody, welcome to day two of the Life After Grooming Summit, brought to you by Positive Educational Training. So we're going to start off this morning with a 2 hour workshop with River Lee. And I was really excited about this because she and I had were discussing this like, I don't know, a year ago about a year ago, Yeah, about a year ago about how awesome i honestly truly this is an up and coming field in our industry and when I was mobile I would have loved to have a VA to do like my scheduling for me my whatever reminder calls or whatever but with somebody who is in the pet industry would have made it really great so I am really excited about this river i'm here do you want me to interrupt for questions? So what I would like to do is if it is something that is relevant because we have a 2 hour, It is a longer period normally for a one hour class i ask you guys to wait till the end because this is at the end. </w:t>
      </w:r>
      <w:r>
        <w:br/>
      </w:r>
    </w:p>
    <w:p w:rsidR="00A908C4" w:rsidRDefault="00000000">
      <w:r>
        <w:t xml:space="preserve">I will try to keep an eye on comments if you see something let me know i did pop open my two screens i'm gonna move us over here so we can see in my slide deck actually let me make sure that's working. Well, while we have it, I'm gonna make sure this is presenting as a full screen perfect. So I'm going to say yes, feel free if I if it's going to be something, actually let me make a copy of this over here then I can pull it up to make sure it's not something we're going to be talking about later in the deck. This is a longer. Ok, So now we don't see your slide deck. </w:t>
      </w:r>
      <w:r>
        <w:br/>
      </w:r>
    </w:p>
    <w:p w:rsidR="00A908C4" w:rsidRDefault="00000000">
      <w:r>
        <w:t xml:space="preserve">No, I know i apologize let me move this over here i'm actually opening a second one because I want to make sure because I've expanded this to two hours i want to make sure that you should see it. Boop now awesome excellent so feel free to interrupt me if it's something that we're going to be talking about later i will hint at it later. That said, because it is 2 hour, the first four lessons are going to be fairly quick and they're going to get progressively longer. </w:t>
      </w:r>
      <w:r>
        <w:br/>
      </w:r>
    </w:p>
    <w:p w:rsidR="00A908C4" w:rsidRDefault="00000000">
      <w:r>
        <w:t xml:space="preserve">So what you guys can do is ask questions always if I think that it's relevant or if Mary's like this might be relevant, we'll answer it. If not, I will acknowledge your question, everyone, and we will wait till the end of a lesson or the end of the entire presentation because there's a lot i think with being a VA, there's a lot we don't we don't know what we don't know. And so I think that there's questions that are going to be asked that will be answered there's going to be questions that are asked that is a little bit off the beaten path, but that's OK we'll </w:t>
      </w:r>
      <w:r>
        <w:lastRenderedPageBreak/>
        <w:t xml:space="preserve">find time to answer that how does that sound, everyone? huzzah. </w:t>
      </w:r>
      <w:r>
        <w:br/>
      </w:r>
    </w:p>
    <w:p w:rsidR="00A908C4" w:rsidRDefault="00000000">
      <w:r>
        <w:t xml:space="preserve">Yep, that works wonderful so let's go ahead and get rocking and rolling so thank you guys so much for being here you'll be like, who are you and that's a great question my name is River Lee and I am on a crusade to help fellow pet professionals. I have a really broad and niche industry background i have been a jogger, daycare manager, a pet sitting business owner. I was a dog trainer for a decade. I owned a membership model grooming salon with five employees we groomed 40 dogs a day. I built that up, sold that and then went feel an exclusive mobile so just grooming cats out of a van. </w:t>
      </w:r>
      <w:r>
        <w:br/>
      </w:r>
    </w:p>
    <w:p w:rsidR="00A908C4" w:rsidRDefault="00000000">
      <w:r>
        <w:t xml:space="preserve">Recently I have launched a company called Step Away From the Table and this is a business where help groomers stay within the industry without having to basically groom. So we're going to be covering a lot today, but don't worry, we're going to be able to take breaks if you need to answer questions. I gave us enough content that you guys are going to have lots to digest but also inkling and things that you can start questioning yourself about. But just to get a quick overview, we're going to be talking about what is a VA for the grooming business, What are the goals of a VA? Why VA S are vital for the grooming businesses. </w:t>
      </w:r>
      <w:r>
        <w:br/>
      </w:r>
    </w:p>
    <w:p w:rsidR="00A908C4" w:rsidRDefault="00000000">
      <w:r>
        <w:t xml:space="preserve">The industry need different ways of earning money, and we're going to go through some basic examples why you may be perfect for this and how you can actually get started and then of course, we're going to have more time for Q and A so let's move into Lesson 1. What is Ava for grooming businesses? So AVA or a virtual assistant is someone who works remotely on behalf of another person or company. So as a VA, your job is to help the day-to-day tasks of running a grooming business so they can focus on what matters most, providing excellent customer service or taking care of the client's pets, right. </w:t>
      </w:r>
      <w:r>
        <w:br/>
      </w:r>
    </w:p>
    <w:p w:rsidR="00A908C4" w:rsidRDefault="00000000">
      <w:r>
        <w:t xml:space="preserve">Additionally, being Ava for the groomer can be a great way for groomers to ease into semi retirement or add in additional revenue. Ok, so let's give a quick overview what are some things that BAS could do? They could manage emails they could schedule appointments they can manage invoices. They can manage calendars, which is different than managing appointments. They can handle phone calls and there's so much more we're going to be talking more about that later as well. So again, they can be, you know, reaching out to veterinarians for vaccine records they can be reaching out to confirm age and medical conditions, especially as we're becoming a more litigious society, right i can't tell you how many groomers are living in. </w:t>
      </w:r>
      <w:r>
        <w:br/>
      </w:r>
    </w:p>
    <w:p w:rsidR="00A908C4" w:rsidRDefault="00000000">
      <w:r>
        <w:t xml:space="preserve">If you guys remember Biju's Law, where they were trying to pass essentially that groomers were going to have to do a lot more and again, I'm all for that. But you need someone who has time to follow up with the veterinary not just to get records, but also to find out what's going on with this dog if the dog is 12, does the dog have any medical history right that </w:t>
      </w:r>
      <w:r>
        <w:lastRenderedPageBreak/>
        <w:t xml:space="preserve">takes time and energy, and a lot of us that own grooming businesses don't have that again they can do things like booking appointments, returning phone calls or inquiries. </w:t>
      </w:r>
      <w:r>
        <w:br/>
      </w:r>
    </w:p>
    <w:p w:rsidR="00A908C4" w:rsidRDefault="00000000">
      <w:r>
        <w:t xml:space="preserve">They can help Create an email a waiting list, or learn how to email it. And they can also text prospective clients so that if you're a business owner, right, you don't have to worry about texting the back and if you're interested in becoming Ava, you know, you get to do that you get to just say, hey, is this person the right person for this grooming business you get to be the protector of that groomer and I know a lot of us wish we had somebody to be that shield in between the crazies in US, right. </w:t>
      </w:r>
      <w:r>
        <w:br/>
      </w:r>
    </w:p>
    <w:p w:rsidR="00A908C4" w:rsidRDefault="00000000">
      <w:r>
        <w:t xml:space="preserve">So I like putting on my Cape and be like, you're not going to talk to my supervisor like that i'm, you're going to talk to me i'm strong and they're, you know, they're grooming, they're exhausted, they're not going to deal with these people. So does it always have to be phone calls i hear a lot of people say, well, I'd love to be a virtual assistant, but I don't actually like being on the phone i don't want to be on the phone all day. Well, there's so many ways now with technology to be communicating via email or text message and you don't even have to offer phone call services at all. I actually encourage my pet grooming business clients, you know, my students that actually groom, I tell them don't even offer your phone number, just work on these different methods, right, Because again, they're going to be playing a lot of phone tag. </w:t>
      </w:r>
      <w:r>
        <w:br/>
      </w:r>
    </w:p>
    <w:p w:rsidR="00A908C4" w:rsidRDefault="00000000">
      <w:r>
        <w:t xml:space="preserve">And you as a VA, when you have phone calls, they tend to be more office hour oriented versus being able to do them in a flex time. So as ABA, there's going to be two major types of roles there's going to be what's called front of house and back of house. So think of front of house as being focused on customer service and communication obviously, we can't be there when the dogs are there we can't be there when things are actually in play. </w:t>
      </w:r>
      <w:r>
        <w:br/>
      </w:r>
    </w:p>
    <w:p w:rsidR="00A908C4" w:rsidRDefault="00000000">
      <w:r>
        <w:t xml:space="preserve">However, you know, if there is a situation that needs to be dealt with, if it's up to you to communicate all of those things, that can be your role it doesn't have to be. Again, remember, when you own your own business, you get to do whatever you want. Other things are back of house these are going to be your administration tasks these can be data entry. These can be double checking notes these can be creating a system in place for your supervisor where they're going to be able to make a mess if you've ever had a grooming salon with five or six groomers, everyone has different things that they call everything you know that might be you becoming the Rosetta Stone for the grooming notes, which is incredibly valuable. </w:t>
      </w:r>
      <w:r>
        <w:br/>
      </w:r>
    </w:p>
    <w:p w:rsidR="00A908C4" w:rsidRDefault="00000000">
      <w:r>
        <w:t xml:space="preserve">Because remember, if they go to hire somebody who's outside of the grooming industry, even if they have a master's degree, they have no idea what FFS is, right? They don't know what a 5F is, right they don't know what this groomer is talking about and we can </w:t>
      </w:r>
      <w:r>
        <w:lastRenderedPageBreak/>
        <w:t xml:space="preserve">communicate directly with the groomer in the language that we have as an industry. So how does it be a benefit, a pet grooming business owner? So if you're thinking to yourself, well, if I want to become Ava, how do I actually create value in their life well, you're going to help the groomer stay organized and efficient. </w:t>
      </w:r>
      <w:r>
        <w:br/>
      </w:r>
    </w:p>
    <w:p w:rsidR="00A908C4" w:rsidRDefault="00000000">
      <w:r>
        <w:t xml:space="preserve">If you're like me and you've ever had employees, you know how important it is to stay organized. And a lot of days it was between as a business owner choosing between being organized and making sure my employees were organized. You can be as Ava, that second person to kind of watch and see and say, hey, again, it might not be your responsibility if you're not a manager to step in, but you can see the superheroes like, hey, I'm noticing that Molly is not inputting all of her notes. </w:t>
      </w:r>
      <w:r>
        <w:br/>
      </w:r>
    </w:p>
    <w:p w:rsidR="00A908C4" w:rsidRDefault="00000000">
      <w:r>
        <w:t xml:space="preserve">You know, we might want to do something to make sure that she is inputting her notes, or at least she's giving me her notes maybe we can create a service for that, you know, inventory management. A lot of Grimmers wait until the they've run out of stuff you can kind of track that. You know, you can set up a regular order you can help them do all of that, right? Things like waivers. It's never been more important to make sure that policies, procedures and waivers have been signed. </w:t>
      </w:r>
      <w:r>
        <w:br/>
      </w:r>
    </w:p>
    <w:p w:rsidR="00A908C4" w:rsidRDefault="00000000">
      <w:r>
        <w:t xml:space="preserve">Now this can be both for staff as well as clients. You can make sure and double check that someone did not just draw. You know, there was a grooming post recently where someone's like, I don't know if I married. It's her branding, but they drove. They drew a male appendage instead of signing their name. You know, as AVAI will catch that a lot faster than a business owner because they're busy grooming dogs. And again, vaccine records and you know, depending upon your state, I know in Georgia you must have vaccine records. </w:t>
      </w:r>
      <w:r>
        <w:br/>
      </w:r>
    </w:p>
    <w:p w:rsidR="00A908C4" w:rsidRDefault="00000000">
      <w:r>
        <w:t xml:space="preserve">You know, because you're a part of the agriculture and again depending upon the policy procedure, these are very important and again, it's just it's so much more time consuming than it used to be i used to be able to call all that. They'd answer me, they would just give me the information. Now a lot of times they want a release from the client or they want a relationship with a person that they know and trust so that can again be you instead of for better, for worse, right the grooming business owner who's busy. </w:t>
      </w:r>
      <w:r>
        <w:br/>
      </w:r>
    </w:p>
    <w:p w:rsidR="00A908C4" w:rsidRDefault="00000000">
      <w:r>
        <w:t xml:space="preserve">So what is not in the scope of work of the VA. You're not going to do any in person services i see a lot of you guys that are trying to create these hybrid i would not create a hybrid if you're going to be Ava, I would set a boundary. I would say you're either going to hire me as a groomer and I'm going to have grooming hours and these are set, or I'm going to be hired as VA or again, they're separate and the reason why is because you know, trying to do it all, grooming all day and then if you have time, please do all these other things. </w:t>
      </w:r>
      <w:r>
        <w:br/>
      </w:r>
    </w:p>
    <w:p w:rsidR="00A908C4" w:rsidRDefault="00000000">
      <w:r>
        <w:lastRenderedPageBreak/>
        <w:t xml:space="preserve">You're using different parts of your brain. I used to always say I can be a brain or a body pick one and it creates a lot of stress in most people and again, a lot of us have been doing it so long, we don't realize how nice it is to just set aside time, especially if you want to work from home and just do and bang out 15 phone calls, right, versus like the salon and all the chaos so I want you guys to set a boundary. </w:t>
      </w:r>
      <w:r>
        <w:br/>
      </w:r>
    </w:p>
    <w:p w:rsidR="00A908C4" w:rsidRDefault="00000000">
      <w:r>
        <w:t xml:space="preserve">If you're going to become Ava, that you're not going to do a hybrid position, you're welcome to take two positions, but you will not do a hybrid position. You're not going to make any medical health related decisions or provide veterinary advice to clients. Now again, this is going to depend upon where they live and things like that, but it's really important as a VA that you're not giving medical advice to clients and you're not the one making a decision for another company. </w:t>
      </w:r>
      <w:r>
        <w:br/>
      </w:r>
    </w:p>
    <w:p w:rsidR="00A908C4" w:rsidRDefault="00000000">
      <w:r>
        <w:t xml:space="preserve">If a pet should go to the vet, right, That should be your supervisor or the business owner. The other thing too, it is especially a lot of us that have a lot of training either in nutrition or skin and coke care, it's really important as AVA that we adhere to what the supervisors business is going to do right. Again, it can be really hard, but we have to remember if we're VAS it is not our business. And I see a lot of you guys wanting to use essentially your education and I think that's wonderful but remember that is more of a consulting or a coaching position, right you're going to be consulting and coaching and creating systems in place. </w:t>
      </w:r>
      <w:r>
        <w:br/>
      </w:r>
    </w:p>
    <w:p w:rsidR="00A908C4" w:rsidRDefault="00000000">
      <w:r>
        <w:t xml:space="preserve">That's again a different role, and that's OK, but let's not lump it into the VA role, because then you're essentially giving away free coaching. You're not going to make any significant changes to the business structure or operation without the owner's approval. Again, it can be really annoying when they don't want to give you any advice or they don't want to give you any structure, but they also don't want to pay you to be a consultant and they don't want to pay you to be a manager. </w:t>
      </w:r>
      <w:r>
        <w:br/>
      </w:r>
    </w:p>
    <w:p w:rsidR="00A908C4" w:rsidRDefault="00000000">
      <w:r>
        <w:t xml:space="preserve">So in the beginning, as AVA as a very fundamental level of the VA, it's going to be hard because you're going to have to learn boundaries a lot of us haven't learned boundaries and you're also not going to sign any contracts or make any financial commitments about the owner's approval. So you are not going to sign up for a software you are not going to. You know, you might find a better deal on shampoo and things and again, you always have to double check with your supervisor because again, you don't want to be on the hook for spending a thousand dollars you know, you found this really good deal on the shampoo they were supposed to order a thousand dollars anyway. </w:t>
      </w:r>
      <w:r>
        <w:br/>
      </w:r>
    </w:p>
    <w:p w:rsidR="00A908C4" w:rsidRDefault="00000000">
      <w:r>
        <w:t xml:space="preserve">You know they gave you the company card. Well, technically, you know, by you spending that money without their written approval, technically you could end up owing that money </w:t>
      </w:r>
      <w:r>
        <w:lastRenderedPageBreak/>
        <w:t xml:space="preserve">so these are really important healthy boundaries and I'm going to put here now that way as you're going through the rest of this class, you're going to keep these in the back of your mind. So it's essential to have clear communication with the grooming business owner to understand their expectations and any restrictions you might face as a virtual assistant. So as a VA, you are there to support the owner and their business so that you can be clear on your role and your responsibilities i think one of the hardest things that I see about groomers moving to VA spaces is they're just so excited and they've done it all so they're so excited to do it all but the whole point of being this VA is for us to take a step back and really step into our power and be in this position of support instead of solving. </w:t>
      </w:r>
      <w:r>
        <w:br/>
      </w:r>
    </w:p>
    <w:p w:rsidR="00A908C4" w:rsidRDefault="00000000">
      <w:r>
        <w:t xml:space="preserve">That makes sense. So guys, now that we've discussed what Ava is for the grooming business, let's talk about your goals as Ava for the pet grooming industry. May or may not be. So again, what are your goals as Ava? So we're going to have all shiny, glittering moment right by anything is possible your dreamy lifestyle. So as a virtual assistant, you can have a dreamy lifestyle depending on your individual preferences and the desired nature of your work, you may choose to work full time as a VA or part time. </w:t>
      </w:r>
      <w:r>
        <w:br/>
      </w:r>
    </w:p>
    <w:p w:rsidR="00A908C4" w:rsidRDefault="00000000">
      <w:r>
        <w:t xml:space="preserve">You can even do this freelance to supplement your income. Ultimately, the lifestyle of the VA is shaped by your goals, your priorities and ultimately your choices. So remote work many VA's work remotely, allowing them to choose where they live and work. This lifestyle offers flexibility and the ability to work from home, a Co working space, a coffee shop and even while travelling. So VAS often have a flexibility to set their own work hours, which can be especially beneficial for those who are preferring non traditional work hours or may need to accommodate other responsibilities things like childcare or if you're doing competition level grooming or you have to travel for training, right. </w:t>
      </w:r>
      <w:r>
        <w:br/>
      </w:r>
    </w:p>
    <w:p w:rsidR="00A908C4" w:rsidRDefault="00000000">
      <w:r>
        <w:t xml:space="preserve">There's so many different ways that you might end up needing to do that and I think that's really important, right that you can choose what you want to do, so it's often hard to imagine what it would look like. What if you didn't have to create a rigid schedule i have a point that you don't want to, right? I remember when I was a dog trainer and I did dog daycare and it was always a situation where it was everyone else's schedule, right? Like the daycare was open these hours, right? For pet sitting, it had to be hours that people were away and then when I had my grooming salon, it was like, well, I, you know, when I had my shop, I was like, well, I have to work Saturdays. </w:t>
      </w:r>
      <w:r>
        <w:br/>
      </w:r>
    </w:p>
    <w:p w:rsidR="00A908C4" w:rsidRDefault="00000000">
      <w:r>
        <w:t xml:space="preserve">And even though I didn't necessarily have to, and I definitely could when I had my mobile, I worked more of an 8 to 2 schedule. It's still not in the middle of the night and I know a lot of you guys are night owls and if you're anything like my son, my son is one of those people that he does his best work in vampire hours like he is. He gets done probably a week's worth of work in four hours if he can do them like between eleven PM and two AM. And I am not built that way, but I can you what i can do that at five AM And you who doesn't want </w:t>
      </w:r>
      <w:r>
        <w:lastRenderedPageBreak/>
        <w:t xml:space="preserve">to come in for grooming at five AM basically everyone. </w:t>
      </w:r>
      <w:r>
        <w:br/>
      </w:r>
    </w:p>
    <w:p w:rsidR="00A908C4" w:rsidRDefault="00000000">
      <w:r>
        <w:t xml:space="preserve">So as a VA, if you want to get up at noon, get up at noon if you want to work five PM to two AM or five AM to two PM, that's really not ever a problem and if you want to work, you know, a few 10 hour days a week and you want to work full time, that's an option. Or if you want to wait till you're inspired to hyper focus and get all the things done for my ADD Queens, that's perfectly acceptable too. I tend to do that i tend to have set things I have to do and then there's flex things and I kind of wait for that, like itchy, like hyper focus, like oh like I'm inspired to do this i'm going to like focus on doing all of this. </w:t>
      </w:r>
      <w:r>
        <w:br/>
      </w:r>
    </w:p>
    <w:p w:rsidR="00A908C4" w:rsidRDefault="00000000">
      <w:r>
        <w:t xml:space="preserve">So unless you create a set time to do things, you can do them on your schedule, even when things don't go to plan. And because right, we have location independence, right, you're not required to do a fixed location you can travel while working, whether it's at leisure or as a digital nomad. Some of you guys want to retire from grooming, but you still want to be in the industry and you still want to be connected in the industry and this is a great way that if you want to travel and make money, this is a great way to do it. </w:t>
      </w:r>
      <w:r>
        <w:br/>
      </w:r>
    </w:p>
    <w:p w:rsidR="00A908C4" w:rsidRDefault="00000000">
      <w:r>
        <w:t xml:space="preserve">The only thing you really need is a reliable Internet connection. And you know, my son and I are going on a cruise in November because I'm going to check to see how reliable that cruise. I'm like it's work. Oh, I have to try it out. You know, we're checking out when cruise line's ability to have high speed Internet. Now download and upload speeds are different, but we get to go test it out and that's amazing option, right? Exactly mary is a business expense so we're going to try to pay for the high speed Internet and see how well it works. So that's where again, I mean for those of you guys that you know like I really want to take this 30 day Panama Canal, I'm sorry, Panama Canal cruise, I really do and they have so many amazing like transatlantic that go to like Italy and France and one of the major things I don't like about travel is I don't like packing and unpacking because I lose things i'm just not that person. </w:t>
      </w:r>
      <w:r>
        <w:br/>
      </w:r>
    </w:p>
    <w:p w:rsidR="00A908C4" w:rsidRDefault="00000000">
      <w:r>
        <w:t xml:space="preserve">So that's going to allow me to do that and that rolls us right into work life balance, right. Va's can design their work schedules to prioritize work life balance. For me, 2024 is a season of travel it's going to be grooming shows and going to places that I've always wanted to go and I've not really had the freedom of flexibility to do so right and that's going to allow you to spend time, more time with family, engage in hobbies, pursue, you know, personal goals a lot of you guys wanted to breed and show a dog or you wanted to commit more to rescue and your work schedule hasn't allowed this well, this is a great way to do so. </w:t>
      </w:r>
      <w:r>
        <w:br/>
      </w:r>
    </w:p>
    <w:p w:rsidR="00A908C4" w:rsidRDefault="00000000">
      <w:r>
        <w:t xml:space="preserve">Income variable, your income for VA can vary based on the number of clients you have, the flexibility of the tasks or the complexity you know and again some people who are VA's have super steady income and others have, you know again fluctuates it's just kind of like </w:t>
      </w:r>
      <w:r>
        <w:lastRenderedPageBreak/>
        <w:t xml:space="preserve">grooming, you know if you want to have regular steady clients and you want to have set clients, it's going to be more steady. If you want to have more irregular clients, they might be higher ticket, right. But it really depends upon what you want. Than I do in the seasonal life you're in. At one point I had 10 every month clients so I had, you know, 10 people who did committed 4 hours a week to do one-on-one business coaching. </w:t>
      </w:r>
      <w:r>
        <w:br/>
      </w:r>
    </w:p>
    <w:p w:rsidR="00A908C4" w:rsidRDefault="00000000">
      <w:r>
        <w:t xml:space="preserve">And now that I have a season of travel, I'm moving to a more flexible schedule so I'm not going to have that. What's awesome about that is I'm not committing to a 10 year of a dog's life, right? And I don't feel as guilty, right, because I've helped those people. We've moved things along and now I get to put me in focus versus that dog who's getting groomed or that cat's getting groomed every four weeks for the next 1015 years of their life, right i'm not abandoning them in the same way, and it's really important too if you can of course be a, you know, general VA, but you can specialize in specific tasks such as social media, mobile grooming, auditing, compliance and customer support. </w:t>
      </w:r>
      <w:r>
        <w:br/>
      </w:r>
    </w:p>
    <w:p w:rsidR="00A908C4" w:rsidRDefault="00000000">
      <w:r>
        <w:t xml:space="preserve">Specialization can lead to higher earning potential and job satisfaction. So I had a social media manager and they created content and all that and I was paying them seventeen hundred dollars a month so there is definitely room for that. So some VA S are going to, you know, become what we call entrepreneurs and again, we know what that is but in our space, what we're talking about is building your own virtual assistant agencies or offering specialization services to a niche market. And maybe you're just going to do mobile grooming scheduling or you're going to help train, consult, right, and then set up that mobile scheduling maybe that's what you're going to do. </w:t>
      </w:r>
      <w:r>
        <w:br/>
      </w:r>
    </w:p>
    <w:p w:rsidR="00A908C4" w:rsidRDefault="00000000">
      <w:r>
        <w:t xml:space="preserve">And again, you can be your own boss you can hire a team, and you can honestly be AW two employee for a business as well. And being at VA provides opportunities for skill development like communication, project management, time management, and of course, software tools. And for myself, improvement junkies, the Sky's the limit. I love learning more about me i love learning more about how I function with people. And so the more I learn about communication, the more I learn about interaction with people, the better I'm going to be at my job and the same thing with you guys, job security in the increasing digital world, there is a growing demand for VAS right job security for those relevant skills and strong work ethic. </w:t>
      </w:r>
      <w:r>
        <w:br/>
      </w:r>
    </w:p>
    <w:p w:rsidR="00A908C4" w:rsidRDefault="00000000">
      <w:r>
        <w:t xml:space="preserve">The best thing about not being stuck to work a nine to five is you can choose to work 20 hours this week and 60 hours the next if you want more money, right? Flexibility and freedom you can transfer traditional job security right? Right now in Grooming, our goal is to book people out four weeks in advance and with this you can pick up a pro you can pick up a 500$ project, have it done by the end of the week and be paid right. It's never been easier online to make more money and laugh that's why Gen z is like I don't want to work </w:t>
      </w:r>
      <w:r>
        <w:lastRenderedPageBreak/>
        <w:t xml:space="preserve">for 15$ an hour because I can do this online project, make 2 or 300$ and be paid this week. </w:t>
      </w:r>
      <w:r>
        <w:br/>
      </w:r>
    </w:p>
    <w:p w:rsidR="00A908C4" w:rsidRDefault="00000000">
      <w:r>
        <w:t xml:space="preserve">So global demand it's not uncommon for VA's to work for clients in other states or potentially other countries. So imagine fetching in virtual assistant at a top dollar location enjoying all the perks of your location. Again, you know I have a very good friend who is an attorney and they were looking at because they can now do virtual. He could get hired in California, at California, LA race and stay in a much cheaper area. And the same thing here as the VA You might be Ava for a high end LA company or even somewhere in a more expensive place like Boston. </w:t>
      </w:r>
      <w:r>
        <w:br/>
      </w:r>
    </w:p>
    <w:p w:rsidR="00A908C4" w:rsidRDefault="00000000">
      <w:r>
        <w:t xml:space="preserve">But you can choose to live in a much cheaper place because again, as long as you have reliable Internet, you can do that. Also if you're dreaming of that homestead, as long as you have reliable Internet, you can live in the middle of nowhere and still make 6 figures. So you know, instead of a grooming job where it depends how far people are willing to drive to you, right? Or you're willing to drive your mobile to them. You know you're only limited by your imagination. So what is your dream life balance, right so it's critical to separate from your personal life. Maybe set boundaries that when you stop working, resist the temptation to check work related emails, messages after hours. </w:t>
      </w:r>
      <w:r>
        <w:br/>
      </w:r>
    </w:p>
    <w:p w:rsidR="00A908C4" w:rsidRDefault="00000000">
      <w:r>
        <w:t xml:space="preserve">Again, it's not the same as when you owned your grooming business this is very different you are going to be peed. We're going to talk more about different ways. Remember that achieving work from home success may take time and adjustment. It is very different working from home you do need to create boundaries with yourself. You do need to create a way to separate that. I mean, it's essential to find a routine work environment that suits your individual needs and preferences, while staying adaptable to changes as necessary. So if you want to work from your physical home, great if you want to go to a coffee shop few days, great you want to pay for small office space, That's also fine. </w:t>
      </w:r>
      <w:r>
        <w:br/>
      </w:r>
    </w:p>
    <w:p w:rsidR="00A908C4" w:rsidRDefault="00000000">
      <w:r>
        <w:t xml:space="preserve">So let's now talk about how VAS are crucial for the success of the pet industry, right? So again, VAS are vital for grooming businesses let's talk about it. So what is it all about as Ava for the grooming business, it's important to create a 5 star experience for clients, their pets and the support staff on the day of grooming appointments, right? So by providing exceptional customer service and support to clients and staff, you can help to create a positive and enjoyable experience that will keep clients coming back and help businesses to thrive, right. So as ABA supporting grooming business owners, you'll play a critical role in ensuring the day off daily operations, the grooming appointments, the back end or customers experience runs smoothly right? And this can be the difference that helps the clients and the staff have a 5 star experience. </w:t>
      </w:r>
      <w:r>
        <w:br/>
      </w:r>
    </w:p>
    <w:p w:rsidR="00A908C4" w:rsidRDefault="00000000">
      <w:r>
        <w:lastRenderedPageBreak/>
        <w:t xml:space="preserve">You know again if you've been a groomer, if you've owned a business, you know how exhausting it is to make sure all of that stuff is organized, having it double checked, making sure I do have the right notes for this client. I know you know what is going on in anything that I should know and making sure that customer comes primed knowing what we expect of them and what to expect of us. </w:t>
      </w:r>
      <w:r>
        <w:br/>
      </w:r>
    </w:p>
    <w:p w:rsidR="00A908C4" w:rsidRDefault="00000000">
      <w:r>
        <w:t xml:space="preserve">So you play a critical role ensuring that the businesses can focus on running the business right or the groomers can focus on grooming the dogs right. So we want them to do what they do best, which is focus on the pets. It is so much easier when you've done all the back end stuff and the client comes in and it's a smooth transition. Now a lot of us mobile groomers know that because a lot of the stuff we're doing is remote, right. When I have a mobile, I'm not going to them to do all this stuff. </w:t>
      </w:r>
      <w:r>
        <w:br/>
      </w:r>
    </w:p>
    <w:p w:rsidR="00A908C4" w:rsidRDefault="00000000">
      <w:r>
        <w:t xml:space="preserve">I'm doing all the layering, all the information i'm getting everything ready and prepped before I get there because when I get there, I need the pet in the van, I need to groom and I need to go right. So you're essentially being able to do all of that, either for a salon, a house call, or a mobile. So remember that you can often be the voice for the business in many cases, clients may interact with you more frequently than they actually do the groomers themselves, right? And your communication and customer service skills will be essential to creating a 5 star experience for both the clients and the staff, right? If you piss off the client, then they're going to give shit to the staff, right? So it is important that you know, if you're not, if you, if you have, if you don't have that customer service voice, you know, don't do phone calls, right. </w:t>
      </w:r>
      <w:r>
        <w:br/>
      </w:r>
    </w:p>
    <w:p w:rsidR="00A908C4" w:rsidRDefault="00000000">
      <w:r>
        <w:t xml:space="preserve">You guys ever seen waiting where it's like, the lady's like, hi and then behind she's all like, oh, I hate these people, right. We need to make sure that we're doing that and again, it's a lot easier, right? I used to say that used to be so frustrating because I would have like a dog who would like, bite me, pee in my open wound, and the customer would be like, well, how was fluffy? And I was like, well, how do you say demons bond nicely, right. </w:t>
      </w:r>
      <w:r>
        <w:br/>
      </w:r>
    </w:p>
    <w:p w:rsidR="00A908C4" w:rsidRDefault="00000000">
      <w:r>
        <w:t xml:space="preserve">Again, as a VA, you're going to be able to be separate from that you can empathize with the groomer because you've been there and done that genuinely right. You'll have your supervisor, which is your business owner, explain what the policies and procedures are, and then you'll be able to communicate with that customer in the most effective way. So remember, you can build strong and positive reputation for grooming businesses. I mean, this is one of the best things, right especially if you have somebody who is neuro divergent, who may not be the best at communicating or doesn't feel safe communicating in an effective way, right you might have the opportunity to help them build a strong and positive reputation, be able to be the voice for them and you're going to embody their values and their vision and your interactions you know again, whether phone calls, emails or, you know, I wouldn't necessarily all in person interactions but again, it's for some of you guys </w:t>
      </w:r>
      <w:r>
        <w:lastRenderedPageBreak/>
        <w:t xml:space="preserve">that are wanting to do those hybrid, please don't do a hybrid, please do one or the other. </w:t>
      </w:r>
      <w:r>
        <w:br/>
      </w:r>
    </w:p>
    <w:p w:rsidR="00A908C4" w:rsidRDefault="00000000">
      <w:r>
        <w:t xml:space="preserve">That's always an option too. And I want to make that clear again because some of you guys are like I can be AVA for my grooming business currently yes, you can. Again, if they have you be a groomer, that's one role if you want to be a receptionist, that's one role and the VA is a third role. Please make sure you separate that out. So if you are doing that and I'm going to say gently that hybrid role, make sure that you have them separate. So you're going to be friendly, knowledgeable, professional, you know, point of contact. You can help create this warm welcoming atmosphere before that customer even comes in so when they come in, instead of having a chip on their shoulder and feeling mad or upset or feeling like, oh, it's another groomer, they're going to come in happy and they're going to give that groomer or whoever is going to be checking that dog in they're going to be so much happier and you're going to give that to that stuff. </w:t>
      </w:r>
      <w:r>
        <w:br/>
      </w:r>
    </w:p>
    <w:p w:rsidR="00A908C4" w:rsidRDefault="00000000">
      <w:r>
        <w:t xml:space="preserve">So let's look at what might be included in your career as AVA So again, you might be handling phone calls, so creating a script for phone calls, calling your veterinarians for vaccine records, calling vets to confirm age or medical conditions you're going to be booking appointments, you're going to listen and writing down appointments. You'll be returning phone calls or inquiries, text messages you might create a script to book appointments, right so you might actually create a communication tree depending upon your role, if you're a manager, or if you're just a foundational level vA again, booking appointments, writing down these resigned text message and inquiries again, it's going to greatly depend upon what your supervisor wants you to do. </w:t>
      </w:r>
      <w:r>
        <w:br/>
      </w:r>
    </w:p>
    <w:p w:rsidR="00A908C4" w:rsidRDefault="00000000">
      <w:r>
        <w:t xml:space="preserve">You might be creating a script for booking appointments, emails, emailing clients, I'm sorry, veterinarians for vaccines, records for clients, the age and medical conditions, appointments for email. You know, writing down these appointments depending on how they're getting them and getting all that information together, right? So if you notice, you can do almost all the same things via phone call, text message and email. Why is that? It's because, again, as technology has grown, you can do everything from a phone call that you can do from an email that you can do through a text message now, I do think they are different mediums and they have different rules and different etiquettes, but there are so many ways of creating concise, professional communication in all three of those mediums. </w:t>
      </w:r>
      <w:r>
        <w:br/>
      </w:r>
    </w:p>
    <w:p w:rsidR="00A908C4" w:rsidRDefault="00000000">
      <w:r>
        <w:t xml:space="preserve">So you can do as much or as little support for your grooming business owners and their support staff, right? And you can help them in your unique way with your unique skills that you've created along the way in your grooming. So having individuals that like you are going to be critical to supporting the industry as a whole. And we could spend all day listing off ways VAS could support the grooming industry, but let's go move on, right. So let's talk about why the grooming industry needs V A 's right, why does this industry need us? So we've experienced significant growth as the grooming industry and especially mobile has </w:t>
      </w:r>
      <w:r>
        <w:lastRenderedPageBreak/>
        <w:t xml:space="preserve">blown up, right. </w:t>
      </w:r>
      <w:r>
        <w:br/>
      </w:r>
    </w:p>
    <w:p w:rsidR="00A908C4" w:rsidRDefault="00000000">
      <w:r>
        <w:t xml:space="preserve">We have completely blown up. I was talking to one of the major grooming manufacturers for mobile vans and don't quote me on this post, something like they were doing about six a month and now they're doing about 10 week. And when we think about the difference and the amount of that, I mean it's absolutely astronomical, right. So with that, gross is going to become increased demand, right. And we're going to need more groomers we know we need more groomers so a lot of us have felt guilty for retiring or thinking of retiring we're like, Oh my God, who's going to groom all these dogs? But don't forget a lot of what groomers spend a lot of extra time doing is answering phone calls, is booking clients and is creating that loyalty. </w:t>
      </w:r>
      <w:r>
        <w:br/>
      </w:r>
    </w:p>
    <w:p w:rsidR="00A908C4" w:rsidRDefault="00000000">
      <w:r>
        <w:t xml:space="preserve">You know, we spend a lot of time and in fact, the average salon spends about 8 hours a week. That's an entire extra day, OK? So many grooming business are going to struggle keeping up the demands of running their business while providing excellent grooming services. So this is where we're going to take all of that burden off of their shoulders. So let's give some reasons why, right You can provide excellent customer service by answering client inquiries via phone or email, again ensuring the appointment needs are met because they've been doing that for their own clients for years, right? So if you have been answering the phone on your own business, you know what works and what doesn't work. </w:t>
      </w:r>
      <w:r>
        <w:br/>
      </w:r>
    </w:p>
    <w:p w:rsidR="00A908C4" w:rsidRDefault="00000000">
      <w:r>
        <w:t xml:space="preserve">Again, there are so many people say, well, I can hire Ava from the Philippines for 5$ now i'm like, cool, Do they know anything about booking an appointment? Do they know anything about this breed? Do they have they ever dealt with someone arguing if the dog is mad at it or not? Va's can manage the grooming business's email and phone system, ensuring that messages are answered in a timely, professional manner. We intuitively know, and again, we're going to show you guys more of that. </w:t>
      </w:r>
      <w:r>
        <w:br/>
      </w:r>
    </w:p>
    <w:p w:rsidR="00A908C4" w:rsidRDefault="00000000">
      <w:r>
        <w:t xml:space="preserve">You know what has to be dealt with and what doesn't, right again, a lot of us have so much experience knowing we can almost like, smell the crazy coming off of a text message or an email right, Because we've been dealing with it for the last five, ten, twenty thirty years right? And so unlike a traditional VA who has no pekering business background, they're going to look at this email and, be like, oh no big deal, I'll wait till Friday versus we're going to see that email like this is going to blow up so I'm going to bring this immediately to my supervisor and talk to them about it. </w:t>
      </w:r>
      <w:r>
        <w:br/>
      </w:r>
    </w:p>
    <w:p w:rsidR="00A908C4" w:rsidRDefault="00000000">
      <w:r>
        <w:t xml:space="preserve">So you may help managing grooming appointments ensure that clients are scheduled for the appropriate services at the right time. You know that the once a year Bernie's mountain dog can't be booked in the last slot for an hour as a bath, only the wake of Christmas, right? I can't tell you how many people have come to me so excited to hire a VA for the pet </w:t>
      </w:r>
      <w:r>
        <w:lastRenderedPageBreak/>
        <w:t xml:space="preserve">grooming business because they've hired somebody who does not know our industry and they're like, oh, it's like a like a golden it's like, no, that is not like a golden kind of, but no, right. And they don't understand that Christmas, you know, depending upon your area and everything like that. </w:t>
      </w:r>
      <w:r>
        <w:br/>
      </w:r>
    </w:p>
    <w:p w:rsidR="00A908C4" w:rsidRDefault="00000000">
      <w:r>
        <w:t xml:space="preserve">But like, I intuitively know, oh, the week of Christmas is going to be bullshit like there's no way we're doing a once your dog, right and of course I would double check with my supervisor, but I would probably be the one to bring that up to them as Ava. I'd be like, hey, I just want to know your policy on Christmas, the week of Christmas i know it's going to be really busy i know everyone's going to be stressed out everyone's going to be looking forward to be going home to their family. I don't know what your policies and procedures are, but i intuitively feel that maybe booking once of your dogs would not be in our best, you know, thing and that then they have the option of saying no, we want to book everyone cool. </w:t>
      </w:r>
      <w:r>
        <w:br/>
      </w:r>
    </w:p>
    <w:p w:rsidR="00A908C4" w:rsidRDefault="00000000">
      <w:r>
        <w:t xml:space="preserve">But I know that I'm not booking a once your Bernie's Mountain Dog, even though someone might say, oh it's an hour long dog, I know that dog is probably going to take longer or it's going to be more matted like I intuitively know that even if the owner swears up and down that the dog is fully brushed out, etcetera. So you can help with data entry tasks such as inputting client or pet information in the salon database, ensuring that client records are accurate and up to date and you're going to easily catch mistakes. Like, Are you sure that Pug was in for a face feed standing? Are you sure? Is it all Pug right Or I see the Shih Tzu was in for AD Shed. </w:t>
      </w:r>
      <w:r>
        <w:br/>
      </w:r>
    </w:p>
    <w:p w:rsidR="00A908C4" w:rsidRDefault="00000000">
      <w:r>
        <w:t xml:space="preserve">Did somebody even put the wrong notes or, you know, and I might plop open the amounts charged and say, hey, was this client overcharged or was this in lieu of something different did someone hit the wrong button like what happened here, right? But as a VA who knows the industry, I'm going to ask these questions also, if it's a Shih Tzu, it's giving AD shed. Is this dog put under the wrong breed right? Did somebody mean to put a Shiba Inu? Right and they put in a Shih Tzu, which again, would be a huge price difference and again, how did no one else check this right? How did we get a Shih Tzu and you left it as a Shih Tzu and did we double check to see the vet records, right because maybe the vet records do say Shih Tzu and they brought a Shiba and then did we get the wrong vaccine records for the stock, right? And again, you and I would know that because we're groomers. </w:t>
      </w:r>
      <w:r>
        <w:br/>
      </w:r>
    </w:p>
    <w:p w:rsidR="00A908C4" w:rsidRDefault="00000000">
      <w:r>
        <w:t xml:space="preserve">Somebody who's not in our industry may not catch these things. So you can help with payment processing. You're going to ensure that clients are charged and invoiced correctly and payments are received in a timely manner again, you know, we know, you know, and everyone charges differently that's very true. But you're going to be able to catch things, right you're going to notice this dog maybe was in for four hours and you're like and they're only charged for one hour. Or the note, say the dog was matted to the skin and you know your supervisor charges let's say 15$ for 15 minutes of D matting and the groomer chose </w:t>
      </w:r>
      <w:r>
        <w:lastRenderedPageBreak/>
        <w:t xml:space="preserve">not to charge appropriately. </w:t>
      </w:r>
      <w:r>
        <w:br/>
      </w:r>
    </w:p>
    <w:p w:rsidR="00A908C4" w:rsidRDefault="00000000">
      <w:r>
        <w:t xml:space="preserve">That's something that depending upon your boundaries and your role, you may just may have to say the supervisor, Hey, I don't know if this was like a one time then you agreed upon, but I'm noticing this discrepancy. And alternatively, if you choose to be somebody, if they are the kind of person that sends an invoice and you're in charge of keeping track of them, they don't have to chase people for money they can hire you to do it. Some my favorite role but a lot of people like it they like being, you know, that person to email people and be like, hey, I'm going to cancel all your appointments, you don't pay up, so pay up, right? Depends on what you like. </w:t>
      </w:r>
      <w:r>
        <w:br/>
      </w:r>
    </w:p>
    <w:p w:rsidR="00A908C4" w:rsidRDefault="00000000">
      <w:r>
        <w:t xml:space="preserve">So VAS can manage the growing business, social media update, post updates, responding to comments and engaging with clients to promote a business and again, social media management is incredibly lucrative. Social media content creators, which are posters and managers are often paid, you know, a thousand to two thousand dollars a month and that is for about 5 posts a week, so 20 posts a month. So that's, you know, a lot of money and I have seen significantly less if you're the one to curate everything and say this is what I want posted, these are the hashtags and this is what I want posted that can be much cheaper. </w:t>
      </w:r>
      <w:r>
        <w:br/>
      </w:r>
    </w:p>
    <w:p w:rsidR="00A908C4" w:rsidRDefault="00000000">
      <w:r>
        <w:t xml:space="preserve">But it's very quickly becoming lucrative, especially with things like Canva and chat GPT where you can very quickly add these things in, You know, it doesn't take a ton of time anymore, but a lot of people just don't want to do it they just want to outsource it. So this is a great way for you to make extra money and not do a ton of work i mean, I hate to say it, but 20 posts for the month, if you're in charge of just, you know, creating and posting, it's going to take you probably about 20 hours, 2025 hours a month. </w:t>
      </w:r>
      <w:r>
        <w:br/>
      </w:r>
    </w:p>
    <w:p w:rsidR="00A908C4" w:rsidRDefault="00000000">
      <w:r>
        <w:t xml:space="preserve">And for 2000$ that's a that's a Dang good money or even a thousand dollars that's really good money. Other thing you do is help create and maintain SOP for grooming business to ensure everyone is aware of proper procedures and protocols. And if you're the type of person who does these for fun, this is a fantastic niche. I had a friend that her she used to make SOP manuals for every business that she was around it was like her happy, like some people knit and she made SOP manuals. </w:t>
      </w:r>
      <w:r>
        <w:br/>
      </w:r>
    </w:p>
    <w:p w:rsidR="00A908C4" w:rsidRDefault="00000000">
      <w:r>
        <w:t xml:space="preserve">You know, Positive Ed also has a fantastic SOP. Class and what's awesome is that, again, this is more of a consulting, coaching role, right? So that would pay you to create it and then it would be like, OK to maintain it, right if someone is breaking it and I notice it, I'm going to bring it up to you. And if I'm in a management role, I might be writing people up, I might be figuring out ways to make it more compliant, right? And BAS can create with and conduct client satisfaction surveys to gather feedback and identify areas to improve in your growing </w:t>
      </w:r>
      <w:r>
        <w:lastRenderedPageBreak/>
        <w:t xml:space="preserve">business. </w:t>
      </w:r>
      <w:r>
        <w:br/>
      </w:r>
    </w:p>
    <w:p w:rsidR="00A908C4" w:rsidRDefault="00000000">
      <w:r>
        <w:t xml:space="preserve">This is such an underrated thing that we do, a lot of us don't actually know why our clients come back to us over and over again. They don't actually know what they're upset about because they don't want to be mean to you, right? But me as AVAI can call up after a new client and say, you know, if I'm going to choose to do phone stuff and say, hey Susie, can you just want to know that Fluffy had an amazing service, Is there anything we could have done better? And they're like, oh, you know, the only thing we didn't like is, you know, we felt like they were just, they parked in the wrong spot and we thought that I'd be like, oh, I'm so sorry to hear that oK, well, I'm going to go ahead and update the notes or oh, we didn't really love the haircut, and again, because I have a growing background, I can look and say, you know what, we're definitely going to follow up with your groomer about that and find out exactly what happened. </w:t>
      </w:r>
      <w:r>
        <w:br/>
      </w:r>
    </w:p>
    <w:p w:rsidR="00A908C4" w:rsidRDefault="00000000">
      <w:r>
        <w:t xml:space="preserve">But if I had to guess, looking from the notes, it seems like Fluffy was a little bit extra matted. I see that you're in four weeks, you know, so that should not be a problem going forward but I'll definitely communicate with your groomer or you know, it looks like that Fluffy was very matted and I see you haven't booked for our suggested every four weeks. </w:t>
      </w:r>
      <w:r>
        <w:br/>
      </w:r>
    </w:p>
    <w:p w:rsidR="00A908C4" w:rsidRDefault="00000000">
      <w:r>
        <w:t xml:space="preserve">In order for us to guarantee that level of groom, we really need to book you in for the next 4 weeks is that something we can do now that we can make sure that we live up to your expectations, right? Again, you can be the one to build that reputation. So Virginia's can assist with creating and managing loyalty program for grooming businesses incentive clients return for regular grooming. </w:t>
      </w:r>
      <w:r>
        <w:br/>
      </w:r>
    </w:p>
    <w:p w:rsidR="00A908C4" w:rsidRDefault="00000000">
      <w:r>
        <w:t xml:space="preserve">Again, another lucrative Virginia niche is to help launch, manage and maintain a membership program. So many groomers are moving to membership models, and a lot of them are afraid to manage them they're afraid to communicate with clients about them. It is it is asking clients to essentially marry you, right we're willing to close our books as groomers we're willing to not take any new clients without actually having the same level of commitment, right? They're still welcome at any point to leave and go to another groomer. </w:t>
      </w:r>
      <w:r>
        <w:br/>
      </w:r>
    </w:p>
    <w:p w:rsidR="00A908C4" w:rsidRDefault="00000000">
      <w:r>
        <w:t xml:space="preserve">So this is a great opportunity, right? If you've taken the savvy Guru membership model, if you want to learn how to do that right so that would be a little bit of a coaching consulting role and then afterwards helping them maintain it, making sure the contracts are filled, making sure people re sign, making sure that payments are made and things like that. Again, imagine a grooming business where all you do is just groom the dogs right, they're already booked in, everything's done you just get to groom all the back end, all the pay, all the everything, all that is taking care of the VA and we get to do that for them. </w:t>
      </w:r>
      <w:r>
        <w:br/>
      </w:r>
    </w:p>
    <w:p w:rsidR="00A908C4" w:rsidRDefault="00000000">
      <w:r>
        <w:lastRenderedPageBreak/>
        <w:t xml:space="preserve">So I think that is one of the best things that we could possibly do for the industry. Another thing is VA can assist with creating and sending newsletters to keep clients informed about the latest news, updates and promotions for the grooming business. Now, most of us are not doing newsletters as grooming business owners, but as a VA, this is a great opportunity if you have somebody who has either multiple groomers or multiple locations, right? Or if they're the kind of business that likes to keep people interested or wants to be positioned as an authority figure, right? If my job as AVA is to help position my supervisor, my business owner, as an authority figure, I'm going to listen to them i'm going to listen to what they tell me and explain and teach me about their business and their passions and then I'm going to add things together. </w:t>
      </w:r>
      <w:r>
        <w:br/>
      </w:r>
    </w:p>
    <w:p w:rsidR="00A908C4" w:rsidRDefault="00000000">
      <w:r>
        <w:t xml:space="preserve">And that might be a once a month, you know, shout out or whatever saying, hey, you know, big shout out to Susie Q who you know has these certifications and we're really proud of her, right. And again, sad As a savvy groomer, I don't love that but as Ava coach and Ava trainer, I think that is a great opportunity for us to offer to our clients because again, they may want to do that they may want to highlight their employees they may want to highlight the things that they do right. </w:t>
      </w:r>
      <w:r>
        <w:br/>
      </w:r>
    </w:p>
    <w:p w:rsidR="00A908C4" w:rsidRDefault="00000000">
      <w:r>
        <w:t xml:space="preserve">Basically, you're taking what could be a blog, right, and turning it into a newsletter and that might be something too, where they're going to hire you right to create their blog content. So let's give you some bonus reasons why the industry might eat you right. You can insist in inventory management by tracking supplies and ordering products when necessary, ensuring that the grooming business always has necessary tool and products for grooming. How often are they sharpening? You know, are you keeping track of that are you like, hey, you have this many people, you've done this many grooms, you realistically should have needed things sharpened is everything OK? Or if you're noticing they're sending things out too often for sharpening, Hey, what's up with this? Same thing with products, right and shampoo. </w:t>
      </w:r>
      <w:r>
        <w:br/>
      </w:r>
    </w:p>
    <w:p w:rsidR="00A908C4" w:rsidRDefault="00000000">
      <w:r>
        <w:t xml:space="preserve">This is not my favorite thing, but I know some of you may become inventory management specialists, whether that's retail management or if that is supply management. You know, if the dilution ratio is, you know, 30 to one and they're going through it really fast, you might be like, hey, I'm not really sure what's going on here, but if I had to guess, I'm assuming someone's using it straight on the dog and they're not diluting it right? Or if you're noticing that you're getting out of the really expensive stuff, you might want to say, hey, I'm noticing that this face wash, which is very expensive, is going away really fast either we're not upselling it and we're not doing it appropriately and again, this is more of a management role and we talk about the three different options, you know, our foundations, our management and then our entrepreneur level. </w:t>
      </w:r>
      <w:r>
        <w:br/>
      </w:r>
    </w:p>
    <w:p w:rsidR="00A908C4" w:rsidRDefault="00000000">
      <w:r>
        <w:lastRenderedPageBreak/>
        <w:t xml:space="preserve">This is definitely more of a manager role but again, as we grow, I'm sure a lot of you could see really fulfilling ways of being in a management role without having to physically be there day-to-day without having to work set hours. Another thing you do is help with bookkeeping tasks such as managing expenses, keeping track of revenue, creating projected budgets and preparing financial reports. You don't need to have, you know, be ACPA or be an enrolled agent to be able to do basic bookkeeping. You know, whether you take a quick test and you take some quick lessons, you know, basic bookkeeping can really help grooming business owner. </w:t>
      </w:r>
      <w:r>
        <w:br/>
      </w:r>
    </w:p>
    <w:p w:rsidR="00A908C4" w:rsidRDefault="00000000">
      <w:r>
        <w:t xml:space="preserve">And if you're Ava who's already doing your own bookkeeping, it's a great little thing to add, right if you're already helping them book their appointments or if you're already helping them keep track of management, it's just as easy to input all of that in there. And again, your can make more money doing that and I like money so again, if this is something that you find fulfilling right and now this is not necessarily time based, you might have to have it done by the end of the month but again, you can pull up bank statements online now twenty four seven. You can pull up their grooming software twenty four seven if they send you an email and at midnight you're like, OK, I feel I'm bored. </w:t>
      </w:r>
      <w:r>
        <w:br/>
      </w:r>
    </w:p>
    <w:p w:rsidR="00A908C4" w:rsidRDefault="00000000">
      <w:r>
        <w:t xml:space="preserve">Let me go ahead and input all their bookkeeping. You can do that as VA You can also Now again, if you're in a management position and you want to set boundaries and you know, I sound like a broken record, it's really important that we separate these because it becomes really Gray and people accidentally get taken advantage of. So you can actually become what we call a business manager where you can create and manage staff schedules. You can ensure that everyone is working the appropriate shifts based on their skill level and you know the best production and that the green business is properly staffed based on the appointments booked right. </w:t>
      </w:r>
      <w:r>
        <w:br/>
      </w:r>
    </w:p>
    <w:p w:rsidR="00A908C4" w:rsidRDefault="00000000">
      <w:r>
        <w:t xml:space="preserve">You can be the one to say, hey, there's no way that they can do all these dogs today, right? And especially if you're working for a supervisor or business owner who is not a groomer, this is an amazing thing that you can offer. I don't love doing business coaching for people that haven't been groomers because again, they don't understand why if I can do an every four week Bernice Mountain Dog in about an hour 15, why I can't do that when there are once a year, the week of Christmas, right? And so we can kind of step in if we choose to take on this management role and say, hey, this has been booked here, I'm going to move it but we also need more people here for this day. </w:t>
      </w:r>
      <w:r>
        <w:br/>
      </w:r>
    </w:p>
    <w:p w:rsidR="00A908C4" w:rsidRDefault="00000000">
      <w:r>
        <w:t xml:space="preserve">This is not realistic. It's not realistic that this person who's been grooming less than a year is going to groom 10 dogs without a baiter like this is, this is probably unlikely going to happen, right. So again, by having our experience and our knowledge and learning their preferences and their style of business, we're able to give that kind of guidance. We can also do things like website updates and maintenance ensuring that the grooming businesses </w:t>
      </w:r>
      <w:r>
        <w:lastRenderedPageBreak/>
        <w:t xml:space="preserve">website is up to date, accurate and user friendly. </w:t>
      </w:r>
      <w:r>
        <w:br/>
      </w:r>
    </w:p>
    <w:p w:rsidR="00A908C4" w:rsidRDefault="00000000">
      <w:r>
        <w:t xml:space="preserve">A lot of business owners don't have time to update things. They put their cut their groomers up and then they fire them and they haven't updated them so none of the people that are on the website actually work through anymore. I've seen instances where services are not correct. Prices of services are not correct. In some states if you post the price of something, you have to honor it. So for instance, if they post large dogs start at 60$ and then now big dogs start at 100$ that can create a problem. So again, you might be the kind of person like I really like Squarespace websites i think they're super easy. </w:t>
      </w:r>
      <w:r>
        <w:br/>
      </w:r>
    </w:p>
    <w:p w:rsidR="00A908C4" w:rsidRDefault="00000000">
      <w:r>
        <w:t xml:space="preserve">I used them a long time before I used my platform for my grooming business i'm sorry I used them for my grooming businesses and now with my teaching me something different. But I love them they're super plug and play. And again, I think a lot of people just don't have the 10 to 20 hours to just design A website really quick and use a template and just change a few things, right? And remember as Ava this should be right. There's a two when you create a website, there's two different projects there, right? It is website design is 1 project and copy, which is all of the written stuff is a secondary project so make sure to. </w:t>
      </w:r>
      <w:r>
        <w:br/>
      </w:r>
    </w:p>
    <w:p w:rsidR="00A908C4" w:rsidRDefault="00000000">
      <w:r>
        <w:t xml:space="preserve">And again, we talk more about that in the in my actual class because it's really important that we are very clear because most business owners don't know what they don't know. So when I was a business owner, I assumed that a website meant the design and the copy, which is the words. And it'd be like, oh, it's fifteen hundred dollars to make a website i'm like, Oh my God, that's crazy but at least then it'll be done or I had to find out that was just the layout and there was no wording put on it. </w:t>
      </w:r>
      <w:r>
        <w:br/>
      </w:r>
    </w:p>
    <w:p w:rsidR="00A908C4" w:rsidRDefault="00000000">
      <w:r>
        <w:t xml:space="preserve">So very important to do that you can also organize and execute special events and promotions such as holiday themed grooming specials, you know, seasonal grooming incentives like D sheds and things like that. I'm not a huge fan of seasonal stuff however, I do know that people, it's very cultural where they're like super into Christmas and I feel like a Grinch, I'm like eh, Christmas, whatever. Or they're like super into Halloween and they want to have like a scent and a bandana and a this and a that. And a lot of grooming businesses would love that but they don't have the resources and the energy to look up, you know, a grooming shampoo within their price point that is going to have that pumpkin spice smell. </w:t>
      </w:r>
      <w:r>
        <w:br/>
      </w:r>
    </w:p>
    <w:p w:rsidR="00A908C4" w:rsidRDefault="00000000">
      <w:r>
        <w:t xml:space="preserve">They're not sure where to source, you know, Halloween style bandanas. You know, they don't have the time and energy to come up with a promotion. And again, as a VA, you can either make that your specialty or part of your packages, right? And again, if you think about that, that's a great way if you are that creative person, if you do know you know all of that and you can always present that to your supervisor and say, hey, here's what I have, this is </w:t>
      </w:r>
      <w:r>
        <w:lastRenderedPageBreak/>
        <w:t xml:space="preserve">the shampoo. </w:t>
      </w:r>
      <w:r>
        <w:br/>
      </w:r>
    </w:p>
    <w:p w:rsidR="00A908C4" w:rsidRDefault="00000000">
      <w:r>
        <w:t xml:space="preserve">This is we have two things we have a bandana that's included or an upgrade to like a bow tie or a bow or a fancy bow. And I'm thinking the price point will be this or this and this is the ROI, right again, as Ava, that's a great opportunity for you to make money and again if you want to, if you are in a diverse community, you know multilingual VAS can offer translation services to ensure that clients who speak languages other than English are properly understood and served google google Translate is really not the best. </w:t>
      </w:r>
      <w:r>
        <w:br/>
      </w:r>
    </w:p>
    <w:p w:rsidR="00A908C4" w:rsidRDefault="00000000">
      <w:r>
        <w:t xml:space="preserve">One of my one of the things that I really loved about when I had my grooming salon is that we had a multilingual bather. And it was so helpful because I wanted to make sure that clients who did not speak English understood me. And it was so hard because there's a lot of words that are hard to translate in grooming. You know, I noticed that even as things are, you know, with captioning, right. </w:t>
      </w:r>
      <w:r>
        <w:br/>
      </w:r>
    </w:p>
    <w:p w:rsidR="00A908C4" w:rsidRDefault="00000000">
      <w:r>
        <w:t xml:space="preserve">If we notice a lot of captioning, all the words don't make any sense, right? And there was a speaker who once told me that she was at a trade show and she was in Russia and she was explaining how to how to shave an animal using a Clipper. And the translator had translated it into a Clipper like nail Clipper. So people were like very confused, like you're going to be shaving a pet with like nail Clippers oK, like that doesn't make any sense, but we believe you. And I think that's the hard part, right? Is that there if you are multilingual, this is a great opportunity, right, for you to serve for somebody who maybe just does speak English, you know, or on the flip side, right, this is also an opportunity for you to work in other areas so let's say if you're multilingual and you have somebody who works in, you know, like I think about like the Southwest, if you are both a native English and Spanish speaker, you may be able to be Ava for somebody who may not be fluent in Spanish, who live, you know, whose shop is in the Southwest, right? Or if you are going to work with anybody who's Canadian there, you know, most people who live and then click Quebec do speak fluent French, but not everyone, right so if you speak fluent French, you may be a fantastic VA for somebody who is in Canada. </w:t>
      </w:r>
      <w:r>
        <w:br/>
      </w:r>
    </w:p>
    <w:p w:rsidR="00A908C4" w:rsidRDefault="00000000">
      <w:r>
        <w:t xml:space="preserve">So you can see the ways that you can help are limitless and you can help in all the ways you can help one of the ways or you can get creative, right what's awesome is that you can do all the things, none of the things, some of the things, right. So now that we've talked about the industry need, let's talk about raking in some monies, right. Talk about some monies. So let's talk about I wear my greedy bit shirt charging for services. </w:t>
      </w:r>
      <w:r>
        <w:br/>
      </w:r>
    </w:p>
    <w:p w:rsidR="00A908C4" w:rsidRDefault="00000000">
      <w:r>
        <w:t xml:space="preserve">So one of the most common questions people ask guys ask when considering a career as a virtual assistant is how much money can you make? So the potential for earning is really broad. It's really wide, OK and it's going to be your skills or experiences or the services that </w:t>
      </w:r>
      <w:r>
        <w:lastRenderedPageBreak/>
        <w:t xml:space="preserve">you're going to offer. And you know that makes sense, but let's talk about more of it. So we need to talk about, we need to switch from how much can you make to how much do you want to make. </w:t>
      </w:r>
      <w:r>
        <w:br/>
      </w:r>
    </w:p>
    <w:p w:rsidR="00A908C4" w:rsidRDefault="00000000">
      <w:r>
        <w:t xml:space="preserve">And this is very different and even when you're in a growing business like we have to decide how much we want to make and work our way backwards, it's a lot more healthy. So we're going to shift your focus from uncertainty to intention instead of wondering about your potential earnings, take control of your destiny. So you're going to define your income goals and work towards achieving them. It's not about what's possible, it's about how much you're determined you're going to achieve or how much you're going to earn oK. </w:t>
      </w:r>
      <w:r>
        <w:br/>
      </w:r>
    </w:p>
    <w:p w:rsidR="00A908C4" w:rsidRDefault="00000000">
      <w:r>
        <w:t xml:space="preserve">So let's look at a financial goal of about 3000$ a month and I know for some of you guys, it's going to be a lot, Some of you guys are going to be a very little. But we picked a nice arbitrary number. So as a groomer, what does 3K in grooming look like so 3000$ for 50$ Shih Tzu is about 60 dogs a month. 3000 at 75$ Shih tzu, we're talking about 40$ a month, right. And it's important because you know, we're looking at what's called a gross profit, right? So to get to that 3000$ a month, we need to add in the extra cost of things like rent, utilities, We need an educational sinking fund or equipment sinking fund. </w:t>
      </w:r>
      <w:r>
        <w:br/>
      </w:r>
    </w:p>
    <w:p w:rsidR="00A908C4" w:rsidRDefault="00000000">
      <w:r>
        <w:t xml:space="preserve">Now, some of you guys don't have sinking funds for your grooming business instead you just put it on debt so instead of a sinking fund, you might instead have a debt payment or a credit card payment, right? So that's twenty five hundred dollars on the low end of expenses like rent a 2000 is about the average for a thousand square foot salon right now. </w:t>
      </w:r>
      <w:r>
        <w:br/>
      </w:r>
    </w:p>
    <w:p w:rsidR="00A908C4" w:rsidRDefault="00000000">
      <w:r>
        <w:t xml:space="preserve">Utilities for heat, electricity, water three 300$ a month is pretty average. So in this example, that's only a net profit of 500$ so that's kind of Ouch so let's actually get to that 3000$ using this business example, right? So we actually need to be grooming about 15. Fifty 500$ a month so at that 50$ Shih Tzu, so that's 110 dogs a month or 27 5 dogs a week so we're talking like 5 and a half, Eight dogs a day, OK. And at that 75$ Shih Tzu, we're looking at 73 to 74 dogs a month or 18 to 19 dogs a week, which again is about four to five dogs a day and again, this is assuming you're working four or five days a week, respectively right? So now that we know what 3K looks like in grooming, what does it look like 3K being a virtual assistant? And remember, while I'm doing all of this grooming, I'm also averaging 8 hours a week doing admin work so I'm onboarding new clients, I'm booking appointments, I'm calling the vets for vaccine records. </w:t>
      </w:r>
      <w:r>
        <w:br/>
      </w:r>
    </w:p>
    <w:p w:rsidR="00A908C4" w:rsidRDefault="00000000">
      <w:r>
        <w:t xml:space="preserve">I'm recording all my notes and rescheduling all these appointments, right? I'm dealing with all of that. So you know, let's say we're looking at the hundred five to a hundred and forty eight dogs right? So I would say that we're making anywhere between 21 to 28$ net an hour there. Ok, so you might be like, Ouch, that doesn't sound like a lot of money and remember, </w:t>
      </w:r>
      <w:r>
        <w:lastRenderedPageBreak/>
        <w:t xml:space="preserve">these are just the grooming. This is not necessarily adding in those extra hours. So this groomer in this example is averaging 21 to 20$ an hour. So can we make the same amount of money or more as a VA? The payments are going to be subjected and based on number of variables, earning A livable age, market location and again, remember as a original assistant I am not delegated to where I live, unlike A groomer, right? But I would say the average VA averages 20 to 40$ an hour. </w:t>
      </w:r>
      <w:r>
        <w:br/>
      </w:r>
    </w:p>
    <w:p w:rsidR="00A908C4" w:rsidRDefault="00000000">
      <w:r>
        <w:t xml:space="preserve">However, it can get significantly higher when we're talking about per project. Ok. So if you're wondering how you can earn as a virtual assistant, again lots of different ways, side hustle, full gig, let's talk about it. So here are some ways to earn money as a virtual assistant. So we have our hourly rate so this allows you to charge for the time you spend in a specific task or projects and can be a flexible option for both you and the salon or hourly rates can depend upon your experience or skill level and demand and hourly rates. </w:t>
      </w:r>
      <w:r>
        <w:br/>
      </w:r>
    </w:p>
    <w:p w:rsidR="00A908C4" w:rsidRDefault="00000000">
      <w:r>
        <w:t xml:space="preserve">You're not always my favorite. I think that especially if you're the kind of person that can work really fast one day and then really slow the other. However, there are definitely business owners who would prefer to pay people like that, right? And you've got to make your decision how you want to deal with it. So salary rate, when we talk about salaried rate, we are talking about AW two position someone is hiring you as an employee for their business. </w:t>
      </w:r>
      <w:r>
        <w:br/>
      </w:r>
    </w:p>
    <w:p w:rsidR="00A908C4" w:rsidRDefault="00000000">
      <w:r>
        <w:t xml:space="preserve">So this means that the business owner will be responsible for paying your payroll taxes and providing benefits such as health insurance potentially, depending upon the size of the business and paid time off as a virtual assistant. This is a great option if you're going to be the sole VA for let's say a large salon or for somebody with multiple salons, right. I'm seeing more and more of these with the franchises the franchises will hire one VA as AW two employee. They might try to say that you are an independent contractor, but if they're telling you can't work for anybody else, then they then you are AW two employee so don't let them pull that nonsense. </w:t>
      </w:r>
      <w:r>
        <w:br/>
      </w:r>
    </w:p>
    <w:p w:rsidR="00A908C4" w:rsidRDefault="00000000">
      <w:r>
        <w:t xml:space="preserve">And then, of course, be your own boss, right? And again, you're going to earn more money than a traditional employment arrangement because you're going to have freedom and flexibility. You can set your own rates and take on as much work you're comfortable with, allowing you to increase your income and grow your business over time, right so hourly could be AW two or your own business, Salaried would only be AW two position. And then be your own boss obviously, you would only be your own boss, an independent contractor. </w:t>
      </w:r>
      <w:r>
        <w:br/>
      </w:r>
    </w:p>
    <w:p w:rsidR="00A908C4" w:rsidRDefault="00000000">
      <w:r>
        <w:t xml:space="preserve">So let's look at hourly ways to earn 3K now if you guys are like me and numbers can get a little overwhelming, don't worry i'm going to do my very best to break this down and it is here for you to either screenshot or of course, you're going to have the recording. So let's </w:t>
      </w:r>
      <w:r>
        <w:lastRenderedPageBreak/>
        <w:t xml:space="preserve">look at hourly VA work, right so we're going to have our hourly rate times hourly works equals our earnings this is the easiest way, right? You're going to determine your hourly rate, right so let's say you want to make 20 bucks an hour and the estimated hours you plan to work each month, so let's say 150 hours. </w:t>
      </w:r>
      <w:r>
        <w:br/>
      </w:r>
    </w:p>
    <w:p w:rsidR="00A908C4" w:rsidRDefault="00000000">
      <w:r>
        <w:t xml:space="preserve">So really easy we have 120 hours per, I'm sorry, 20$ per hour, 150 hours, That's our 3000 all right. So again, that would average anywhere between 37 5 to, you know, about a week so we're looking at 35 to 40 hours a week. So if you're like, you know what i really want to work like 3540 hours a week. I'm happy at 20 bucks an hour i just want to work hourly. </w:t>
      </w:r>
      <w:r>
        <w:br/>
      </w:r>
    </w:p>
    <w:p w:rsidR="00A908C4" w:rsidRDefault="00000000">
      <w:r>
        <w:t xml:space="preserve">That's perfectly fine, perfectly fine. And remember, those 40 hours might be just three days of 12 hours and you're just sitting there and you're banging out projects you're just deep diving into some bookkeeping, You're deep diving into some backup data, someone switching over from paper to a software and you're literally taking those old index cards and you're inputting that and that's all you're doing you know, some of us are just that kind of way where we can sit there and do 12 hours or you're sprinkling it in, right? I think a lot of us forget like if you are the kind of person that you know gets up early, you could do three four hours of work. </w:t>
      </w:r>
      <w:r>
        <w:br/>
      </w:r>
    </w:p>
    <w:p w:rsidR="00A908C4" w:rsidRDefault="00000000">
      <w:r>
        <w:t xml:space="preserve">After lunch you do three four hours of work. You could easily sprinkle in 12 hours in three to four hour chunks as well. So you know again. So let's say that 20$ an hour times seventy five hours, that's supposed to be 40. I apologize, I'm going to fix that now that is some math mistake fixed. So if I was doing 40 hours, 40$ an, hour right at seventy five dollars an hour, that's the same and that is only 1875 And some of you guys may be like, who's going to pay me 40$ an hour? Well, this is also where I think that it's crazy when we sit there and say, oh man, like 40$ doesn't sound so much, a lot of groomers are charging 125$ an hour. </w:t>
      </w:r>
      <w:r>
        <w:br/>
      </w:r>
    </w:p>
    <w:p w:rsidR="00A908C4" w:rsidRDefault="00000000">
      <w:r>
        <w:t xml:space="preserve">This is a great way for them to pay somebody without having to pay an employee, right? Because I can either pay another groomer to be grooming these dogs or I can pay a VA to be doing all the things that I don't want to do anyway. So you can easily see like this is only 18 7-5 so this is between you know, 15 to 20 hours a week in order to hit that 3000$ per month. So a salaried position, really easy breezy, this would be thirty six thousand dollars annually divided by 12 months is our 3000$ a month, right? And again, and salaried unfortunately, generally means that you could work as little or as many and that really depends upon the state that you're hired in so I don't want to go too far down that rabbit hole. </w:t>
      </w:r>
      <w:r>
        <w:br/>
      </w:r>
    </w:p>
    <w:p w:rsidR="00A908C4" w:rsidRDefault="00000000">
      <w:r>
        <w:t xml:space="preserve">But again, this is where this is one of my least favorite however, if this is in conjunction, we talked about that hybrid position where we're very separate. You'd say, hey, you can definitely hire me as Ava in a salaried position, but I'm also going to have grooming as this </w:t>
      </w:r>
      <w:r>
        <w:lastRenderedPageBreak/>
        <w:t xml:space="preserve">position as a separate position that way I'm not being groomer and this and it gets really sticky, right? I do VA things under this umbrella and I will do grooming for this pay rate under this umbrella or I will come in and be a receptionist that way if you ever want to stop doing the receptionist, where I want to stop doing the grooming and just do this, it's already separated out, right? This is the role I've been hired to do this is the role I want i'm going to drop these two, but this one already has. </w:t>
      </w:r>
      <w:r>
        <w:br/>
      </w:r>
    </w:p>
    <w:p w:rsidR="00A908C4" w:rsidRDefault="00000000">
      <w:r>
        <w:t xml:space="preserve">It's already decided and organized. So what do you want to make right for some of you guys, thirty six thousand dollars is peachy keen and you're like, in my retirement, this is a perfect amount. And for the guys this isn't big enough. That's my rent for the year so that I would just die. That would not work for me personally but I live in a very expensive area, right? I could very easily move to some of the places that I looked at moving and I could buy a house, cash and that would be way more than enough so every person has unique and personal objectives in their life. </w:t>
      </w:r>
      <w:r>
        <w:br/>
      </w:r>
    </w:p>
    <w:p w:rsidR="00A908C4" w:rsidRDefault="00000000">
      <w:r>
        <w:t xml:space="preserve">And we only use 3K because it's an easy example and as you can see as we're working through it makes sense. So don't forget to you guys can easily do W2 employees for two businesses, right. So you can have the, let's say the salary rate or the hourly rate for two different businesses. So I could have, you know letting them know always be honest, say hey, I'm going to have two of these and now I'm essentially earning, sorry that's 7072 thousand, right. </w:t>
      </w:r>
      <w:r>
        <w:br/>
      </w:r>
    </w:p>
    <w:p w:rsidR="00A908C4" w:rsidRDefault="00000000">
      <w:r>
        <w:t xml:space="preserve">And again, because I can work whenever I want, depending upon the way you set it up, it gets very easy i'm not going to work 40 hours traditionally, VA work is very rarely 40 hours a week because things ebb and flow. Things are very rarely stagnant and steady unless of you set them up to be so it's really important for you to define your own income goals and work towards achieving them. </w:t>
      </w:r>
      <w:r>
        <w:br/>
      </w:r>
    </w:p>
    <w:p w:rsidR="00A908C4" w:rsidRDefault="00000000">
      <w:r>
        <w:t xml:space="preserve">And it's not about what's possible again, it's about what you are determined to achieve or to earn. So being your own boss, you know, again, we're going to, if you decide to run your own business for, you know, calculate the total monthly revenue and subtract your expenses so let's say for example, we're going to have 4000$ we're going to have a thousand dollars in expenses and that's about 3 grand worth of profit. So if you're your own boss, what are some expenses that Ava may have? If you choose to rent an office, it's going to be about 600 bucks a month. </w:t>
      </w:r>
      <w:r>
        <w:br/>
      </w:r>
    </w:p>
    <w:p w:rsidR="00A908C4" w:rsidRDefault="00000000">
      <w:r>
        <w:t xml:space="preserve">If you notice, though, that's significantly less than a grooming business. You're definitely going to want high speed Internet at 100$ a month, depending upon which softwares you do, how you pay for them, etcetera. I would talk about 100$ a month because again, there's so many different professional softwares that you may or may not use. And I feel like it's a </w:t>
      </w:r>
      <w:r>
        <w:lastRenderedPageBreak/>
        <w:t xml:space="preserve">whole rabbit hole so we're going to button that up. And again, you really should have an educational sinking fund or debt, right? Because you're going to want to keep growing and learning. </w:t>
      </w:r>
      <w:r>
        <w:br/>
      </w:r>
    </w:p>
    <w:p w:rsidR="00A908C4" w:rsidRDefault="00000000">
      <w:r>
        <w:t xml:space="preserve">And then laptops are expensive, but you're only going to need to buy one every two to five years, or if you want to have desktops. But I would still have a sinking fund of 100$ a month for these things, right? As you're buying more technology, you want to invest in them, right? And again, remember, if you decide to use a coffee shop, a Home Office, you're going to save a lot of money, right? If I am using my Home Office and my home high speed Internet, either my business can pay my myself, right? I can pay myself 700$ a, month right there, right to use the Internet and to do all that that's a business expense. </w:t>
      </w:r>
      <w:r>
        <w:br/>
      </w:r>
    </w:p>
    <w:p w:rsidR="00A908C4" w:rsidRDefault="00000000">
      <w:r>
        <w:t xml:space="preserve">And now it's made my personal home life even less money, unlike the grooming salon. I understand if you have the grooming salon in your home, but even that right it's there's some things that you can write off, but not as many as a Home Office. So just keeping that in mind, some other ways you can earn as a virtual assistant is package based rates so these are actually my preferred ways that you guys do it. They're a little bit higher level than we're used to talking about and I don't want to go too far down this rabbit hole, but I do think they're important to talk about South package based rates so creating packages of services at a set rate can be a great way to simplify the pricing process for both you and your supervisor, your business owner, right it's going to allow the owner to know exactly what they're getting and how much they will be paying each month, right? And what's really awesome is that it's one of those things that you can always say, hey, and if this hits a certain amount of hours, we discuss it you know, again, if we agree that I'm going to do all of your phone calls, right? And we average your phone calls to, let's say, 20 hours a month, and I'm finding that, you know, I'm seeing an increase in phone calls maybe they've run an ad, maybe there's a grooming salon that closed nearby and everyone's calling. </w:t>
      </w:r>
      <w:r>
        <w:br/>
      </w:r>
    </w:p>
    <w:p w:rsidR="00A908C4" w:rsidRDefault="00000000">
      <w:r>
        <w:t xml:space="preserve">I can call the supervisor up or the business owner and say hey, this is the package rate we agreed on 20 hours. You are getting a significant increase in calls. We have two options here. Either I can get done when I can get done within the package i'm more than happy to do X amount more, but for better or for worse like I am not going to do 60 hours worth of calls because there's increase rate, right this is what we agreed to. </w:t>
      </w:r>
      <w:r>
        <w:br/>
      </w:r>
    </w:p>
    <w:p w:rsidR="00A908C4" w:rsidRDefault="00000000">
      <w:r>
        <w:t xml:space="preserve">So again, it's learning how to set boundaries and healthy ways and communicate them fairly and professionally, right and that can get tricky but that's our goal as AVA especially the foundational level to set those batteries as we turn into a more management role, right, that's going to be a lot higher and therefore they're going to do more hours, right. So project based, right so let's say it's going to be a flat fee. My, you know, I really love project based for certain things, right things that you know are going to take a certain amount of time, you know and again, it's really important to talk about the entire scope of work and that it's </w:t>
      </w:r>
      <w:r>
        <w:lastRenderedPageBreak/>
        <w:t xml:space="preserve">going to be compensated fairly for completing the project so this is great things like, you know, social media, if you if they want you to have like 10 of them, that's one time package, right? You want me to create you 10 posts? Here are your 10 posts this is how much it is, boom, done right versus package rate would be if I'm going to create it every month, right? Then I'm going to give you a monthly package versus A1 time project rate and then retainer base so again, if they want ongoing support and it's going to be flexible, right so let's say it's kind of hourly, right, but it's kind of project based. </w:t>
      </w:r>
      <w:r>
        <w:br/>
      </w:r>
    </w:p>
    <w:p w:rsidR="00A908C4" w:rsidRDefault="00000000">
      <w:r>
        <w:t xml:space="preserve">It's kind of both because their business is constantly in flux. This is for people that tend to have a lot of employees or they tend to have a situation where you know, their business is kind of always in chaos and they, you know, they don't know if they're going to have five hours of phone calls or 50 where I can have them give me a retainer and then once we hit that retainer, then we would have another amount versus saying, you know, OK, I've done 10 hours and now you pay me a retainer basis, OK, you need to prepaid for 10 hours. </w:t>
      </w:r>
      <w:r>
        <w:br/>
      </w:r>
    </w:p>
    <w:p w:rsidR="00A908C4" w:rsidRDefault="00000000">
      <w:r>
        <w:t xml:space="preserve">Once I've hit 10 hours, I need a new retainer to continue to go. And again, this allows you to provide a certain level of support for the fee and then if they want more support, they will pay you for more support. I hope that makes sense. So really easy you know number, if you're looking at how much to make the 3K on our package rates, we're going to the number of clients times our package rate nice and easy, right? So if I have 5 clients and let's assume a 600$ package which is not an uncommon package price, there we go, we have our 3000$ per month and again, if this is going to be ongoing where every month I'm going to offer the 600$ package that I only need 5 consistent clients that are going to go on with this, right? And depending upon how many hours that 600$ covers we're going to be in good shape. </w:t>
      </w:r>
      <w:r>
        <w:br/>
      </w:r>
    </w:p>
    <w:p w:rsidR="00A908C4" w:rsidRDefault="00000000">
      <w:r>
        <w:t xml:space="preserve">So what about our project based right now remember project based, the good and the bad of them, whereas they tend to be one time. And I will say this is that your one time fees are great if you want to add some little bit of fluff on it. So again, let's say 4 projects times seven per project is three thousand dollars a month you just need to find one person a week for that project. Complete that and you've hit your point price point. So again, if we want to do our retainers, so let's say I have a thousand dollar retainer, do you want me to be there constantly every month I need a thousand dollars and we'll see if I get through that thousand dollars right? So I would only need three people. </w:t>
      </w:r>
      <w:r>
        <w:br/>
      </w:r>
    </w:p>
    <w:p w:rsidR="00A908C4" w:rsidRDefault="00000000">
      <w:r>
        <w:t xml:space="preserve">So again, it sounds like a lot of money in these packages until you consider how much time and energy you're going to save these people and it can very easily or you might only be dealing with anywhere between three and five people on the foundation level and the management level, you're probably going to be dealing with one to three. So you're going to have a combo, right so let's say you have twelve from packages eight hundred dollars from </w:t>
      </w:r>
      <w:r>
        <w:lastRenderedPageBreak/>
        <w:t xml:space="preserve">projects and a thousand dollars from retainers. </w:t>
      </w:r>
      <w:r>
        <w:br/>
      </w:r>
    </w:p>
    <w:p w:rsidR="00A908C4" w:rsidRDefault="00000000">
      <w:r>
        <w:t xml:space="preserve">That's your 3000$ so the savvy groomer, my coaching business, we have a mix of different revenue streams in order to hit the number that we hit. So by offering different options for different services, you can very easily get through the dollar amount that you want to get to. So let's talk about why you may be perfect for this right now that we've talked about all the nitty gritty, let's talk about you, why could you be perfect for this? So if you already have most of what you need to start right, you have to have a good understanding of the pet grooming industry. 99 % of us have been groomers, have been in the grooming industry long enough that we know the specific services offered by grooming salons or mobiles or house calls, right. </w:t>
      </w:r>
      <w:r>
        <w:br/>
      </w:r>
    </w:p>
    <w:p w:rsidR="00A908C4" w:rsidRDefault="00000000">
      <w:r>
        <w:t xml:space="preserve">And you know, I will say that the caveat is that you need to know how to be organized, You need to know how to be detail oriented you need to be able to communicate effectively with both customers and staff potentially if you're going to move into a membership level, I'm sorry, to a management level. So why would somebody want to become Ava, right? So things like what does a virtual assistant need again, you need to know the industry. Everyone here should know the industry. You need high speed Internet if you're on this call. The likelihood that you have at least moderately high Internet speed is pretty high. </w:t>
      </w:r>
      <w:r>
        <w:br/>
      </w:r>
    </w:p>
    <w:p w:rsidR="00A908C4" w:rsidRDefault="00000000">
      <w:r>
        <w:t xml:space="preserve">You need the knowledge and skills of being in a VA. That is things that can be easily trained. You need some sort of laptop or desktop computer. I do know VAS that only use their phone i think that it's very difficult that said, I am an older millennial, almost a Gen. Xer, so the young kids may disagree with me. You need a client communication channel, right? You need some sort of way of communicating with them, whether that is, you know, texting, email etcetera again, if you're on this call, the likelihood that you don't have these things is slim to none. </w:t>
      </w:r>
      <w:r>
        <w:br/>
      </w:r>
    </w:p>
    <w:p w:rsidR="00A908C4" w:rsidRDefault="00000000">
      <w:r>
        <w:t xml:space="preserve">So if you have experience in the grooming industry, you know, again, as a groomer, as a receptionist, as a manager, becoming a virtual assistant for this industry allows you to leverage your industry knowledge and expertise to provide value to clients, right? I don't really want to hire somebody who's never groomed a dog or somebody who's never been in a grooming salon. They don't understand and it's very frustrating to try to explain things to people that have never been in the grooming salon. </w:t>
      </w:r>
      <w:r>
        <w:br/>
      </w:r>
    </w:p>
    <w:p w:rsidR="00A908C4" w:rsidRDefault="00000000">
      <w:r>
        <w:t xml:space="preserve">You want to offer competitive pay, particularly to those specialized skills, right? So we want to make sure that when we're taking roles as a VA, we're taking them with integrity and we're making sure that we're earning enough money, right? And again, this is where some of you guys might become a price increase, right? Niche BAS where you're going to help make sure that everyone gets their letter and they're already know the price increase and </w:t>
      </w:r>
      <w:r>
        <w:lastRenderedPageBreak/>
        <w:t xml:space="preserve">they're giving them all that information, right? If you're doing that, you can very easily add in the price increase to include your hourly rate going forward, right? So again, you can easily make 2 to 40$ an hour. </w:t>
      </w:r>
      <w:r>
        <w:br/>
      </w:r>
    </w:p>
    <w:p w:rsidR="00A908C4" w:rsidRDefault="00000000">
      <w:r>
        <w:t xml:space="preserve">You can make significantly more, right? But if you're not careful, you can make less so this is where, again, just like in grooming, we have to price ourselves appropriately and only accept jobs and positions that are appropriately for us you have the flexibility to work anywhere you want and set your own schedule you'll be able to create that work life balance that suits you and enables to pursue other things outside of work. I was really grateful when I went to Fun in the Sun that I was able to just work right and relax and be able to be there right i get to watch my friends compete. </w:t>
      </w:r>
      <w:r>
        <w:br/>
      </w:r>
    </w:p>
    <w:p w:rsidR="00A908C4" w:rsidRDefault="00000000">
      <w:r>
        <w:t xml:space="preserve">That's really special for me. I get to talk to people I don't normally get to see in person, right. So again, whatever it is that you value, you're going to be able to do and have the freedom, flexibility as long as you have Internet and you know, even when you don't, you can always set aside that time, right. And because it is a business expense when you're going away and you're using Internet, it can be a little bit easier. There's a high demand for Vas i have people all the time asking me if I know anybody who's taking on clients as Ava in the pet industry all the time, students all the time they're like, I want to do this price increase. </w:t>
      </w:r>
      <w:r>
        <w:br/>
      </w:r>
    </w:p>
    <w:p w:rsidR="00A908C4" w:rsidRDefault="00000000">
      <w:r>
        <w:t xml:space="preserve">But either they're not organized when they're too afraid or whatever they wish they could just hand it over to a VA to support them through that right. And there's so many more businesses, right, that are looking for remote workers that mean they don't have to Like I don't want to have to pay a receptionist, right? I want to pay somebody an hourly rate to deal with that stuff versus paying somebody AWT position to sit in my shop all day, Right and when they're not answering questions, they're not checking in and out dogs, they're kind of just twiddling their comps at huge expense. </w:t>
      </w:r>
      <w:r>
        <w:br/>
      </w:r>
    </w:p>
    <w:p w:rsidR="00A908C4" w:rsidRDefault="00000000">
      <w:r>
        <w:t xml:space="preserve">And as workmen comps go up, as minimum wages go up, it's going to be really difficult for grooming salons to pay people to just basically be a body. I personally think that being AVA is incredibly fulfilling you're going to be able to help businesses grow and get the support they need. I not to be like a hero complex. But I really feel like a lot of us, it sues that part of us that wishes that there was somebody there like us for them. You know, I'm really excited to build a successful VA business serving, you know, everybody like we have had so much interest and we've been creating this program and it's so wonderful to see people that are getting through it and who's being able to help? Grooming business owners who are so overwhelmed because they can't find grooming staff right but they can take all of this off of there, right? So then they can focus on either training baby groomers or just grooming less dogs, right? They can just focus on the things that they want to do. </w:t>
      </w:r>
      <w:r>
        <w:br/>
      </w:r>
    </w:p>
    <w:p w:rsidR="00A908C4" w:rsidRDefault="00000000">
      <w:r>
        <w:lastRenderedPageBreak/>
        <w:t xml:space="preserve">So that might be why you're good for this but let's talk about how you may or may not want to get started. I love this dog so much. So how could you get started? And guys, this is our last lesson so I want to open it up if you guys have any questions or any insight, please feel free to open up because I want to make sure that I'm answering your questions i know it's been a really deep dive, but I want to make sure that you are supported. So again, what is a virtual assistant need right? You need knowledge of the industry, You need high speed Internet, a laptop or desktop again, my Gen zers will say you don't even need that right and client communication channel you need some way to communicate with people, a cell phone, email etcetera. </w:t>
      </w:r>
      <w:r>
        <w:br/>
      </w:r>
    </w:p>
    <w:p w:rsidR="00A908C4" w:rsidRDefault="00000000">
      <w:r>
        <w:t xml:space="preserve">So what does a virtual assistant need you need to know knowledge as ABA so you might be asking what does that mean you need to learn how to set boundaries you need to understand what you don't know in order to support that business owner. They don't know what they don't know, right so with their business, right, As a grooming business owner, they may be like, hey, I need this done right it's kind of like pet owners, right? I used to love, I had this one lady, her dog was like, matted, like matted to the skin. And I was like, hey, you know, your dog's matted. </w:t>
      </w:r>
      <w:r>
        <w:br/>
      </w:r>
    </w:p>
    <w:p w:rsidR="00A908C4" w:rsidRDefault="00000000">
      <w:r>
        <w:t xml:space="preserve">And she's like, well, I've been brushing him i'm like, yeah, I got it i said, but there's matting here, so can't you just cut the mats out i'm like, well, this hair, right? So this hair is fine. He's matted here and here's his skin and she's like, yeah, I'm like, but if I cut this off, this is attached, like, i can't cut this off and then glue this back on that's not how this works. </w:t>
      </w:r>
      <w:r>
        <w:br/>
      </w:r>
    </w:p>
    <w:p w:rsidR="00A908C4" w:rsidRDefault="00000000">
      <w:r>
        <w:t xml:space="preserve">And I think sometimes is, as we grow in our knowledge of being a virtual assistant, we see over and over and over again the lack of understanding in our industry of these things. You know, I jokingly call most groomer Instagrams are, you know, Facebook posts like groomer porn like they're sending beautiful grooms, but they're doing that for other groomers they're not creating their social media posts for clients, right? They're not actually creating social media that is designed towards their soulmate client or on the flip side, right? They're not building this business in a way that is reaching their soulmate client and as Ava, we can help them, right? If they want people that put a card on file, we can teach them, you know, either in a consulting role or in Ava role how to actually set things up on the back end to make it easier for them to do all of that. </w:t>
      </w:r>
      <w:r>
        <w:br/>
      </w:r>
    </w:p>
    <w:p w:rsidR="00A908C4" w:rsidRDefault="00000000">
      <w:r>
        <w:t xml:space="preserve">So when we talk about being Ava, we talk about three different tiers and the reason we do that is because again, we want you guys to separate where you are both in your skill level but also in your price point, right? Again, this is like with a groomer we talk about a baby groomer. I will talk about a technician groomer who can do five strips, 7 strips and then we have our stylist who can create style or possibly new breed standards, right. </w:t>
      </w:r>
      <w:r>
        <w:br/>
      </w:r>
    </w:p>
    <w:p w:rsidR="00A908C4" w:rsidRDefault="00000000">
      <w:r>
        <w:lastRenderedPageBreak/>
        <w:t xml:space="preserve">I like separating them because in our minds we know very clearly what someone does or doesn't do, but also how much money we should be paying them. So we talked about tier one is our foundations, Tier 2 is our management and then Tier 3, we gently call them our entrepreneur where that's somebody who wants to grow an agency. Ok, so, Jess, I do see your question and I will promise to answer that. So the foundational level so the VA plays a vital role in a working relationship with the supervisor by only providing essential support and assistance. So this person is responsible for handling a right responsibility based on the desire as ABA. </w:t>
      </w:r>
      <w:r>
        <w:br/>
      </w:r>
    </w:p>
    <w:p w:rsidR="00A908C4" w:rsidRDefault="00000000">
      <w:r>
        <w:t xml:space="preserve">So think of the foundational level like you are a support staff, right this would be our baiter, right? This is somebody who is being told what to do and how to do it they're not making any decisions. If they are asked for decisions to be made, they need to be either compensated per project or they need to be brought up to a management level in that instance. And the what the reason that that's important is because again, at this level you know you don't want to be put in a position where you are now making all these decisions i see this happen way more with groomers who really are not in a position where they should be making business decisions. </w:t>
      </w:r>
      <w:r>
        <w:br/>
      </w:r>
    </w:p>
    <w:p w:rsidR="00A908C4" w:rsidRDefault="00000000">
      <w:r>
        <w:t xml:space="preserve">You know, like the business owner will say that the groomer like just do what everything is best and then whatever they think is best is not the appropriate thing. And especially where you don't get to know your supervisor the same way as I would as a groomer working with my boss every day in and day out. It's really important and the foundational level that we are not taking responsibility for the business decisions or their strategy as a whole. Your role is rooted supporting your super success by allowing you to focus on high priority tasks and strategic decision making while handling routine and time consuming responsibilities, right. </w:t>
      </w:r>
      <w:r>
        <w:br/>
      </w:r>
    </w:p>
    <w:p w:rsidR="00A908C4" w:rsidRDefault="00000000">
      <w:r>
        <w:t xml:space="preserve">Instead of them returning phone calls, instead of them making sure that all the paperwork is done, they're able to focus on other stuff right on the foundational level. So your role would be primarily that of support function, assisting various administration or operational tasks. Again, managing your email scheduling appointments, organizing documents, conducting research and handling routine administration tax, right. Depending on if you're doing more front of house or back of house, right. If you're doing more front of house, that would definitely be more checking surveys and reaching out to people, getting people to rebook every four weeks, finding out maybe why they don't want to commit to every four weeks, etcetera. </w:t>
      </w:r>
      <w:r>
        <w:br/>
      </w:r>
    </w:p>
    <w:p w:rsidR="00A908C4" w:rsidRDefault="00000000">
      <w:r>
        <w:t xml:space="preserve">So again, at the foundational level of the relationship between a virtual assistant and a supervisor typically doesn't involve any coaching or consulting, no management and no taking ownership of things. Instead it's more about providing direct support and assistant to help the supervisor with their daily tasks and responsibilities. So just ask what avenue do </w:t>
      </w:r>
      <w:r>
        <w:lastRenderedPageBreak/>
        <w:t xml:space="preserve">you think is best to advertise your VA services so groomer searching for your services can find us and connect. So I think the most important thing when you are a VA for the grooming industry is to ask yourself what services do I want to offer or not offer? Am I going to be doing packages projects or am I looking for more of like a one in W2 employee position. </w:t>
      </w:r>
      <w:r>
        <w:br/>
      </w:r>
    </w:p>
    <w:p w:rsidR="00A908C4" w:rsidRDefault="00000000">
      <w:r>
        <w:t xml:space="preserve">I think rumors again don't know what they don't know. So a lot of it is very bluntly saying to them what you offer now that could be copy on your website. You know, Jess, if you want to give me an example of what your favorite thing to do for or could be for a grooming salon owner, I can definitely help you work a little bit through that. So let's say for easing, let's say you're at the foundational level and your goal is to help manage emails and when I say manage, I mean take notes on emails and organize them for your supervisor. </w:t>
      </w:r>
      <w:r>
        <w:br/>
      </w:r>
    </w:p>
    <w:p w:rsidR="00A908C4" w:rsidRDefault="00000000">
      <w:r>
        <w:t xml:space="preserve">I would probably either use social media and I would, you know, depending upon what groups you're in, depending upon where your network is, I would let people know i'd say, hey, you know, I do email management so what I can do is we can make a wait list and all of your clients come through your email and I can organize them for you, put them in folders, etcetera. The most important thing we want to do is what's called value selling. We want to explain to them how our services allow value. </w:t>
      </w:r>
      <w:r>
        <w:br/>
      </w:r>
    </w:p>
    <w:p w:rsidR="00A908C4" w:rsidRDefault="00000000">
      <w:r>
        <w:t xml:space="preserve">It's so much easier to tell them what you can do and what and how it would actually impact them versus waiting for a groomer who is looking for your services i will say this is that when a groomer is seeking out of VA 9 times that tenths because the whole business is on fire, right? They basically need someone to come in and like fix everything and that is a huge undertaking so if they are like, you know, I have fifteen hundred emails in my inbox and I have like 60 voicemails that I haven't returned and my appointment book is a hot mess express, right? That would be a very different VA that would come in and fix that and a different way of marketing than somebody who's like, hey, I'm looking for five monthly people where I would take care of your appointments and again, how do you take care of those appointments, right? So that would be my main thing is depending upon what you want to offer, how you want to offer would depend on how you're advertising. </w:t>
      </w:r>
      <w:r>
        <w:br/>
      </w:r>
    </w:p>
    <w:p w:rsidR="00A908C4" w:rsidRDefault="00000000">
      <w:r>
        <w:t xml:space="preserve">You know, I think that Instagram, Facebook, Tiktok, and Facebook Groups are an incredible place to be marketing your services. As we build out our VA program, we will have students that have passed our second level will have a certificate and you will need to pass a test to get the certificate. And those people, we will have a database for people to find them once they have graduated. And the reason we're going to do that is because I'm like, hey, these people know these things. We promise you that they know these things and they're able to guide you in a certain way. So we will be doing that. And of course, yeah, I think so. </w:t>
      </w:r>
      <w:r>
        <w:br/>
      </w:r>
    </w:p>
    <w:p w:rsidR="00A908C4" w:rsidRDefault="00000000">
      <w:r>
        <w:lastRenderedPageBreak/>
        <w:t xml:space="preserve">But I think a lot of times when we're trying to advertise our services, we forget, just like groomers, like groomer. Being a groomer is really easy. You have a dirty dog or you have a dog with a haircut IO solution. But once we get more niched, and that's something I teach, right, we talk about the soulmate claim. It's one of those things like what is it that you want to help them with, You know, and how do you want to help them and how are you going to teach them that you're going to help them? If you want to position yourself as an authority, YouTube videos and blogs are great options to do a podcast right? And you don't have to do a ton you can just do a one episode per month, you know, and that and it can just literally be called how Jess Can help. </w:t>
      </w:r>
      <w:r>
        <w:br/>
      </w:r>
    </w:p>
    <w:p w:rsidR="00A908C4" w:rsidRDefault="00000000">
      <w:r>
        <w:t xml:space="preserve">How Jess Can help. Hey guys, it's Jess here, your pet grooming VA. Today we're going to be talking about email box management. So if you want to learn about email box management, you can XYZ here are three tips. You know, this is something I do for my clients all the time. If this is something that you would like for me to do, here is my website, email etcetera. </w:t>
      </w:r>
      <w:r>
        <w:br/>
      </w:r>
    </w:p>
    <w:p w:rsidR="00A908C4" w:rsidRDefault="00000000">
      <w:r>
        <w:t xml:space="preserve">Absolutely mary's a fantastic person to get to. But by giving value and then say, hey, if you don't want to do this, I can, I can take this off your plate. That's a great value proposition and a lot of people would be more than happy to take you up on that. So Tier 2 is what we call the management level, OK. And this is going to be the role of either a business manager or an office manager oK, this is where things really begin to change in your role as ABA. </w:t>
      </w:r>
      <w:r>
        <w:br/>
      </w:r>
    </w:p>
    <w:p w:rsidR="00A908C4" w:rsidRDefault="00000000">
      <w:r>
        <w:t xml:space="preserve">So you may need to support the business owner and best practices and support them with your expertise. Ok, Just remember to not be asked to do things outside of your scope of work. This can get really tricky. Ok, so virtual systems are hired for the expertise to assist in various tasks and administration functions as you progress from the fundamental level, right from being a just a support role member to being an office or a business manager. You know, generally speaking, managers have authority and responsibility to overseeing a team, a department or project, making decisions, setting goals and ensuring that they can achieve objectives, right? As a support person, I'm just doing the things right. </w:t>
      </w:r>
      <w:r>
        <w:br/>
      </w:r>
    </w:p>
    <w:p w:rsidR="00A908C4" w:rsidRDefault="00000000">
      <w:r>
        <w:t xml:space="preserve">I am just inputting the data. I am just letting you know what the appointments are, right, versus our management roles. Ok, so our office manager is who overseas the functional structure and process of the day-to-day back end of the business now it doesn't have to be literally every day, right? And we're again thinking of like the back house tasks, right, the administrative tasks. They may also oversee others that would only be in the support role surrounding the back of house functions like other V A 's maybe receptionists right? They're going to be like, OK, these are the people that are in my charge potentially, not always, but as an office manager, again in the support role, as a fundamental role, it's my job to make sure that I do my job, but it's not my job to make sure others do their job. </w:t>
      </w:r>
      <w:r>
        <w:br/>
      </w:r>
    </w:p>
    <w:p w:rsidR="00A908C4" w:rsidRDefault="00000000">
      <w:r>
        <w:lastRenderedPageBreak/>
        <w:t xml:space="preserve">Unless if I am a manager if I'm a manager, then it is my responsibility to make sure other people do their job. And that's really important because a lot of us fill power vacuums and we want to fill the power vacuum. It's really important that if they're not paying us to do so because you will get burned out very quickly, right this is not a job where you physically walk in and then you leave and you can shut your phone off, right this is a job you have to be very intentional that you are doing that. </w:t>
      </w:r>
      <w:r>
        <w:br/>
      </w:r>
    </w:p>
    <w:p w:rsidR="00A908C4" w:rsidRDefault="00000000">
      <w:r>
        <w:t xml:space="preserve">What's nice about being an office manager is if you just like organizing and creating systems, right? You can start to do that, right you can start to say hey best, one of the best practices is to that we create our client flow like this where we start with our client here, they go here and then we have them go here. You know, this is the best way I'm going to help you set it up i'm going to help you organize it. And for some people they might hire an office manager, right, to set everything up and oversee it but then they might hire a secondary VA of support staff to actually do the grunt work right? Because if I'm an office manager, I'm making much more than 20 or 40 bucks an hour, I'm going to be making significantly more and again it's not an apples to orange comparison because again, I'm going to be making money even if I'm not physically working. </w:t>
      </w:r>
      <w:r>
        <w:br/>
      </w:r>
    </w:p>
    <w:p w:rsidR="00A908C4" w:rsidRDefault="00000000">
      <w:r>
        <w:t xml:space="preserve">I'm getting paid basically for airspace so it is a little bit different and then what I like to call the business manager. So these are V A 's who essentially are remote business managers. So they're going to potentially be in charge of hiring and firing, scheduling and disciplining employees. They may come along the business owner to make decisions about how the business should run or talk to upset customers. But they should understand the role is in the service of the business owner and again, I think some people are going to really struggle with that. </w:t>
      </w:r>
      <w:r>
        <w:br/>
      </w:r>
    </w:p>
    <w:p w:rsidR="00A908C4" w:rsidRDefault="00000000">
      <w:r>
        <w:t xml:space="preserve">It's not your business. You may even find that you care more about their business than they care about their business and that can be very frustrating. But to me, a business manager, and at least in the way that we teach it, is somebody who is not a coach or a consultant but does use their expertise to help show and nurture that business owner in a way that they can build the very best business possible, right? So they're going to be able to look at what's going on just like I'm sure you did in your growing business and say, hey, I'm noticing this would be my suggestion what are your thoughts, right? And again, that's very different than when I come in as a business coach or when I come in as a consultant, OK? And to me, a business manager does not. </w:t>
      </w:r>
      <w:r>
        <w:br/>
      </w:r>
    </w:p>
    <w:p w:rsidR="00A908C4" w:rsidRDefault="00000000">
      <w:r>
        <w:t xml:space="preserve">A business manager does not necessarily do anything on the office they might. But again, these are really two different roles, right? If you want me to come in and do an office manager, set it all up and then hand it off to a lower level support, vai will actually do that. But it's really hard to do both roles at once, especially when you're being remote. But to me, an office manager does not deal with staff, right? So if staff is late, that's really more of a </w:t>
      </w:r>
      <w:r>
        <w:lastRenderedPageBreak/>
        <w:t xml:space="preserve">business manager situation again, you're going to create those boundaries and some of you guys might be like, Oh my God, but how do you fire and hire people and discipline employees if you're not physically there? I do think that someone has to curate the supervisor or the business owner just need to actually look at the grooming work. </w:t>
      </w:r>
      <w:r>
        <w:br/>
      </w:r>
    </w:p>
    <w:p w:rsidR="00A908C4" w:rsidRDefault="00000000">
      <w:r>
        <w:t xml:space="preserve">But again, you are learning so much here online. There's so much we can do online. No, I don't think that you should ever hire a groomer until you've physically seen them groom in person but I can get through at least two or three interviews before they do a working day, right? If they have cameras set up, I can absolutely watch the cameras as a business manager to watch what that person does with dogs and how they treat them, right there are definitely ways of working around things in creative ways. So let's talk about coaching and consulting because I know I've mentioned it and I just want to clarify. </w:t>
      </w:r>
      <w:r>
        <w:br/>
      </w:r>
    </w:p>
    <w:p w:rsidR="00A908C4" w:rsidRDefault="00000000">
      <w:r>
        <w:t xml:space="preserve">So a consultant is hired for their expertise and typically strategic advice, recommendations and solutions. So they're going to analyse complex issues and offer tailored strategies for improvement. A manager is not a consultant you know. Again, you can give gentle suggestions, but your job is not to fix their business unless if you want to move into a consulting role and again that would be a different project or there would be a different price point. You know, again we want to remember that we want to be paid for our time and our what we're doing and it's a lot harder when we're virtual to separate those things. Now a coach typically gives guidance, feedbacks and support in a structured and developmental way. </w:t>
      </w:r>
      <w:r>
        <w:br/>
      </w:r>
    </w:p>
    <w:p w:rsidR="00A908C4" w:rsidRDefault="00000000">
      <w:r>
        <w:t xml:space="preserve">So AVAS role is more task oriented and focuses on completing specific administration or operational tasks to support the supervisor's work rather than provide coaching or guidance. So in your management role, and I know this is really nuanced, it's a lot easier to see once you're in this virtual world. When you're in person, it's very difficult because the conversations you would have in person are very different than the conversations you will have when you are working for somebody online. But a lot of times, instead of them asking for best practices, they want you to make a decision based on everything that's going on and tailor it to them. </w:t>
      </w:r>
      <w:r>
        <w:br/>
      </w:r>
    </w:p>
    <w:p w:rsidR="00A908C4" w:rsidRDefault="00000000">
      <w:r>
        <w:t xml:space="preserve">That is coaching or consulting. You know, it is not like, hey, at my salon we did XYZ 1-2-3 That might work here, right that's very different than OK, given the fact that we should let's try that for three months and if that doesn't work in three months, then we should try it that is a coaching or consulting role. It's really important that the decision making power is alongside your supervisor so that they provide support and execute tasks as the director, right? They're in charge and it's so easy for us when they are overwhelmed or they're crazy for us to just kind of try to take control but again, it's really not your role and I really don't suggest it will burn you out and you will lose so much money if you do that. </w:t>
      </w:r>
      <w:r>
        <w:br/>
      </w:r>
    </w:p>
    <w:p w:rsidR="00A908C4" w:rsidRDefault="00000000">
      <w:r>
        <w:lastRenderedPageBreak/>
        <w:t xml:space="preserve">So at the third tier entrepreneurial level, no matter if you just want to make yourself A1 woman show or have a full agency, many VA S will decide to work for themselves, right? So as Ava chooses to grow their business, they're going to need to learn how to outsource some of your smaller tasks, track clients, or potentially grow a team. Now you can absolutely say a one woman show or a one person show and just do this and just play and have fun it makes plenty of money. You can also start out outsourcing certain things, right? So you might, for instance, get something where you have someone double check your work and you might have your own VA double check your work right? Where you're getting paid 40$ an hour and they're getting paid that is where you can outsource to those cheaper VAS right? Because you've already used your expertise and now to double check your work, you're going to pay somebody even less, right? Absolutely or maybe you know you're getting 40$ an hour and then you're paying another i don't even want to call them a VA, Like basically somebody else below you know, 15$ an hour or per project, right? Maybe you're getting 40$ an hour and then they're having this per project and you know it's going to take you two hours and you know this project is only going to cost you this much so you're like, you know what, I'm going to take this project, I'm going to outsource it there. </w:t>
      </w:r>
      <w:r>
        <w:br/>
      </w:r>
    </w:p>
    <w:p w:rsidR="00A908C4" w:rsidRDefault="00000000">
      <w:r>
        <w:t xml:space="preserve">Make sure that you're doing that with integrity because obviously your business is your reputation. And again, depending upon how many clients you want, I don't suggest the average VA have more than about 5:00. As somebody who has used to have ten one-on-one clients, it can. It's not messy. It's not messy, but it's definitely, it seems like it would be less work than it is because like we're so used to having like a hundred two hundred but these are people that only deal with this once a month, once every six weeks, once every eight weeks versus on the VA side, right you might be interacting with them, you know, one two three times a week or maybe just once a month depending upon the project. </w:t>
      </w:r>
      <w:r>
        <w:br/>
      </w:r>
    </w:p>
    <w:p w:rsidR="00A908C4" w:rsidRDefault="00000000">
      <w:r>
        <w:t xml:space="preserve">So what are some next steps that we can do? So really quickly, let's do our recap, right. So in lesson one, we cover the definition of VAS and the tasks that they can be performed and two, talk about the different lifestyle objectives that can be achieved by supporting grooming businesses as Ava. And three, we talked about how you can create memorable and outstanding services so that you can come along with grooming businesses and I think that's one of the major things about being Ava that is my favorite is that we get to take all this off a groomer's shoulders and we've all been there you're here. </w:t>
      </w:r>
      <w:r>
        <w:br/>
      </w:r>
    </w:p>
    <w:p w:rsidR="00A908C4" w:rsidRDefault="00000000">
      <w:r>
        <w:t xml:space="preserve">You've probably been a groomer. And you, I'm sure you can think of, man, if I could have just had someone to hand all this over to and just focused on what I did loving, maybe I could have been grooming longer. Maybe I wouldn't have hired that terrible employee, right that I kept on too long because I just couldn't handle it all right? Maybe you would have stayed in business, right? But now you're ready to move on and you're ready to move on in a way that works for you, right? We covered the growth and increasing demand for </w:t>
      </w:r>
      <w:r>
        <w:lastRenderedPageBreak/>
        <w:t xml:space="preserve">qualified experienced professionals, help grooming salons and support staff. </w:t>
      </w:r>
      <w:r>
        <w:br/>
      </w:r>
    </w:p>
    <w:p w:rsidR="00A908C4" w:rsidRDefault="00000000">
      <w:r>
        <w:t xml:space="preserve">And we covered various income goals and how to achieve them. And again, I only covered a few ways for this income. There's so many other ways and it was so funny as I was creating this class and like how do I do this and this? I mean, it could have been a whole hour on its own just talking about different ways of paying yourself as a as a VA in different ways on how to track that in different ways depending upon your lifestyle and your seasonal life, right? It's really fun it's. I know I'm a dork i'm like, it's so fun like, it's so fun to like figure out packages and how much they're going to charge and how much is that per hour and you know, for those of us that, like, you know, can do a week's worth of work in four hours when we're inspired, you know, that gets really exciting. </w:t>
      </w:r>
      <w:r>
        <w:br/>
      </w:r>
    </w:p>
    <w:p w:rsidR="00A908C4" w:rsidRDefault="00000000">
      <w:r>
        <w:t xml:space="preserve">You know when you can do 20 hours worth of work in four hours because your ADHD is just rocketing off and you're like or you know, you've done it so many times and then it just comes like this, right? It's really fun. In Lesson 6, we discussed how you know you already have most of what you need, right most of us here, if you're here in this then you probably have most of what you need, right? And then seven we talked about you know the different educational building blocks and I want to separate them it's really important for me to separate them when we are talking about these things because as you're building your day-to-day right, we can see very fundamentally the difference, right? The support staff, fundamental VA is going to have a very different day than somebody who is AW two virtual business manager right they're going to have incredibly different responsibilities and roles. </w:t>
      </w:r>
      <w:r>
        <w:br/>
      </w:r>
    </w:p>
    <w:p w:rsidR="00A908C4" w:rsidRDefault="00000000">
      <w:r>
        <w:t xml:space="preserve">And I think when we're trying to teach and being Ava for the grooming industry, you would think, man, this should be so easy. But just like the grooming industry, there's so many different things to learn there's so many different things that you don't know that you don't know, right? And again, that's how I like watching my friends competition groom because I'm a technician i don't want to learn any of that, but I love enjoying the art. </w:t>
      </w:r>
      <w:r>
        <w:br/>
      </w:r>
    </w:p>
    <w:p w:rsidR="00A908C4" w:rsidRDefault="00000000">
      <w:r>
        <w:t xml:space="preserve">I really enjoy learning all the things. It's absolutely magic and the thing with being Ava, you'll learn that there's so many things you didn't even know that you can take off of someone's plate and simplify their life it's incredible. So if you guys are interested in becoming Ava for the grooming business, step away from the table. Does offer, you know, we do offer VA trainings, very exciting. So if you're ready to make the transition from being a groomer to a virtual assistant, we're more than happy to help you build that right. Our course is the perfect place to start so being Ava for the grooming industry, it's our comprehensive training and practical resources we're going to help you gain skills and knowledge that you need success in the grooming industry. </w:t>
      </w:r>
      <w:r>
        <w:br/>
      </w:r>
    </w:p>
    <w:p w:rsidR="00A908C4" w:rsidRDefault="00000000">
      <w:r>
        <w:lastRenderedPageBreak/>
        <w:t xml:space="preserve">It's all done online, it's off from home it is currently in beta mode. We are learning a lot where we are learning what you don't know and how to best support you, and also how for you to audit your supervisor, get that information from them, set those boundaries, do all of those things. It's really fun it's been really fun to build this whole mini industry within an industry, but we're getting there i'm really excited. Like I said, let's work together to revolutionize the grooming industry, you know again, our goal is to help you guys become profitable doing this, to be able to support people. </w:t>
      </w:r>
      <w:r>
        <w:br/>
      </w:r>
    </w:p>
    <w:p w:rsidR="00A908C4" w:rsidRDefault="00000000">
      <w:r>
        <w:t xml:space="preserve">That way they can do what they want to do, you know, And together we can create a new standard of excellence in this industry to help grooming businesses thrive in today's marketplace, right. They need more help. We need more groomers but if you don't want to be that groomer, you can at least take things off the plate that way that groomer can build more groomers, right? People can't train more groomers because they don't have the time. You can be a part of the solution of that. </w:t>
      </w:r>
      <w:r>
        <w:br/>
      </w:r>
    </w:p>
    <w:p w:rsidR="00A908C4" w:rsidRDefault="00000000">
      <w:r>
        <w:t xml:space="preserve">So like I said, if you guys are interested, step away from the table.com like I said, we are in beta mode. And while we're in beta mode, there are some goodies while we're building it out and we need your help building it out, making sure that we're helping support you guys. If you feel like we need more training in something, if you feel like you're not getting the support you need, that's where as we're building it, we are making sure that we are offering those things. </w:t>
      </w:r>
      <w:r>
        <w:br/>
      </w:r>
    </w:p>
    <w:p w:rsidR="00A908C4" w:rsidRDefault="00000000">
      <w:r>
        <w:t xml:space="preserve">So guys, that is it that is a wrap, but I want to make sure that I'm answering any questions. I'm sure there are lots of them or you have a lot to think about, right? Right i do just want to make mention about podcasting. So I am working with Boss pet Edge. So if you're looking to get started in podcasting, I am the person to talk to see if that's something you want to do boss Pet is providing the platform at no charge, so it'll be more of a cost effective way to get started in it. </w:t>
      </w:r>
      <w:r>
        <w:br/>
      </w:r>
    </w:p>
    <w:p w:rsidR="00A908C4" w:rsidRDefault="00000000">
      <w:r>
        <w:t xml:space="preserve">I could not agree more than there's so many we need more voices with pet industry, podcasting, and if you want to become Ava for the pet industry, that's a great opportunity for you to give tips and tricks to other people but also position yourself as an authority. Yes, it's positioning yourself as the authority and I know there is no podcast up there that has anything to do with virtual assistants. Just saying 1000 %. All righty. So what's, did you make mention of how to get in contact with you if someone's watching this later? Yeah so let me pull that slide back up so it is our new sorry, too many screens that's what happens, right you get greedy with three screens and then you can't see anything. </w:t>
      </w:r>
      <w:r>
        <w:br/>
      </w:r>
    </w:p>
    <w:p w:rsidR="00A908C4" w:rsidRDefault="00000000">
      <w:r>
        <w:t xml:space="preserve">So if you're interested in our one second, So if you're interested in our training, that is step away from the table.com to enroll however, if you want to get to know more about me and </w:t>
      </w:r>
      <w:r>
        <w:lastRenderedPageBreak/>
        <w:t xml:space="preserve">Savvy Groomer, you can check out my website Savvy Groomer. If you want to check out our Facebook group, it's Savvy Groomer, Sorry regular set Facebook is savvy groomer dot com slash grow with the grooming. And then we literally have 200 hours all about business for groomers on our youtube youtube dot com slash savvy groomer. </w:t>
      </w:r>
      <w:r>
        <w:br/>
      </w:r>
    </w:p>
    <w:p w:rsidR="00A908C4" w:rsidRDefault="00000000">
      <w:r>
        <w:t xml:space="preserve">At some point, we do need to start creating more tips and tricks for VA. However, my hope is that the students will want to create that authority and position themselves i feel like Savvy Groomer has already done enough to create that authority. So my hope is that we can support others in fulfilling their dreams and really, I know, feel like I'm like a crusade i'm like, so they can build themselves up and they can change the industry. </w:t>
      </w:r>
      <w:r>
        <w:br/>
      </w:r>
    </w:p>
    <w:p w:rsidR="00A908C4" w:rsidRDefault="00000000">
      <w:r>
        <w:t xml:space="preserve">You know, I'm excited, I think that the amount of things that have changed in the last five or ten years, and I'm so excited where the industry's going to go in the next 5 to 10. Oh yeah i'm excited about it too, as people realize that, you know what it is not a badge of honor to work at a grooming table to literally you're crippled who can't do it, or they're carting your dead body out, that there's ways to take care of yourself, make a living and still support the industry that has been really good to us. </w:t>
      </w:r>
      <w:r>
        <w:br/>
      </w:r>
    </w:p>
    <w:p w:rsidR="00A908C4" w:rsidRDefault="00000000">
      <w:r>
        <w:t xml:space="preserve">I think if anything, this is such a graceful way to bow out and I know there's been other ways that they have learned this week, and I'm so grateful for that, but I'm just always shocked i'm like, you have so much knowledge in your head. You know, let's pull that out and let's have you help somebody, right, who's not dealt with annoying owners for 20 years you know what to say. You know what to do, right that baby groomer may not know and there's so many people coming out of grooming school, opening up their own businesses it's crazy. </w:t>
      </w:r>
      <w:r>
        <w:br/>
      </w:r>
    </w:p>
    <w:p w:rsidR="00A908C4" w:rsidRDefault="00000000">
      <w:r>
        <w:t xml:space="preserve">All right, So we will be back actually, let me stop the recording. </w:t>
      </w:r>
      <w:r>
        <w:br/>
      </w:r>
    </w:p>
    <w:sectPr w:rsidR="00A908C4"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13CD9" w:rsidRDefault="00013CD9">
      <w:pPr>
        <w:spacing w:after="0" w:line="240" w:lineRule="auto"/>
      </w:pPr>
      <w:r>
        <w:separator/>
      </w:r>
    </w:p>
  </w:endnote>
  <w:endnote w:type="continuationSeparator" w:id="0">
    <w:p w:rsidR="00013CD9" w:rsidRDefault="00013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908C4" w:rsidRDefault="00000000">
    <w:pPr>
      <w:pStyle w:val="Footer"/>
      <w:jc w:val="center"/>
    </w:pPr>
    <w:r>
      <w:t xml:space="preserve">Page </w:t>
    </w:r>
    <w:r>
      <w:fldChar w:fldCharType="begin"/>
    </w:r>
    <w:r>
      <w:instrText>PAGE</w:instrText>
    </w:r>
    <w:r w:rsidR="00D45706">
      <w:fldChar w:fldCharType="separate"/>
    </w:r>
    <w:r w:rsidR="00D45706">
      <w:rPr>
        <w:noProof/>
      </w:rPr>
      <w:t>1</w:t>
    </w:r>
    <w:r>
      <w:fldChar w:fldCharType="end"/>
    </w:r>
    <w:r>
      <w:t>/</w:t>
    </w:r>
    <w:r>
      <w:fldChar w:fldCharType="begin"/>
    </w:r>
    <w:r>
      <w:instrText>NUMPAGES</w:instrText>
    </w:r>
    <w:r w:rsidR="00D45706">
      <w:fldChar w:fldCharType="separate"/>
    </w:r>
    <w:r w:rsidR="00D4570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13CD9" w:rsidRDefault="00013CD9">
      <w:pPr>
        <w:spacing w:after="0" w:line="240" w:lineRule="auto"/>
      </w:pPr>
      <w:r>
        <w:separator/>
      </w:r>
    </w:p>
  </w:footnote>
  <w:footnote w:type="continuationSeparator" w:id="0">
    <w:p w:rsidR="00013CD9" w:rsidRDefault="00013C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51305269">
    <w:abstractNumId w:val="8"/>
  </w:num>
  <w:num w:numId="2" w16cid:durableId="1164009468">
    <w:abstractNumId w:val="6"/>
  </w:num>
  <w:num w:numId="3" w16cid:durableId="471599200">
    <w:abstractNumId w:val="5"/>
  </w:num>
  <w:num w:numId="4" w16cid:durableId="1557820439">
    <w:abstractNumId w:val="4"/>
  </w:num>
  <w:num w:numId="5" w16cid:durableId="1589578171">
    <w:abstractNumId w:val="7"/>
  </w:num>
  <w:num w:numId="6" w16cid:durableId="587537920">
    <w:abstractNumId w:val="3"/>
  </w:num>
  <w:num w:numId="7" w16cid:durableId="1056271974">
    <w:abstractNumId w:val="2"/>
  </w:num>
  <w:num w:numId="8" w16cid:durableId="759643872">
    <w:abstractNumId w:val="1"/>
  </w:num>
  <w:num w:numId="9" w16cid:durableId="552232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3CD9"/>
    <w:rsid w:val="00034616"/>
    <w:rsid w:val="0006063C"/>
    <w:rsid w:val="0015074B"/>
    <w:rsid w:val="0029639D"/>
    <w:rsid w:val="00326F90"/>
    <w:rsid w:val="00A908C4"/>
    <w:rsid w:val="00AA1D8D"/>
    <w:rsid w:val="00B47730"/>
    <w:rsid w:val="00CB0664"/>
    <w:rsid w:val="00D4570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0045C203-A734-F24E-8C35-2F98EBA9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16509</Words>
  <Characters>94104</Characters>
  <Application>Microsoft Office Word</Application>
  <DocSecurity>0</DocSecurity>
  <Lines>784</Lines>
  <Paragraphs>220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110393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2023-10-23T20:54:00Z</dcterms:created>
  <dcterms:modified xsi:type="dcterms:W3CDTF">2023-10-23T20:54:00Z</dcterms:modified>
  <cp:category/>
</cp:coreProperties>
</file>