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A2F2C" w:rsidRDefault="00000000">
      <w:pPr>
        <w:pStyle w:val="Title"/>
      </w:pPr>
      <w:r>
        <w:t>Becoming A Vendor</w:t>
      </w:r>
    </w:p>
    <w:p w:rsidR="004A2F2C" w:rsidRDefault="004A2F2C"/>
    <w:p w:rsidR="004A2F2C" w:rsidRDefault="00000000">
      <w:r>
        <w:rPr>
          <w:b/>
        </w:rPr>
        <w:t>Date</w:t>
      </w:r>
      <w:r>
        <w:t xml:space="preserve">    2023-10-22</w:t>
      </w:r>
    </w:p>
    <w:p w:rsidR="004A2F2C" w:rsidRDefault="004A2F2C"/>
    <w:p w:rsidR="004A2F2C" w:rsidRDefault="00000000">
      <w:r>
        <w:t xml:space="preserve">OK, so welcome to the second session of the Life After Grooming Summit. We're starting off this session with Tommy Stocksdale so, Tommy, this is all yours now real quick do you want me to watch for questions or were you going to pay attention to them? I'll see them. Ok. All yours, Tommy. All right, so I'm age of goats i'm going to be interviewing Tommy today for the class and this is becoming a vendor. This class was designed for groomers that wish to create their own grooming related businesses to understand what's required to launch a business, as well as to understand the costs, hidden and otherwise, about trade show vending, targeting and catching your customer base and some missteps you can avoid when launching your own grooming related business. </w:t>
      </w:r>
      <w:r>
        <w:br/>
      </w:r>
    </w:p>
    <w:p w:rsidR="004A2F2C" w:rsidRDefault="00000000">
      <w:r>
        <w:t xml:space="preserve">Full disclosure, I know as much about putting together a class as I knew about being a vendor in the beginning, but like Ben, good friends have helped out. So Tommy Co founded All for Groomers with his wife Kemlin, a successful business that creates and designs grooming products to make a groomer's work life better and easier. He launched 3 individual products with incarnations of each and has learned a lot while running a successful business on the other side of the grooming table. </w:t>
      </w:r>
      <w:r>
        <w:br/>
      </w:r>
    </w:p>
    <w:p w:rsidR="004A2F2C" w:rsidRDefault="00000000">
      <w:r>
        <w:t xml:space="preserve">In 2021 he won the Berkeley honors for New Product of the Year and twenty twenty two he won the Super Zoo New Product Showcase Award. So the overview today is creating a product, marketing a product and grooming trade shows. So Tommy, tell us about yourself. Well, I'm originally from Southern Mississippi and the more tired or glass of wine brings that out, I guess. But I'm from about 40 miles from New Orleans, 30 miles from the Gulf Coast. Went to school there i was a mediocre student i was all so bored with everything they were teaching me. </w:t>
      </w:r>
      <w:r>
        <w:br/>
      </w:r>
    </w:p>
    <w:p w:rsidR="004A2F2C" w:rsidRDefault="00000000">
      <w:r>
        <w:t xml:space="preserve">I usually got in trouble for bringing my own books to class and learning on my own, graduated, left for the Marine Corps. I was in Saudi Arabia, Kuwait, Cuba, California, South Carolina, the desert in California, which is its own state, and went back home and went to college and I wasn't a mediocre student there, did really well there. And Long story short I ended up in southeast Minnesota and it's beautiful here. The we're in the Mississippi Valley we're six blocks from the Mississippi River, green trees and clear trout streams, and this is where I'm at kemlin and she was working as the lead pet tech vet tech. She's going to argue </w:t>
      </w:r>
      <w:r>
        <w:lastRenderedPageBreak/>
        <w:t xml:space="preserve">with me through this thing. </w:t>
      </w:r>
      <w:r>
        <w:br/>
      </w:r>
    </w:p>
    <w:p w:rsidR="004A2F2C" w:rsidRDefault="00000000">
      <w:r>
        <w:t xml:space="preserve">You get to see a little bit of our dynamics. It's like being at a real show, folks. So that's just a quick synopsis angie, OK And you've been together for how long now? We just passed 27 years, been married 23 we dated before that. I had a son when I met Kim, a special needs son, and he was two when I met Kim Lynn. And we had a daughter when after we've been married about a year and a half, two years. And that was what brought Kim into the grooming business, trying to do something she could stay at home. And that's what dragged me into it, too. </w:t>
      </w:r>
      <w:r>
        <w:br/>
      </w:r>
    </w:p>
    <w:p w:rsidR="004A2F2C" w:rsidRDefault="00000000">
      <w:r>
        <w:t xml:space="preserve">No argument, folks. So what was the your reason for starting all for groomers? Well, when Kim started grooming, we didn't have a lot of money, so she needed a tub that she could raise so I worked with her and we built a tub and she needed things for dryers and other things so anything she needed she didn't just order out of a catalog more often than not I would build it, fabricate it, or turn something else into what she needed as it was kind of hodgepodge in the beginning. </w:t>
      </w:r>
      <w:r>
        <w:br/>
      </w:r>
    </w:p>
    <w:p w:rsidR="004A2F2C" w:rsidRDefault="00000000">
      <w:r>
        <w:t xml:space="preserve">But when she when she was pregnant with her daughter Cashlin, she started noticing that the grooming table was getting farther and farther away from her the further along she was. And as she famously said, baby don't squish fat Squish is Baby don't. So she wanted something to keep the dogs closer to her so she could keep grooming up until Castle was born. And that was the first groomer's wall that was so that was the beginning, and it was ugly and but functional and I didn't think much about the groomer's wall or any of the other things I built for. But as the years went by, she said it'd be nice if this thing folded up so I could put it to the side, or it'd be nice if the nasty things that come out of dogs don't stick to it and she could disinfect it. </w:t>
      </w:r>
      <w:r>
        <w:br/>
      </w:r>
    </w:p>
    <w:p w:rsidR="004A2F2C" w:rsidRDefault="00000000">
      <w:r>
        <w:t xml:space="preserve">So I kept making improvements, and again, I didn't think much of it. She did. But she had another groomer she trained and she got Kim's hand me down groomer walls and when she left years later to go start to start grooming closer to her family, about 100 miles from here, she couldn't groom very well she it just wasn't the same. And what it was that wall. So she was having to chase the dogs around the table she couldn't keep them close it was taking her longer to groom. </w:t>
      </w:r>
      <w:r>
        <w:br/>
      </w:r>
    </w:p>
    <w:p w:rsidR="004A2F2C" w:rsidRDefault="00000000">
      <w:r>
        <w:t xml:space="preserve">So she went to a cabinet maker up there and had them build her groomer's wall from pictures she had. I started taking it a little bit seriously then if another groomer. So wasn't really listening to my wife until after that started taking her seriously. Ok, So what was your first product? The Groomer's wall was the first product that we brought to market it. Like I said before, we had a lot of, I had a lot of changes with the groomer's wall and eventually I </w:t>
      </w:r>
      <w:r>
        <w:lastRenderedPageBreak/>
        <w:t xml:space="preserve">started taking it seriously, like I said, to bring it to market. </w:t>
      </w:r>
      <w:r>
        <w:br/>
      </w:r>
    </w:p>
    <w:p w:rsidR="004A2F2C" w:rsidRDefault="00000000">
      <w:r>
        <w:t xml:space="preserve">So we had to make it better. And Kim and I worked out pretty early on that if she has a need, she points it out to me and I'm a groomer so I don't follow that stuff very well. And I find the solution and I like figuring things out. And a good thing is Kim's really picky. So my solutions would have to get, would get Nick picked apart, and I don't mean that in a bad way. So we worked out the kinks and that groomer's wall had gone through a lot of adjustments for 20 years before it ever came to market. The originals that we brought out in 2019 are still out there. </w:t>
      </w:r>
      <w:r>
        <w:br/>
      </w:r>
    </w:p>
    <w:p w:rsidR="004A2F2C" w:rsidRDefault="00000000">
      <w:r>
        <w:t xml:space="preserve">At some of the recent shows this year, I got to meet some of those people who bought the very first ones, and they're still happily using them they're still working well and it kind of built off of that. And I see here in this picture now the wall is two solid pieces now where this one almost has like feet on it. This was one of your first designs. Actually, this was a little bit later prototype. I pulled the wall off the market for about a year and a half because I had rusty hinges and i wouldn't sell something that was going to rust, I wouldn't sell something inferior to people. </w:t>
      </w:r>
      <w:r>
        <w:br/>
      </w:r>
    </w:p>
    <w:p w:rsidR="004A2F2C" w:rsidRDefault="00000000">
      <w:r>
        <w:t xml:space="preserve">And while I was doing, while I was trying to find hinges, I played with this a little bit, thinking maybe we could use less material make it lighter, just made it more awkward Kim's a couple of Kim's groomers used these until recently and they just weren't as solid as what they are now so yes, i tried to make changes to improve it along the way gotcha. And was just pointed out, Angie, that the very first one is still down in the basement she uses it when she trims the cat's nails nice. That's awesome. So we'll put that in the museum. So how did you find someone to make it? What do you do? You have an idea. </w:t>
      </w:r>
      <w:r>
        <w:br/>
      </w:r>
    </w:p>
    <w:p w:rsidR="004A2F2C" w:rsidRDefault="00000000">
      <w:r>
        <w:t xml:space="preserve">You know you want it made. What do you do then? Well, in the very beginning I thought, OK, I have this idea I'm going to sell these things and I'll have someone build them, someone other than me build them, and I'll sell them on the Internet or something and that'll be it that'll just be a nice little side job. Well, I'm not that great at building things that look good. I can build things. I can build them solid i can build them so they work, but not aesthetically pleasing. I can't build the cabinets. </w:t>
      </w:r>
      <w:r>
        <w:br/>
      </w:r>
    </w:p>
    <w:p w:rsidR="004A2F2C" w:rsidRDefault="00000000">
      <w:r>
        <w:t xml:space="preserve">I can build something for your chickens, maybe in the yard but not your cabinets. But I started building them in the very beginning and it took a long time because I'm not great at it, but I was still working full time and all for groomers was taking more and more time plus I was helping Kim at her shop at her grooming salon. So I just didn't have a lot of time. So my daughter stepped in and started making the first ones. She probably made the 1st 50 groomers walls from my directions and the research I did and I had to teach her. </w:t>
      </w:r>
      <w:r>
        <w:br/>
      </w:r>
    </w:p>
    <w:p w:rsidR="004A2F2C" w:rsidRDefault="00000000">
      <w:r>
        <w:lastRenderedPageBreak/>
        <w:t xml:space="preserve">I mean, honestly, I didn't know how to cut a straight line and something and that's kind of important so I went back to the basics and learned how woodworking tools work and screws versus rivets and all the things that I take for granted now, I had to learn from the beginning, and I guess that was really good that I did do that after the summer was over and Castle had built those walls for me. Well, we were selling more. So we're in a college town, We've got three two universities and a College in our little town and I said I was broke when I was in college. </w:t>
      </w:r>
      <w:r>
        <w:br/>
      </w:r>
    </w:p>
    <w:p w:rsidR="004A2F2C" w:rsidRDefault="00000000">
      <w:r>
        <w:t xml:space="preserve">So I found college students who would work in the in our little shop you see that picture there of Jenna and her husband Gideon? They had just gotten married and needed a little more money so that was the typical people who worked for me and they did a really good job for a while, but it was growing and i couldn't keep up that way either, so I had to do something else. Ok, so now you did you how did you find a manufacturer and did you find a manufacturer to actually create more of them? That was another surprise for me i thought I was just going to go to a manufacturing this is a manufacturing town. </w:t>
      </w:r>
      <w:r>
        <w:br/>
      </w:r>
    </w:p>
    <w:p w:rsidR="004A2F2C" w:rsidRDefault="00000000">
      <w:r>
        <w:t xml:space="preserve">Most of the businesses in Winona or many of the businesses in Winona, minnesota where we're located started in someone's garage or someone's shop and group and most of those are manufacturing. Well, what I found was no one wanted to build my groomers walls. I was too new. They didn't want to invest the time and something untested into their mind the heck, I'd sold 100 by now, but that didn't mean anything to them. So I didn't have a lot of money. I didn't have a lot of the business was new, so manufacturers just turned me away. </w:t>
      </w:r>
      <w:r>
        <w:br/>
      </w:r>
    </w:p>
    <w:p w:rsidR="004A2F2C" w:rsidRDefault="00000000">
      <w:r>
        <w:t xml:space="preserve">So I kept using the college students but somebody in the industry the least to be exact, mentioned what she does or she did at the time and she hired people with Special Situations and a light bell went off for Camel and I and we approached Orc here in Winona occupational rehabilitation Center and it was a perfect fit for them. They did the assembly. I would have it all machined. They would assemble it, box it and that's how we did for a while. Ok. So then you came up with another product. </w:t>
      </w:r>
      <w:r>
        <w:br/>
      </w:r>
    </w:p>
    <w:p w:rsidR="004A2F2C" w:rsidRDefault="00000000">
      <w:r>
        <w:t xml:space="preserve">How did that come about? Kind of the same way Cameron pointed out a need she had several dogs that she had to do a figure aid or have someone hold them because of their trachea issues. Older dogs with the brachycephalic, the stubby noses and there was no Safeway to hold them that they to the Figure 8 and stuff they could wiggle around and get out of those. </w:t>
      </w:r>
      <w:r>
        <w:br/>
      </w:r>
    </w:p>
    <w:p w:rsidR="004A2F2C" w:rsidRDefault="00000000">
      <w:r>
        <w:t xml:space="preserve">So she said I need something to fix this. So I went in and pulled up a stool and watched her grooming one of those dogs, watched where she could hold and where she couldn't and started tinkering. Excuse me. I knew in the back of my mind that I was going to have to find a manufacturer, so I had to find and make it simple. So I my very first trach saver was born. I </w:t>
      </w:r>
      <w:r>
        <w:lastRenderedPageBreak/>
        <w:t xml:space="preserve">hand sewed cord. I used a large button from a from a lady's coat to test my principles because I would work them out in my head and I can visualize everything going on, but that's different than the physical world so I would hand make these things and then I would take them to Cam and she would say OK, the principal works, but this buttons got to go it's too big and it doesn't lock down and it all these different things that it didn't do and so I kept making improvements and you want to try to use things that are already out there rather than inventing something brand new. </w:t>
      </w:r>
      <w:r>
        <w:br/>
      </w:r>
    </w:p>
    <w:p w:rsidR="004A2F2C" w:rsidRDefault="00000000">
      <w:r>
        <w:t xml:space="preserve">I I'm, I guess I'm an inventor now. The trachsaver, The grimmer's wall was made out of necessity and I brought it to market. The Trachsaver, I think, made me an inventor. Because an inventor, it sounds glamorous it even sounds glamorous to me, but I don't think of myself as one. But I thought of these inventors building these great grand things and computer programs and it was all glamorous well, what I found out was inventing there's a whole lot of thinking staring off into the distance paper, pencils, drawing tools. And because once I had it in my head, I had to make it into a mechanism and I had to make it so somebody building them for me would understand them. </w:t>
      </w:r>
      <w:r>
        <w:br/>
      </w:r>
    </w:p>
    <w:p w:rsidR="004A2F2C" w:rsidRDefault="00000000">
      <w:r>
        <w:t xml:space="preserve">And that was a long learning process. Ok, so how did you first market the trachsaver and where did you market it? Well, in the beginning I we wanted to go to influential people in the in the grooming world. One of the early people I met and didn't know who she was Terry Dimarino. So I tracked her down and reached out and said Terry i've got this thing that I've cobbled together and I had a factory agree to make some prototypes for me. Would you look at it? She liked it so much that she actually reviewed it on her on her podcast on Mondays. And to the best of my knowledge, that's the only product she's ever reviewed on there. </w:t>
      </w:r>
      <w:r>
        <w:br/>
      </w:r>
    </w:p>
    <w:p w:rsidR="004A2F2C" w:rsidRDefault="00000000">
      <w:r>
        <w:t xml:space="preserve">So that was successful. So I started finding other influential groomers she turned me on to somebody renowned for their cat grooming Angie coats. You may know her if you look in your mirror and she was able to give me tips and pointers with cats, as well as what not to do with my Trachsaver and several other people in the industry well, that was that was starting to get the word out. Well, I was selling groomer's walls steadily, slowly, but steadily and I said, well, I'm going to stick trachsavers in those groomer walls. So they would get their groomer's wall and say what this, what is this And 90 % of the time the groomers would look at it and understand it immediately and start putting it on their using it in their shops. </w:t>
      </w:r>
      <w:r>
        <w:br/>
      </w:r>
    </w:p>
    <w:p w:rsidR="004A2F2C" w:rsidRDefault="00000000">
      <w:r>
        <w:t xml:space="preserve">So it started slow. What I didn't know how to do was to market it traditionally through social media, magazines, that sort of thing. But that's down the, that's a little further in the class. So you had mentioned the orc. Tell us about the orc or the orc is wonderful. I mentioned before our son has special needs bipolar. He's on the Asperger's several things. Well, the Orc works with people like my son, like our son. To find things that they can do. </w:t>
      </w:r>
      <w:r>
        <w:lastRenderedPageBreak/>
        <w:t xml:space="preserve">They don't do well in a normal work environment, but they my groomers wall was complicated in my head, but once it break it down I could have part of it machined and then it needed to be assembled well the people in the Orc could follow step AB and C if it's drawn out for them and if they have job coaches. </w:t>
      </w:r>
      <w:r>
        <w:br/>
      </w:r>
    </w:p>
    <w:p w:rsidR="004A2F2C" w:rsidRDefault="00000000">
      <w:r>
        <w:t xml:space="preserve">Normally what they do is they work on a widget for a local manufacturer or a button or something that doesn't have any tangible meaning to them it it's work and they're proud of it and they're proud of themselves it the Orc, maybe I should back up a little bit the Orc takes people in the community who have mental or physical limitations and puts them to work. </w:t>
      </w:r>
      <w:r>
        <w:br/>
      </w:r>
    </w:p>
    <w:p w:rsidR="004A2F2C" w:rsidRDefault="00000000">
      <w:r>
        <w:t xml:space="preserve">Like I said, you can't. A lot of them can't work in a normal work environment, but the orc makes it possible with their job coaches, their programs. But to catch up most of the work they did didn't necessarily mean anything because it was a gadget. Well, once they saw the groomer's wall, they knew that was going to be helping dogs and cats and people. And they visualized, I think, these people working with dogs and cats and so that they wanted to, they argued amongst, I heard who could work on the groomer's wall because it's for the cats and the dogs. </w:t>
      </w:r>
      <w:r>
        <w:br/>
      </w:r>
    </w:p>
    <w:p w:rsidR="004A2F2C" w:rsidRDefault="00000000">
      <w:r>
        <w:t xml:space="preserve">And so they had to take turns who could walk on the work on the groomer's wall. And there's so many projects like that have such meaning for these people. And it benefited all for groomers, it benefited us. It wasn't free labour you pay for it often at a reduced rate, but you're putting people to work, like my son who wouldn't be working otherwise, who would maybe be wandering around the streets with not much to do. So the ORC is wonderful i know there are other organizations like that in the country and there are our silent people, the ones, the families hide, the ones with the special needs because they don't know what to do with them. </w:t>
      </w:r>
      <w:r>
        <w:br/>
      </w:r>
    </w:p>
    <w:p w:rsidR="004A2F2C" w:rsidRDefault="00000000">
      <w:r>
        <w:t xml:space="preserve">Well, they have something to do now and they're proud of themselves and I, except for one order this summer that I had to go to a manufacturer to catch up on the orders I was behind so far, the overseas going to build all of my groomers walls going forward as long as they can. That's fantastic and it's what a way to help your community go forward. And this is something that groomers who have ideas that want to build something, want to create something. </w:t>
      </w:r>
      <w:r>
        <w:br/>
      </w:r>
    </w:p>
    <w:p w:rsidR="004A2F2C" w:rsidRDefault="00000000">
      <w:r>
        <w:t xml:space="preserve">This is a very viable option to find someone that can put your item together and it's in the United States and it's something you can do to help people have a job that otherwise wouldn't. And like you were saying because it's related to cats and bunnies, it makes it that much more special for them. So it has meaning. It's a something they are giving to the grooming community that I love that they remember all those manufacturers turned me </w:t>
      </w:r>
      <w:r>
        <w:lastRenderedPageBreak/>
        <w:t xml:space="preserve">down for the groomer's wall for literal years. And the orc, when I walked in the door, they greeted me, they took me and showed me around. They introduced me to a lot of their workers and I should have been there in the 1st place but I didn't know I should have been there and I'm there now so there's that. </w:t>
      </w:r>
      <w:r>
        <w:br/>
      </w:r>
    </w:p>
    <w:p w:rsidR="004A2F2C" w:rsidRDefault="00000000">
      <w:r>
        <w:t xml:space="preserve">There you go. So what was your first grooming show? Well, our first grooming show was 2019 we went to All American. That's our home show it's only about four hours from here and we're terrified, brought too much product. I thought that we were gonna be running to snobbish people that didn't want us around and see us as competitors or just annoyances if anything else. Boy was I wrong. Once the groomers saw that we were trying to build a product to help them, to help their lives, because that's what we do if it doesn't help the groomers life make grooming easier, we like to say, then we don't do it or make the pet safer. </w:t>
      </w:r>
      <w:r>
        <w:br/>
      </w:r>
    </w:p>
    <w:p w:rsidR="004A2F2C" w:rsidRDefault="00000000">
      <w:r>
        <w:t xml:space="preserve">And the groomers recognize that right away. The other vendors were open. They offered advice they were just plain nice to us. When you're in a vending booth, you don't get much time to go to the bathroom or anything else well, these other vendors who had it figured out a little better would say, hey, can we go get something for you guys to eat can we go pick you something up to drink? Can we relieve you for just a minute just watch your booth for you. </w:t>
      </w:r>
      <w:r>
        <w:br/>
      </w:r>
    </w:p>
    <w:p w:rsidR="004A2F2C" w:rsidRDefault="00000000">
      <w:r>
        <w:t xml:space="preserve">We never expected that. We never expected the. I never expected the grooming industry to be as wonderful as it is. Yeah, there's all the bad stuff, the 10 %, but this is a wonderful world to be in. I don't know i could go on and on about that, but I'm trying not to. We sold 12 groomers walls at that first show and that was like i may have, I think I mentioned earlier, those walls are still being used by most of the owners, the ones who haven't retired. They love them and they still work and they're helping them. </w:t>
      </w:r>
      <w:r>
        <w:br/>
      </w:r>
    </w:p>
    <w:p w:rsidR="004A2F2C" w:rsidRDefault="00000000">
      <w:r>
        <w:t xml:space="preserve">But it opened up, opened up the world for me, because it wasn't just making a cool product and people giving you money and going away. Now there were things I didn't know popping up all over and I was smart enough to keep notes that first grooming show, that's a really good idea. So what are some of the hidden expenses of trade shows i mean, when you log in, you see be a vendor and be an exhibitor. </w:t>
      </w:r>
      <w:r>
        <w:br/>
      </w:r>
    </w:p>
    <w:p w:rsidR="004A2F2C" w:rsidRDefault="00000000">
      <w:r>
        <w:t xml:space="preserve">And here's the exhibitor package and it's gonna cost X amount of money for this size booth and this size booth and this size booth. So it looks like, OK, that's it, But that's not it, That's not it. What else is there? Well, did you know that if you have electricity to run lights in your booth or a dryer or any kind of display, you have to pay for that electricity? And you have to. </w:t>
      </w:r>
      <w:r>
        <w:br/>
      </w:r>
    </w:p>
    <w:p w:rsidR="004A2F2C" w:rsidRDefault="00000000">
      <w:r>
        <w:lastRenderedPageBreak/>
        <w:t xml:space="preserve">On most places, you have to pay for a licensed unionized electrician to supply that power to you which supplying the power usually means plugging in an extension cord and saying this is OK for what you want to use it. So the electrician usually costs more than the fee to use the electricity. Same thing Internet. Did you know you got to pay for Internet? So if you're going to use a credit card, machine, computers, anything else, you need to pay a fee to have access to that. And they're not exorbitant at most shows, but those things add up. And that's not to mention that you forgot the bag of dog food for your dogs that came with you or you've got a flat tire on the way to the show and the hotels cost more and oh boy, I can go on and on. </w:t>
      </w:r>
      <w:r>
        <w:br/>
      </w:r>
    </w:p>
    <w:p w:rsidR="004A2F2C" w:rsidRDefault="00000000">
      <w:r>
        <w:t xml:space="preserve">Vet fees if something happens, you're usually in the most expensive area and the vets know, hey, this person's here just for the show. We can charge them whatever we want and we bring our dogs. We bring our dogs, Bee and Bindi as demo dogs to help display our products when it gets busy we put them away because they don't like the big crowds, but so that's another expense. Traffic tickets had them the toll roads for goodness gracious. From our place to Pennsylvania to Hershey, I think the toll is like 140$ that's a lot to drive. </w:t>
      </w:r>
      <w:r>
        <w:br/>
      </w:r>
    </w:p>
    <w:p w:rsidR="004A2F2C" w:rsidRDefault="00000000">
      <w:r>
        <w:t xml:space="preserve">That's not your fuel that's paying to use the toll road and you can go away around, but it's a little more miles, 140$ in tolls. We just got back from Florida and I haven't looked at it, but it was pretty high there too. Imagine going on the typical American vacation and you've got 4 kids who want snacks and treats and food and a place to stay, and all the gadgets that they see in the store that they have to have. </w:t>
      </w:r>
      <w:r>
        <w:br/>
      </w:r>
    </w:p>
    <w:p w:rsidR="004A2F2C" w:rsidRDefault="00000000">
      <w:r>
        <w:t xml:space="preserve">That's about what it's like going to a trade show, even when you're being frugal. Just imagine that. Figure out what you think your cost is going to be and add 25 % of that, 25 % more to that, just to be safe. Now most of the time I come in pretty low and that means profit. So you try to keep things down, but boy, when they go wrong and you need to have a plan for that. </w:t>
      </w:r>
      <w:r>
        <w:br/>
      </w:r>
    </w:p>
    <w:p w:rsidR="004A2F2C" w:rsidRDefault="00000000">
      <w:r>
        <w:t xml:space="preserve">One thing I definitely want to say, because everyone's expenses are different and you can change, you can negate some of those things, but keep track of your expenses. If you don't keep track of your expenses, I recommend one credit card. Everything goes on that so you can keep track of it because if you don't keep track of it, you won't know if you made a profit or not at that show. </w:t>
      </w:r>
      <w:r>
        <w:br/>
      </w:r>
    </w:p>
    <w:p w:rsidR="004A2F2C" w:rsidRDefault="00000000">
      <w:r>
        <w:t xml:space="preserve">That's some of the expenses. Ok, So what were some of the things about your first show that you now do differently. Try not to be afraid so much went into the first show like we were the first vendors in the whole world. I'd bring less product. I'd bring candy. It's always good to have candy at your booth. I used to bring chocolate and people would take some. Then I started mixing mints in there, the good chewy ones, and they were pushing the chocolate </w:t>
      </w:r>
      <w:r>
        <w:lastRenderedPageBreak/>
        <w:t xml:space="preserve">out of the way to get more mints. So now I just have the chewable mints and I have vendors and customers who beat feet over to get a few pieces to keep in their pocket. </w:t>
      </w:r>
      <w:r>
        <w:br/>
      </w:r>
    </w:p>
    <w:p w:rsidR="004A2F2C" w:rsidRDefault="00000000">
      <w:r>
        <w:t xml:space="preserve">I would have had a better website. I would have had better, I would have been set up better i went to the show thinking that that's how you sell things. That's how you show people things to sell over the next coming year. And a lot of times they come back the following year and say, OK, I couldn't wait for the show to buy it because I saw it last year i had to think it over. </w:t>
      </w:r>
      <w:r>
        <w:br/>
      </w:r>
    </w:p>
    <w:p w:rsidR="004A2F2C" w:rsidRDefault="00000000">
      <w:r>
        <w:t xml:space="preserve">You had to think it over for a whole year. Yeah, that's what that's what people do groomers are usually pretty frugal. They watch their money because a lot of groomers are don't have a lot of money laying around to spend. One thing I would do, she's outside with the dog so I can say it is I would have listened to my wife more because she had thought about these things too and I thought it was just me. </w:t>
      </w:r>
      <w:r>
        <w:br/>
      </w:r>
    </w:p>
    <w:p w:rsidR="004A2F2C" w:rsidRDefault="00000000">
      <w:r>
        <w:t xml:space="preserve">So I should have used what she said a little bit more but we didn't say that Industry too. Yes, she's a groomer and if you're not a groomer, you can do this. But there's insights that the groomers are going to give you, not just the products that you just don't know. And I see that in groomers eyes if they ask a question, it's a technical question I can answer lickety split because I designed it, i overbuilt it so it won't break on you. But then they'll talk about how you use it and they look at me and say, oh, you're not the groomer. And they look around and they see Kim and they'll say, excuse me, I have a question. </w:t>
      </w:r>
      <w:r>
        <w:br/>
      </w:r>
    </w:p>
    <w:p w:rsidR="004A2F2C" w:rsidRDefault="00000000">
      <w:r>
        <w:t xml:space="preserve">I'm like, OK, well, I just got trumped. But that's OK, except that use that groomers know stuff that someone like me never will i don't want groom. It's different when you're actually grooming. Different perspective. So now you've got three different products. So how do you do your marketing now? Good question. Well, one mistake I made all through this business is I thought, oh, I'll make this product, I'll sell it at shows and that'll be it. Ok. It's not just shows. I'll sell them online, I'll sell them on Facebook and that'll be it. I've had friends, three friends specifically who have who have one called me in the middle of the night and said, Tommy, you're screwing up. </w:t>
      </w:r>
      <w:r>
        <w:br/>
      </w:r>
    </w:p>
    <w:p w:rsidR="004A2F2C" w:rsidRDefault="00000000">
      <w:r>
        <w:t xml:space="preserve">And every time it's been wonderful for me to just be willing to say you're right. One of them was Amanda Mattis at Celtic K9 another one was Angie Coates, i know her. And another one was Amy Remy. Well, apparently Amy Remy and Angie Coates talked and said Tommy is really screwing up his social media. And Amy said I've got a little bit of time on my hands I'm going to fix it. </w:t>
      </w:r>
      <w:r>
        <w:br/>
      </w:r>
    </w:p>
    <w:p w:rsidR="004A2F2C" w:rsidRDefault="00000000">
      <w:r>
        <w:lastRenderedPageBreak/>
        <w:t xml:space="preserve">I had to admit that I did not know what I was doing. Instagram, I I'm not a dumb fella, but Instagram is beyond me a little bit. How you can communicate through pictures or short videos or reels. I just couldn't grasp it in my head. Amy took my little Amy took my little Facebook, tiny little world and blew it up. She took it to Instagram they were, guess what there are people on Instagram who don't go on Facebook, and there are people on Facebook that don't go on Instagram. And then there's tik tok, and then there's WhatsApp and others. </w:t>
      </w:r>
      <w:r>
        <w:br/>
      </w:r>
    </w:p>
    <w:p w:rsidR="004A2F2C" w:rsidRDefault="00000000">
      <w:r>
        <w:t xml:space="preserve">She opened that up and that opened it up to the world. I just talked to a groomer in Hamburg yesterday hamburg, Germany, Switzerland. We're in Canada we're in Australia all because of the social media and someone who knew what they were doing. And I was smart enough to let my friend outsource it for me. So now we're selling all over the world. We need vendors in different parts of the world, but we're selling all over the world and maybe I shouldn't give Amy so much credit, but she took me from selling on the street corner to selling in the whole country, Selling in the whole world. </w:t>
      </w:r>
      <w:r>
        <w:br/>
      </w:r>
    </w:p>
    <w:p w:rsidR="004A2F2C" w:rsidRDefault="00000000">
      <w:r>
        <w:t xml:space="preserve">Something we learned the lease to bring up her name from Bardell Bows she founded Bardell Bows. She said that in her research she found that only about 20 % of groomers get continuing education or attend a trade show and that seems silly to me, but that means 80 % of the groomers who need our products and who will benefit from our products don't hear about us. Some of them are starting to hear because they say, hey, that funny video on tik tok or that funny looking guy on Instagram and he puts me on there a lot. But you got to remember there, you got to reach everyone or as many as you can. And that's what's different. </w:t>
      </w:r>
      <w:r>
        <w:br/>
      </w:r>
    </w:p>
    <w:p w:rsidR="004A2F2C" w:rsidRDefault="00000000">
      <w:r>
        <w:t xml:space="preserve">That's what my marketing is different now and we're growing it. We're learning every week there's stuff we don't know what we don't know to say that horrible thing. So how often how much time do you need to dedicate communicating with your social media manager? Is it a daily thing is it a monthly thing? Do you not communicate how do you do that? If in my case, Amy were sitting next to me, I would still spend a third of my day communicating with her. </w:t>
      </w:r>
      <w:r>
        <w:br/>
      </w:r>
    </w:p>
    <w:p w:rsidR="004A2F2C" w:rsidRDefault="00000000">
      <w:r>
        <w:t xml:space="preserve">So now I have to take time to contact her on the phone, Instagram, just however I can communicate with her messaging. We burn up the keys i think we've used the letters off of the keys. You have to communicate constantly and you have to trust your marketing person if you can't trust them, they're not the right person. She when she's making videos or ads for me, she says she has me in her head. That must be a horrible thing. But she says it and advertises it and does it like I would want instead of how she just grabbing it out of the sky. </w:t>
      </w:r>
      <w:r>
        <w:br/>
      </w:r>
    </w:p>
    <w:p w:rsidR="004A2F2C" w:rsidRDefault="00000000">
      <w:r>
        <w:t xml:space="preserve">You've got to communicate constantly to have that kind of service constantly. So what were some of the things you wish you had done differently when you were starting out? There's a </w:t>
      </w:r>
      <w:r>
        <w:lastRenderedPageBreak/>
        <w:t xml:space="preserve">couple of things. The big one is more confidence in myself. I know that's probably something most of us deal with. The imposter syndrome is real it i mean our products are completely new. They're not. I'm not taking someone else's things that they use and rebranding, there's nothing wrong with that. But our stuff is brand new. </w:t>
      </w:r>
      <w:r>
        <w:br/>
      </w:r>
    </w:p>
    <w:p w:rsidR="004A2F2C" w:rsidRDefault="00000000">
      <w:r>
        <w:t xml:space="preserve">So it is very hard to come up with the concept, create it and bring it to market. It's 100 times harder when you have to convince yourself that your idea has value much less yourself. I don't know how to tell you get over that one. It's it that's a daily battle. My ideas do have value. My thoughts and my communications have value. And that's my that's my affirmation for today. So that's the number one thing I wish I'd had done differently. </w:t>
      </w:r>
      <w:r>
        <w:br/>
      </w:r>
    </w:p>
    <w:p w:rsidR="004A2F2C" w:rsidRDefault="00000000">
      <w:r>
        <w:t xml:space="preserve">Two, I would have reached out to more people for advice and help. I tried to keep everything secret because I was worried someone was going to steal my ideas so I didn't ask people in the industry and there are people out there who will steal your ideas. So you have to be careful non disclosure agreements people, NDA non disclosure agreement you can get them easily off the Internet, use them or have if you can have your attorney draw them up for you. </w:t>
      </w:r>
      <w:r>
        <w:br/>
      </w:r>
    </w:p>
    <w:p w:rsidR="004A2F2C" w:rsidRDefault="00000000">
      <w:r>
        <w:t xml:space="preserve">But those people have so much advice for you. I try to help anyone who's starting a new business where I can, giving them advice, trying to call pitfalls for them, save them money. But I didn't think those people were out there i thought no one was going to want to help me because we were going to do things differently. I just didn't think it would happen. It does happen, and it happens more that I allowed myself to reach out to people more than I ever could have imagined. I have AI have a group of friends, a support group that I recommend you all have. </w:t>
      </w:r>
      <w:r>
        <w:br/>
      </w:r>
    </w:p>
    <w:p w:rsidR="004A2F2C" w:rsidRDefault="00000000">
      <w:r>
        <w:t xml:space="preserve">And in them is Angie Coates, Amanda Mattis and amy Hedren, Amy Remy and my wife. So I can bounce ideas off of my friends and they can say, Oh my God, that's the worst thing I've ever heard of in my life. And maybe they're wrong, but I can bounce it off of them. Most of the time they're right. Don't tell them that, please. Especially Angie. But they're usually right. Go back in the recording and videotape that you're saying, I think well, she probably will yeah. So those are the two big things I wish I'd done differently. That and I guess go to marketing and get my social media up earlier. </w:t>
      </w:r>
      <w:r>
        <w:br/>
      </w:r>
    </w:p>
    <w:p w:rsidR="004A2F2C" w:rsidRDefault="00000000">
      <w:r>
        <w:t xml:space="preserve">Alright, So what are some of the things that you did correctly in? In hindsight? She's still outside so I can say it again. Listen to my wife, that was one of the smartest things I did and I didn't do it originally completely. And she says i don't know how I come up with these ideas, these solutions. I don't have the ideas, I have the solutions. But to me, the way she comes up with a need that groomers have, not just herself. </w:t>
      </w:r>
      <w:r>
        <w:br/>
      </w:r>
    </w:p>
    <w:p w:rsidR="004A2F2C" w:rsidRDefault="00000000">
      <w:r>
        <w:lastRenderedPageBreak/>
        <w:t xml:space="preserve">Because she will see, oh this is my shop, this is my setup that the shortfall is rather than something this is all groomers deal with the trachy issues on dogs. Keeping the dogs closer to you. Suicidal puppies i heard a groomer say, I love that they try to dive off at the table, but she's able to convey that to me a non groomer in a way that I understand and that I could find a solution for. That was something I did right. I was smart enough to rely on my family early on I was working a full time job and sometimes that was a lot of overtime, especially in the winter and I couldn't get everything done well my daughter is really good at building things and in the beginning she built my first 50 groomers walls that I was able to get out because of her. </w:t>
      </w:r>
      <w:r>
        <w:br/>
      </w:r>
    </w:p>
    <w:p w:rsidR="004A2F2C" w:rsidRDefault="00000000">
      <w:r>
        <w:t xml:space="preserve">I leaned on her and now it's my son, my special needs son who's turned into a wonderful young man and he does everything he can to keep dad from throwing his back out or getting too hot or overworking himself and so he comes over and does innumerable things for me and for the business. That was something I did right? And I was smart enough to trust them unsure scary. But I did trust them and my friends that I keep mentioning because they're family too. So that's some of the things I did do right. And you had to trust yourself. Yeah, that's the hard one. That's the really hard one. When do you explore all opportunity, all the other venues, you realize maybe I did, maybe I am right, maybe this will work and I turn to those people and they go, yeah, we've been saying this for months. </w:t>
      </w:r>
      <w:r>
        <w:br/>
      </w:r>
    </w:p>
    <w:p w:rsidR="004A2F2C" w:rsidRDefault="00000000">
      <w:r>
        <w:t xml:space="preserve">You could have been further along in the process of you to listen. So what? What were some unexpected hurdles and how did you overcome them? I never in my wildest dream would have thought that United States manufacturers in the United States did not want to work with small companies. They are some that advertise, but those are I guess those are small companies with deeper pockets than I had or. </w:t>
      </w:r>
      <w:r>
        <w:br/>
      </w:r>
    </w:p>
    <w:p w:rsidR="004A2F2C" w:rsidRDefault="00000000">
      <w:r>
        <w:t xml:space="preserve">But I don't know. I actually got to the point with my trach saver that I begged A manufacturer to build them and they just said no just doesn't interest us. I it still dumbfounds me i still expect to be able to pick up a phone call and call the manufacturer in the US and then be willing to at least talk to me. And that's not the case unfortunately, it's not the case. </w:t>
      </w:r>
      <w:r>
        <w:br/>
      </w:r>
    </w:p>
    <w:p w:rsidR="004A2F2C" w:rsidRDefault="00000000">
      <w:r>
        <w:t xml:space="preserve">Something else is. I thought I was going to make a product and sell it like I said, and that's it. Well, guess what you have to box that thing you have to figure out boxes you need. You've got to come up with labels, barcodes, You've got to ship them out. You've got to keep them safe until they get to a, until they're a customer purchases on them, it's overwhelming. </w:t>
      </w:r>
      <w:r>
        <w:br/>
      </w:r>
    </w:p>
    <w:p w:rsidR="004A2F2C" w:rsidRDefault="00000000">
      <w:r>
        <w:t xml:space="preserve">Even now it's overwhelming. And i think I'm a patient person. And then I knew that creating a brand new product from an idea was going to take a while, but Oh my gosh, I had no idea it was going to take as long as it does. So far, it takes about a year and a half from concept </w:t>
      </w:r>
      <w:r>
        <w:lastRenderedPageBreak/>
        <w:t xml:space="preserve">floating around in my head to a manufacturer sending me a production sample. Now it's getting shorter and shorter as I get more and more experience, but everything takes longer. So just plan on everything taking a long time and then taking longer than that and sometimes longer than that. It's not as bad if you're rebranding or white labeling something that's out there in another part of the world that you want to bring to the US or you want to bring to the groomers market. </w:t>
      </w:r>
      <w:r>
        <w:br/>
      </w:r>
    </w:p>
    <w:p w:rsidR="004A2F2C" w:rsidRDefault="00000000">
      <w:r>
        <w:t xml:space="preserve">It's not nearly as bad, but still plan on everything taking forever. Ok, So what words of wisdom would you give to someone who is a new entrepreneur? The first thing I say to someone who talks about, oh, I want to do this, I want to do what you do i want to do what all four groomers is trying to do. I tell him to read this book, The Black Sheep Formula. I think it's 2$ on amazon. It's inexpensive, it's small, it's short and it's written by a I was suspicious because it was written by an entrepreneur who wouldn't even put his name on it. </w:t>
      </w:r>
      <w:r>
        <w:br/>
      </w:r>
    </w:p>
    <w:p w:rsidR="004A2F2C" w:rsidRDefault="00000000">
      <w:r>
        <w:t xml:space="preserve">And he says the reason is he didn't want the credit for it he just anyway, it won't tell you everything you need to know, but it's an easy read about the steps you're gonna have to take and then master. I've been doing this four years now, over 4, and I'm still doing the steps that I first learned about in that book. It's not going to make you an entrepreneur or a vendor, but it's going to tell you what you're going to have to do. It's going to find out if you're willing to do those things, if you're willing to take the steps and take the time and the money. </w:t>
      </w:r>
      <w:r>
        <w:br/>
      </w:r>
    </w:p>
    <w:p w:rsidR="004A2F2C" w:rsidRDefault="00000000">
      <w:r>
        <w:t xml:space="preserve">So that's a good place to start read that. If you're still willing, then keep going. But be patient. Slow down. Nothing is going to happen fast and I mean nothing it it's just not. Be kind to everyone you deal with. The manufacturers that I move, that I use in China, in China is where the hand saver and the trach saver are built. They will move mountains for me because of the relationships I've built with them, because when something goes wrong, I don't yell at them and I say I understand and I appreciate what you're doing to fix the problem and I guess that's just not what people do in the industry. </w:t>
      </w:r>
      <w:r>
        <w:br/>
      </w:r>
    </w:p>
    <w:p w:rsidR="004A2F2C" w:rsidRDefault="00000000">
      <w:r>
        <w:t xml:space="preserve">So it's really helped me it's really helped all for groomers i think that they've done things that they don't normally do for a client just because I treat them what how I'd want to be treated, things are going to go wrong. I heard in the podcast one time that if you're in a business, you need to be like Double O 7, all cool and calm and hey, guess what your warehouse just burned down. You're not supposed to go screaming and panic and melt you're supposed to start thinking of solutions and think about your plan to restore and to rebuild and well, I'm not quite the Double O 7 type, so I like to think of the Blues Brothers with their shades and their hats, and even when literal buildings fell on them, they kept the same demeanor. </w:t>
      </w:r>
      <w:r>
        <w:br/>
      </w:r>
    </w:p>
    <w:p w:rsidR="004A2F2C" w:rsidRDefault="00000000">
      <w:r>
        <w:lastRenderedPageBreak/>
        <w:t xml:space="preserve">Imperfect, mind you, but they kept the same demeanor. So I shoot for that i picture those guys in my head sometimes. If you're not that way, you're going to have to learn to put on your Blues brother's coat and act that way when situations come up and situations do come up. And don't think that things going wrong is just because it's you or just because things went wrong. That's called business that's things happen and you deal with them, and how you deal with them depends on how your business runs. </w:t>
      </w:r>
      <w:r>
        <w:br/>
      </w:r>
    </w:p>
    <w:p w:rsidR="004A2F2C" w:rsidRDefault="00000000">
      <w:r>
        <w:t xml:space="preserve">Just be open to anything, and accept that everything is OK Do you have any tips for someone going to their first show, Be a vendor? Yeah the first thing I would say is you don't know everything if you act i see new vendors come in and act like they've got it all in their hip pocket. They it's going to be a lonely show for you. </w:t>
      </w:r>
      <w:r>
        <w:br/>
      </w:r>
    </w:p>
    <w:p w:rsidR="004A2F2C" w:rsidRDefault="00000000">
      <w:r>
        <w:t xml:space="preserve">Because the vendors who have been doing it for years and years and years or even a few years like us, they're not going to be open to you probably. They're not going to really accept you and your and your business if you come in and act like you know everything, but accept that you don't know everything except that you're ready to learn. Like I was accidentally smart enough to do that first show is keep a notebook with you. And anytime anything pops up that's like, oh, I should have done that or that would be a good idea for next time, jot it down because you're going to forget 80 % of those things that pop in your head when you get home. </w:t>
      </w:r>
      <w:r>
        <w:br/>
      </w:r>
    </w:p>
    <w:p w:rsidR="004A2F2C" w:rsidRDefault="00000000">
      <w:r>
        <w:t xml:space="preserve">I do a notebook at every show, even now, and I've been doing this a little while. That's just two of the pages there's more. Ok. But if you are open, if you are kind, when you go into a vending show, you're going to find that the people around you are helpful. Some of them are going to become your lifelong friends, or at least they could. </w:t>
      </w:r>
      <w:r>
        <w:br/>
      </w:r>
    </w:p>
    <w:p w:rsidR="004A2F2C" w:rsidRDefault="00000000">
      <w:r>
        <w:t xml:space="preserve">They're going to offer you advice. They're going to point things out for you and I and I should say that a good vendor at A at a trade show is busy constantly. There's always someone to talk to. There's always something that needs to be done to replenish the stock you just sold. There's always, there's always something to do always it's often difficult to even go to the bathroom, to take two minutes to go to the bathroom, much less eat or anything else. You should try to do those things. But those same vendors out there who are that busy, if you are open and kind, they will take the time that they don't have to talk to you and help you in any way they can. </w:t>
      </w:r>
      <w:r>
        <w:br/>
      </w:r>
    </w:p>
    <w:p w:rsidR="004A2F2C" w:rsidRDefault="00000000">
      <w:r>
        <w:t xml:space="preserve">Don't be an ass, There's always a few in every industry. Just don't be one of them. If you are, put your booth away from me because I want to help everyone around me but if you're an ass, go figure it out. You're not going to get anywhere like that. So tell me about your team and how did that come about? Well, my team, the All for Groomers team. That right there is </w:t>
      </w:r>
      <w:r>
        <w:lastRenderedPageBreak/>
        <w:t xml:space="preserve">Amy Remy on the left. </w:t>
      </w:r>
      <w:r>
        <w:br/>
      </w:r>
    </w:p>
    <w:p w:rsidR="004A2F2C" w:rsidRDefault="00000000">
      <w:r>
        <w:t xml:space="preserve">Angie Coates you know, reggie no more goes by Reggie Scissorhands in the middle and Nicole Beckman on the right. Those were Nicole was my very first team member. Ambassador, if you will. I was told excuse me. I was told that if you can afford it and I luckily luckily enough got to the point where I could. You find you find a groomer who's doing well and who's winning trophies and you support them and they'll say, oh that winning person will use your products so then I should use your products. Yeah, not so much. There are. There are vendors who have those team members who are winning trophies all the time, who are on Groom Team USA, who are the top of the crop, the cream of the crop. </w:t>
      </w:r>
      <w:r>
        <w:br/>
      </w:r>
    </w:p>
    <w:p w:rsidR="004A2F2C" w:rsidRDefault="00000000">
      <w:r>
        <w:t xml:space="preserve">But good or bad, I'm not interested in those people. I want to try to support the competitors, the educators, the speakers who have the heart in the right place. We're trying to make the industry better. Who are Nicole i noticed that young woman when she was on stage doing a creative. She was working hard, but she was also helping the other two groomers around her. I think if I would have been up there doing the creative or something like that, I would have been solely focused on my project myself. That's not what she did. </w:t>
      </w:r>
      <w:r>
        <w:br/>
      </w:r>
    </w:p>
    <w:p w:rsidR="004A2F2C" w:rsidRDefault="00000000">
      <w:r>
        <w:t xml:space="preserve">That's not what any of them do, Amy. She competes, and if you look and you don't see her looking at her dog, it's probably because she's offering advice or tool to someone working around her. Nicole's that way. Angie doesn't compete she's an educator, as you see, and she's climbing that ladder. Reggie doesn't compete yet i think he could if he if he chooses to, that's his choice. But he's a he did do rescue roundup and won first place i'm sorry i sorry Reg. He's one of the most wonderful human beings I've ever met in my life and it just is and all of these people are not shown here is Mindy Dinwiddie and now Jess. </w:t>
      </w:r>
      <w:r>
        <w:br/>
      </w:r>
    </w:p>
    <w:p w:rsidR="004A2F2C" w:rsidRDefault="00000000">
      <w:r>
        <w:t xml:space="preserve">Jess Parker. I'm freezing here. She's a salesperson and a Rep for us in the Deep South, in Mississippi, Alabama and Florida and she's an educator in her own right she writes articles. She goes into the shops and tries to help those small shops become better. So she's not just in there to sell a product her own. Is that everyone angie, I think I forgot Markey James. I'm sorry, Markey. Markey is also another educator up and coming she's done some training her classes. She's not super well known yet, but she's somebody with their heart in the right place. </w:t>
      </w:r>
      <w:r>
        <w:br/>
      </w:r>
    </w:p>
    <w:p w:rsidR="004A2F2C" w:rsidRDefault="00000000">
      <w:r>
        <w:t xml:space="preserve">And the reviews from her classes by your students shows that. So if you want to be on the all four groomers team and I can't take anyone else or my wife will make me sleep in the yard. But you need to be doing things for the right reason. It's not all about you, it's about the industry it's about the people it's they're treating people how they want to be treated. That's the most important thing. Every single member of this team is like that. Every single </w:t>
      </w:r>
      <w:r>
        <w:lastRenderedPageBreak/>
        <w:t xml:space="preserve">member of this team is an inspiration to me. </w:t>
      </w:r>
      <w:r>
        <w:br/>
      </w:r>
    </w:p>
    <w:p w:rsidR="004A2F2C" w:rsidRDefault="00000000">
      <w:r>
        <w:t xml:space="preserve">There's so much bigger than all four groomers is and I assembled the team, but they've turned into this huge wonderful monster that helps people and teaches and makes the industry better. I don't care if they win trophies, although Nicole is winning trophies, Amy's winning trophies. Angie is getting more and more recognized reggie, he won first and he is his way up there marky just won New best New Speaker of the Year. And Mindy is teaching everyone everywhere, all over the country. But they support each other, this bunch of people. They have their own little chat group and if something someone's got a problem, they all dive in and help. </w:t>
      </w:r>
      <w:r>
        <w:br/>
      </w:r>
    </w:p>
    <w:p w:rsidR="004A2F2C" w:rsidRDefault="00000000">
      <w:r>
        <w:t xml:space="preserve">They sacrifice for each other occasionally they cheer each other on. You ought to see it when somebody does something noteworthy, it blows up the their chat group blows up and if somebody's got a downfall then it blows up as well and support. I'm proud of every single one of them individually and as a team and i love all of them. That's this monster of a team we have it all for groomers and they I think are telling the industry what we're trying to stand for too. </w:t>
      </w:r>
      <w:r>
        <w:br/>
      </w:r>
    </w:p>
    <w:p w:rsidR="004A2F2C" w:rsidRDefault="00000000">
      <w:r>
        <w:t xml:space="preserve">So when you get feedback, does it help? Does it not help? Thank you, easier question. The feedback does all kinds of things it feeds the ego monster we all have in our heads. It makes us feel better about something we did. It helps fight that well, we'll forget about that part for a minute. The worst thing you can have is people saying, people who like you and say, oh, this is wonderful we love your products, we love it, love it, love it. Ok, what do you love about it? Well, it's your products we just love it but that that's wonderful and it makes us feel good, but it doesn't help. </w:t>
      </w:r>
      <w:r>
        <w:br/>
      </w:r>
    </w:p>
    <w:p w:rsidR="004A2F2C" w:rsidRDefault="00000000">
      <w:r>
        <w:t xml:space="preserve">It seems counterintuitive, but the best feedback or the feedback I appreciate the most is the negative stuff. My hand doesn't fit into the grooves on your hand Saber well that gives me something I can address and make better. And no one said that, but it would be better with smaller Combs, things that I can improve on and another thing I love is when someone says something negative, even that meant to be hurtful. You can address that with your response in a way that it educates. It attempts to educate the person with the negative, hurtful comment, but it educates the people reading it tells them how that person is incorrect or used it incorrectly or it just didn't work for that situation. </w:t>
      </w:r>
      <w:r>
        <w:br/>
      </w:r>
    </w:p>
    <w:p w:rsidR="004A2F2C" w:rsidRDefault="00000000">
      <w:r>
        <w:t xml:space="preserve">But it also shows the people, I think, I think groomers are out there waiting to see how you're going to respond to the crap that's out there on the Internet. Are you going to get riled up and start yelling and screaming and doing all of that or are you going to say, you know you're entitled to your opinion and I disagree but hey, here's the good stuff we do try to be the better person. That wouldn't hurt for all of us to do on the Internet a little bit more </w:t>
      </w:r>
      <w:r>
        <w:lastRenderedPageBreak/>
        <w:t xml:space="preserve">oK, so what's next for you oh, well, I've got a list another list. I've turned into a list person. </w:t>
      </w:r>
      <w:r>
        <w:br/>
      </w:r>
    </w:p>
    <w:p w:rsidR="004A2F2C" w:rsidRDefault="00000000">
      <w:r>
        <w:t xml:space="preserve">Never was before. I've got more products I want to come out with. I'd love for this business to be successful enough that Kim can step away from grooming mostly as her hands and her neck and her shoulders and her back give out. And granted, we're capitalizing on those things what can we do to make them better? But I would like to see her be able to step away and help me more with this business and less with her salon, her successful salon. </w:t>
      </w:r>
      <w:r>
        <w:br/>
      </w:r>
    </w:p>
    <w:p w:rsidR="004A2F2C" w:rsidRDefault="00000000">
      <w:r>
        <w:t xml:space="preserve">We live in Minnesota and I'd like to go South. Dang it. I would like to be somewhere warm in the winter. I plowed snow for years and snow is beautiful, but it's cold and I want to fish. I think you were one asking the question more about for the business but you know, I hope that's what's next for me and I get to go fishing once in a while. I gave up pretty much all of my I gave up all of my leisure activities When I started this business as a choice, I didn't do it because I had to. </w:t>
      </w:r>
      <w:r>
        <w:br/>
      </w:r>
    </w:p>
    <w:p w:rsidR="004A2F2C" w:rsidRDefault="00000000">
      <w:r>
        <w:t xml:space="preserve">My choice was to throw myself into this business to make it successful when I came out with the Trake Saver when I was coming out with the Trake Saver, I needed more money for orders. I sold my boat. I sold it to a neighbor who takes his kids fishing almost every weekend in the summer now my fishing poles are covered in dust and I would like to you know do a couple of those leisure things again. </w:t>
      </w:r>
      <w:r>
        <w:br/>
      </w:r>
    </w:p>
    <w:p w:rsidR="004A2F2C" w:rsidRDefault="00000000">
      <w:r>
        <w:t xml:space="preserve">But as far as the business, I'm going to keep bringing out products as long as I can as many as I can and help more groomers and we want to go worldwide, we need vendors in europe excellent. Thank you very much Tommy. Thank you for coming thank you for sharing your insights with us. We really appreciate it. Thank you for having me this is officially my first class as you can tell from my awkwardness, but I hope you got something from it. </w:t>
      </w:r>
      <w:r>
        <w:br/>
      </w:r>
    </w:p>
    <w:p w:rsidR="004A2F2C" w:rsidRDefault="00000000">
      <w:r>
        <w:t xml:space="preserve">And don't be afraid to reach out to me if you need help, you want help, or if you just want advice. But people have helped me along the way, I want to help them too. All right you did great, Tommy, by the way, so thank you. And a couple things I want to touch on that you that you discussed. One was the value of being nice, not overemphasized. Just take the time to be nice to somebody it won't be a intellect, what that world opens up for you and being nice doesn't mean being a pushover. I believe firmly don't be a doormat or people will wipe their feet on you. </w:t>
      </w:r>
      <w:r>
        <w:br/>
      </w:r>
    </w:p>
    <w:p w:rsidR="004A2F2C" w:rsidRDefault="00000000">
      <w:r>
        <w:t xml:space="preserve">But be kind, be nice it it's an effort. My first, my first response, Mary, is to yell at people and throw things and stomp off and feel like a fool. But that's not what I do most of the time, right? There are many times somebody, I'll help somebody just because I know they're a nice person and for no other reason. Ok? I've also had people help me because that was nice </w:t>
      </w:r>
      <w:r>
        <w:lastRenderedPageBreak/>
        <w:t xml:space="preserve">too. </w:t>
      </w:r>
      <w:r>
        <w:br/>
      </w:r>
    </w:p>
    <w:p w:rsidR="004A2F2C" w:rsidRDefault="00000000">
      <w:r>
        <w:t xml:space="preserve">Niceness is a nice circle. Ok. The other thing I want to make mention is about your team, OK? You have made an extraordinary team, a team of relatable people who people that we see and they say they use your product we know you, they use your product. I have a contract with most of my team, Mary i don't talk about it much, but in the contract it says explicitly if I come out with a product and you don't agree with it or you don't like it, you're not required to use it. Just don't use it. That hasn't happened yet. They're all excited and they all use what I have but that isn't out for each one of them. </w:t>
      </w:r>
      <w:r>
        <w:br/>
      </w:r>
    </w:p>
    <w:p w:rsidR="004A2F2C" w:rsidRDefault="00000000">
      <w:r>
        <w:t xml:space="preserve">I'm not forcing them to do anything. Ok, cool. Ok, so the first recording, let me we could stop recording now hold on. But they're back in the chair. </w:t>
      </w:r>
      <w:r>
        <w:br/>
      </w:r>
    </w:p>
    <w:sectPr w:rsidR="004A2F2C" w:rsidSect="00034616">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53118" w:rsidRDefault="00153118">
      <w:pPr>
        <w:spacing w:after="0" w:line="240" w:lineRule="auto"/>
      </w:pPr>
      <w:r>
        <w:separator/>
      </w:r>
    </w:p>
  </w:endnote>
  <w:endnote w:type="continuationSeparator" w:id="0">
    <w:p w:rsidR="00153118" w:rsidRDefault="001531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A2F2C" w:rsidRDefault="00000000">
    <w:pPr>
      <w:pStyle w:val="Footer"/>
      <w:jc w:val="center"/>
    </w:pPr>
    <w:r>
      <w:t xml:space="preserve">Page </w:t>
    </w:r>
    <w:r>
      <w:fldChar w:fldCharType="begin"/>
    </w:r>
    <w:r>
      <w:instrText>PAGE</w:instrText>
    </w:r>
    <w:r w:rsidR="00537E35">
      <w:fldChar w:fldCharType="separate"/>
    </w:r>
    <w:r w:rsidR="00537E35">
      <w:rPr>
        <w:noProof/>
      </w:rPr>
      <w:t>1</w:t>
    </w:r>
    <w:r>
      <w:fldChar w:fldCharType="end"/>
    </w:r>
    <w:r>
      <w:t>/</w:t>
    </w:r>
    <w:r>
      <w:fldChar w:fldCharType="begin"/>
    </w:r>
    <w:r>
      <w:instrText>NUMPAGES</w:instrText>
    </w:r>
    <w:r w:rsidR="00537E35">
      <w:fldChar w:fldCharType="separate"/>
    </w:r>
    <w:r w:rsidR="00537E3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53118" w:rsidRDefault="00153118">
      <w:pPr>
        <w:spacing w:after="0" w:line="240" w:lineRule="auto"/>
      </w:pPr>
      <w:r>
        <w:separator/>
      </w:r>
    </w:p>
  </w:footnote>
  <w:footnote w:type="continuationSeparator" w:id="0">
    <w:p w:rsidR="00153118" w:rsidRDefault="001531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40309160">
    <w:abstractNumId w:val="8"/>
  </w:num>
  <w:num w:numId="2" w16cid:durableId="476802806">
    <w:abstractNumId w:val="6"/>
  </w:num>
  <w:num w:numId="3" w16cid:durableId="729159728">
    <w:abstractNumId w:val="5"/>
  </w:num>
  <w:num w:numId="4" w16cid:durableId="569846382">
    <w:abstractNumId w:val="4"/>
  </w:num>
  <w:num w:numId="5" w16cid:durableId="1189022181">
    <w:abstractNumId w:val="7"/>
  </w:num>
  <w:num w:numId="6" w16cid:durableId="424961186">
    <w:abstractNumId w:val="3"/>
  </w:num>
  <w:num w:numId="7" w16cid:durableId="1180198565">
    <w:abstractNumId w:val="2"/>
  </w:num>
  <w:num w:numId="8" w16cid:durableId="1327322384">
    <w:abstractNumId w:val="1"/>
  </w:num>
  <w:num w:numId="9" w16cid:durableId="6393849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53118"/>
    <w:rsid w:val="0029639D"/>
    <w:rsid w:val="00326F90"/>
    <w:rsid w:val="004A2F2C"/>
    <w:rsid w:val="00537E35"/>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B1ECB9F6-5A66-0547-ACB5-06C86B8AA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7341</Words>
  <Characters>41849</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49092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Mary Oquendo</cp:lastModifiedBy>
  <cp:revision>2</cp:revision>
  <dcterms:created xsi:type="dcterms:W3CDTF">2023-10-22T19:44:00Z</dcterms:created>
  <dcterms:modified xsi:type="dcterms:W3CDTF">2023-10-22T19:44:00Z</dcterms:modified>
  <cp:category/>
</cp:coreProperties>
</file>