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C25FE" w:rsidRDefault="00000000">
      <w:pPr>
        <w:pStyle w:val="Title"/>
      </w:pPr>
      <w:r>
        <w:t>Create A Workshop</w:t>
      </w:r>
    </w:p>
    <w:p w:rsidR="000C25FE" w:rsidRDefault="000C25FE"/>
    <w:p w:rsidR="000C25FE" w:rsidRDefault="00000000">
      <w:r>
        <w:rPr>
          <w:b/>
        </w:rPr>
        <w:t>Date</w:t>
      </w:r>
      <w:r>
        <w:t xml:space="preserve">    2023-10-23</w:t>
      </w:r>
    </w:p>
    <w:p w:rsidR="000C25FE" w:rsidRDefault="000C25FE"/>
    <w:p w:rsidR="000C25FE" w:rsidRDefault="00000000">
      <w:r>
        <w:t xml:space="preserve">OK, welcome to the last session of the Life after Grooming Summit with from Positive Educational Training and this summit has meant a lot to me so I'm going to tell you why I started the summit in the 1st place is because we can't all groom until our bodies breakdown is a very physical job. And the decision for me to go into teaching had to do with let's go on the way back machine to like around 2010 And my husband lost his kidneys and was on dialysis until he got a kidney transplant. But he worked a very physical job and his body was literally breaking down and kind of had to figure out how to not have two broken down people in the house at the same time. </w:t>
      </w:r>
      <w:r>
        <w:br/>
      </w:r>
    </w:p>
    <w:p w:rsidR="000C25FE" w:rsidRDefault="00000000">
      <w:r>
        <w:t xml:space="preserve">So I needed to have a plan bI needed to know what I could do that would be less physical and by this time I was already teaching. And the how positive Ed launched in the 1st place back in 2011 OK, was because I was going to a lot of trade shows i was teaching at a lot of trade shows, but I wasn't taking any classes at trade shows, OK? And I wasn't taking any trade, any classes at trade shows because we just make sure the recording OK was because either the classes that I wanted to teach, I wanted to take were being taught at the same time I was teaching, and then either that I was tired, I was too exhausted teaching can take a lot out of it, OK? So I started realizing that all of my online education was, all my education was online in other industries. </w:t>
      </w:r>
      <w:r>
        <w:br/>
      </w:r>
    </w:p>
    <w:p w:rsidR="000C25FE" w:rsidRDefault="00000000">
      <w:r>
        <w:t xml:space="preserve">Online education and other industries is a thing. It happens all the time. There's so I was taking so many business classes. I was taking so many tech classes in other industries, but there was nothing in our industry that had like live workshops there was recorded stuff, but there was nothing that was live. So that's when I launched positive educational training back in 2011 And it's gone through a couple of revisions over the years cause the first two times didn't do so well. But you know what we can go anyone who's interested in taking their career further in teaching than what I'm going to teach here, I'm the person you contact. </w:t>
      </w:r>
      <w:r>
        <w:br/>
      </w:r>
    </w:p>
    <w:p w:rsidR="000C25FE" w:rsidRDefault="00000000">
      <w:r>
        <w:t xml:space="preserve">Ok, so let's get the party started. Ok, so this is me and I just really want to emphasize email is not the best way to get a hold of me. I just responded to Brianna's email that she sent probably 2 weeks ago. Every couple weeks I do check my spam. Ok. The best way to get a hold of me is to either text me or find me on Facebook, Message me, friend me, find me by in </w:t>
      </w:r>
      <w:r>
        <w:lastRenderedPageBreak/>
        <w:t xml:space="preserve">my group at Gruber town hall, tag me in a post and then I will see it. </w:t>
      </w:r>
      <w:r>
        <w:br/>
      </w:r>
    </w:p>
    <w:p w:rsidR="000C25FE" w:rsidRDefault="00000000">
      <w:r>
        <w:t xml:space="preserve">Ok, So what are we looking to accomplish today with this particular workshop? I want to walk you through the process, my process this is how I put together a workshop. Ok, there's a couple little other things thrown in there, but this is what I do when I design A workshop. And every workshop that was presented today is a brand new workshop. Ok, nobody else has that was being is teaching that. </w:t>
      </w:r>
      <w:r>
        <w:br/>
      </w:r>
    </w:p>
    <w:p w:rsidR="000C25FE" w:rsidRDefault="00000000">
      <w:r>
        <w:t xml:space="preserve">So if you think first of all that nobody's going to want to listen to what it is, I have to say, or my perspective, you'd be wrong, OK? Because a couple of months ago, none of these workshops existed, OK? And even if it was something that is already being taught, all right, you're all going to have a unique perspective, all right? And it's your perspective that can make a difference for somebody. I was at one of the trade shows, it was one of the Barclay shows, and they had a day of Bichon's They had like four or five Bichon classes taught by different people, and all those classes were full. </w:t>
      </w:r>
      <w:r>
        <w:br/>
      </w:r>
    </w:p>
    <w:p w:rsidR="000C25FE" w:rsidRDefault="00000000">
      <w:r>
        <w:t xml:space="preserve">Ok, So what I'm going to cover in this workshop? First of all, how to name your workshop, all right, How to set expectations for the workshop? How to do a brain dump That how to organize that brain dump and I just saw a spelling error, which I'll have to fix it another time, creating an outline how to flesh out each topic. We'll talk about presenting and supporting materials and then how do you give people access and accountability for your programs? Ok, let's start with naming your workshop. Ok, title should be like 3 words, maybe 5 words, three to five somewhere in there. </w:t>
      </w:r>
      <w:r>
        <w:br/>
      </w:r>
    </w:p>
    <w:p w:rsidR="000C25FE" w:rsidRDefault="00000000">
      <w:r>
        <w:t xml:space="preserve">And let's talk about cute versus clarity. Name of this workshop is creating a workshop. 3 words. Do you know what this workshop is about yes, creating a workshop. Ok, now the workshop before that was going forward to retreats. Ok, yeah, that's kind of borderline cute. However, the title still is using the word retreats rather than like, retreating. Ok, be clear in your title you want somebody to be able to read the title and know exactly what it is that they're gonna learn? Ok, so there's a couple things I'm going to point out in a presentation that I am doing. </w:t>
      </w:r>
      <w:r>
        <w:br/>
      </w:r>
    </w:p>
    <w:p w:rsidR="000C25FE" w:rsidRDefault="00000000">
      <w:r>
        <w:t xml:space="preserve">Ok, so the first title slide here, OK has my logo, the name of the workshop. And you also notice I've got copyright and trademark information. Positive educational training is trademarks that's why it's got the little R on it, All right. So not only have I personally trade, I've copyrighted this presentation, my business has also copyrighted it. So put your name on it. Throw a copyright on it right the second page of any presentation is how to contact me, OK. And be clear on what is the best way to contact me. Ok. So moving back, we'll come back to these. All right. So whatever it is, keep it between three and five Words be clear. </w:t>
      </w:r>
      <w:r>
        <w:br/>
      </w:r>
    </w:p>
    <w:p w:rsidR="000C25FE" w:rsidRDefault="00000000">
      <w:r>
        <w:lastRenderedPageBreak/>
        <w:t xml:space="preserve">All right, Then you're going to start off with setting expectations for the workshop. And why do we set expectations? So if we go back to this slide here, what are we looking to accomplish? I am setting the expectation for this class. All right, I'm going to walk you through my process. Ok, the brain is a wonderful thing it's a wonderful device it's a wonderful tool. Ok. But your brain sets things up. Ok, So when I set up, when I give you an expectation for this class, your brain starts the filing cabinet. </w:t>
      </w:r>
      <w:r>
        <w:br/>
      </w:r>
    </w:p>
    <w:p w:rsidR="000C25FE" w:rsidRDefault="00000000">
      <w:r>
        <w:t xml:space="preserve">Ok. The filing cabinet is called creating a workshop, OK? And in it you know you're going to learn my process for putting together a workshop. Your brain is now primed for this, right? So you're going to tell them what it is they are going to learn. And one of the thing I want to make here to talk about consideration for all learning types we all learn differently, all right? And the more you incorporate into your program, your workshop, the more reach you are going to have. Ok, so let's talk about first of all the five, the five primary ways you're going to learn let me just check the slide there. </w:t>
      </w:r>
      <w:r>
        <w:br/>
      </w:r>
    </w:p>
    <w:p w:rsidR="000C25FE" w:rsidRDefault="00000000">
      <w:r>
        <w:t xml:space="preserve">Nope good. Ok, so the five primary ways people learn in general, the first one is visual. They absorb what they see. Those people tend to be very meticulous they value planning and organization. They are very aware of colors and brightness and contrast and anything that is visually appealing, like a slide deck. So a slide deck can be PowerPoints. I do mine in Canva. There's lots of programs if you have a Mac, you have Keynote on your thing. But if you notice that the colors, there's contrast here. There's a little bit of words here, not a lot they're just bullet points. Ok. It's also I provide closed captioning so again it's a, it's a visual part of that and I'll go into closed captioning and why for the neurodiverse a few minutes. </w:t>
      </w:r>
      <w:r>
        <w:br/>
      </w:r>
    </w:p>
    <w:p w:rsidR="000C25FE" w:rsidRDefault="00000000">
      <w:r>
        <w:t xml:space="preserve">Ok. The second are auditory learners. They listen they want to listen to what it is you have to say, OK, music video clips if you're doing a demonstration, you can't bring a demo you could have a video up on the wall. Ok. Anything that's prerecorded. Auditory learners do well with lectures. They're the ones who could sit in a lecture hall and take notes where if somebody that is auditory and is just watching a presentation and the person's a talking head, they're going to nod off and you won't hear from them again. </w:t>
      </w:r>
      <w:r>
        <w:br/>
      </w:r>
    </w:p>
    <w:p w:rsidR="000C25FE" w:rsidRDefault="00000000">
      <w:r>
        <w:t xml:space="preserve">Ok. They also are the ones that tend to contribute more to live workshops. Ok. So repetition, Q and A sessions, any kind of accountability partners, they do well, that people who are auditory learners. Then there's verbal learners. All right. They need both the visual and the audio. Ok. They're the ones who write in their workbooks. Ok. So there is a connection between the motor skill of writing and the create the creative part of your brain so that when you physically write something, it lights up the creative parts of the brain. </w:t>
      </w:r>
      <w:r>
        <w:br/>
      </w:r>
    </w:p>
    <w:p w:rsidR="000C25FE" w:rsidRDefault="00000000">
      <w:r>
        <w:t xml:space="preserve">Things are absorbed better. Ok, it's makes things a little bit more absorbable all right, So that's why I provide transcripts. All right. There are inexpensive services like Otter AII </w:t>
      </w:r>
      <w:r>
        <w:lastRenderedPageBreak/>
        <w:t xml:space="preserve">actually use Nuda for transcripting. But there are other companies out there, some more expensive than others otter AI is going to be your most inexpensive option to provide transcripts all right. The fourth are logical learners. They are very methodical. They are linear in thought it's this then that. Ok, they need a plan to follow you need to tell them what to do. Ok, they tend to be very goal oriented, but there needs to be a time expectation and require homework all right so for the summit, the time expectation is the amount of time you have access to watch the recordings. </w:t>
      </w:r>
      <w:r>
        <w:br/>
      </w:r>
    </w:p>
    <w:p w:rsidR="000C25FE" w:rsidRDefault="00000000">
      <w:r>
        <w:t xml:space="preserve">Ok, if you purchase individually, it's three weeks if you have a membership, it's six weeks if you want that certificate. Ok, then there's a little homework that goes along with it. All right. I try to incorporate as many learning techniques as I possibly can, and then the fifth is kinesthetic. That is a hands on skill, right? And that can include writing in a notebook or creating something that they put together, something they have to think about. If it's a grooming workshop, it's someone who's bringing a dog in so that they can mimic the instructor. </w:t>
      </w:r>
      <w:r>
        <w:br/>
      </w:r>
    </w:p>
    <w:p w:rsidR="000C25FE" w:rsidRDefault="00000000">
      <w:r>
        <w:t xml:space="preserve">So hands on, they're moving, they're using their hands. There's also two secondary traits that go into this oK? People will learn either social or interpersonal. So what's social is they love to work with other people they want to be around other people. Ok. They love accountability partners they love trade shows. Ok. They can also be. They're really good in like live settings. Ok. You got to give these people time limits. Ok. All right. Then there's the intrapersonal. They want to work on their own. Ok, I'm you're going to find out most people have a little bit of all of them, but predominantly one. </w:t>
      </w:r>
      <w:r>
        <w:br/>
      </w:r>
    </w:p>
    <w:p w:rsidR="000C25FE" w:rsidRDefault="00000000">
      <w:r>
        <w:t xml:space="preserve">Ok. So by taking into consideration in your workshop everything, all the different ways that people learn, you're going to reach them, they're going to absorb your material. Ok then there's a neurodiverse community and the pet industry on a whole attracts a higher percentage of the neurodiverse than any other industry, All right, Maybe outside of the arts, but they similarly learned differently. But that is it, OK? And the neurodiverse community can include a lot there's people who are autistic they have Asperger's, ADHD. There's a lot of other categories it just makes them learning a little bit different. So my personal philosophy is this. I am an educator. That means it is my responsibility to teach in a manner in which you understand. </w:t>
      </w:r>
      <w:r>
        <w:br/>
      </w:r>
    </w:p>
    <w:p w:rsidR="000C25FE" w:rsidRDefault="00000000">
      <w:r>
        <w:t xml:space="preserve">On the flip side, as a student, it is your responsibility to learn. And if I am not presenting the material in a manner in which you understand, let me know that so I can fix that and I can help you, OK? People on the spectrum can also have sensory issues 'cause there can be sensory overload, sight, smell, noise, too much background activity. Sometimes they can, they can appear to be disruptive in class 'cause they're interrupting with their stories. But from their perspective, what they're really doing is validating what you say. So if you're doing live classes, you have to make sure that you there's a line between letting people take </w:t>
      </w:r>
      <w:r>
        <w:lastRenderedPageBreak/>
        <w:t xml:space="preserve">over your class and acknowledging that, yes, that's a great story. </w:t>
      </w:r>
      <w:r>
        <w:br/>
      </w:r>
    </w:p>
    <w:p w:rsidR="000C25FE" w:rsidRDefault="00000000">
      <w:r>
        <w:t xml:space="preserve">Let's discuss this later. Ok? So again, if you have questions, make sure you pop them in the chat. So what's a brain dump? All right, I'm going to show you a brain dump. I have little notebooks i have them everywhere. Ok, so I'm working on a new workshop, OK? And I think it's this way and with a brain dump is this. I just write down everything that comes to mind when I am thinking about a new program. So for this program that I'm working on is not done is how to think like a boss. So all of the little things that I think fall into that category and these are actually already categorized. </w:t>
      </w:r>
      <w:r>
        <w:br/>
      </w:r>
    </w:p>
    <w:p w:rsidR="000C25FE" w:rsidRDefault="00000000">
      <w:r>
        <w:t xml:space="preserve">Ok so the original sheet of paper was just a sheet of paper i think I had like 3 pages. And I would just write down everything I wanted to talk about. And the first time you do it is that spend like maybe an hour the first time and then you put it to the side and then I will spend another week and the paper just sits there. And as I'm thinking of things, I will add to it, 'cause remember, when I am writing, it's lighting up the creative parts of my brain, and now I'm thinking about it. </w:t>
      </w:r>
      <w:r>
        <w:br/>
      </w:r>
    </w:p>
    <w:p w:rsidR="000C25FE" w:rsidRDefault="00000000">
      <w:r>
        <w:t xml:space="preserve">And as I'm thinking about it, I'm at other things I want to add to it so I am adding to this list, and I like to do it on a piece of paper and a pen. You can do it digitally. However, if you do it digitally, I'm going to tell you use the pen, OK, because it's the motor skill of writing, not so much the typing, it's the writing so if you use digital, get the pen that goes along with it and use the pen and write on it. I have a remarkable, all right, it's a digital notebook there are other brands of digital notebooks, but that's the one I like. </w:t>
      </w:r>
      <w:r>
        <w:br/>
      </w:r>
    </w:p>
    <w:p w:rsidR="000C25FE" w:rsidRDefault="00000000">
      <w:r>
        <w:t xml:space="preserve">And it has a pen. And when I am out and about and where I have that with me because I don't always bring my notebook with me, I'll write it down on digital notepad and then transfer it to paper when I get home. Ok, so now I've done this, I've put my brain dump and I've got 3 pages of notes now. Ok, now I need to organize it. I need to organize my brain dump. Ok, and for that I'm going to use colored pens i love colored pens in fact, when I have my glitter pens, I much prefer my glitter pens. </w:t>
      </w:r>
      <w:r>
        <w:br/>
      </w:r>
    </w:p>
    <w:p w:rsidR="000C25FE" w:rsidRDefault="00000000">
      <w:r>
        <w:t xml:space="preserve">Ok, so I'll read through my notes and I'm going to start to see patterns. So the things that are connected. And I'm going to use different color pens for different things that are connected, like for example, or let's take one of the topics was on people, OK. So the things on that list there that pertain to people was stop micromanaging, encourage creativity, seek guidance, lift up your crew strength and weaknesses and give them the tools. Those are what I all consider to be 1 topic and so that was all one different color. And once I have gone through the list OK and sometimes I may not be certain where something belongs i might use two colors 'cause it could be one topic, it could be another topic, all right, maybe it belongs in both topics i don't know and I won't know that until I take the time to go over and go over </w:t>
      </w:r>
      <w:r>
        <w:lastRenderedPageBreak/>
        <w:t xml:space="preserve">all the things. </w:t>
      </w:r>
      <w:r>
        <w:br/>
      </w:r>
    </w:p>
    <w:p w:rsidR="000C25FE" w:rsidRDefault="00000000">
      <w:r>
        <w:t xml:space="preserve">And now I'm going to put it into topics now if we go back, all right, so that first slide is, so the order of a presentation is going to be the title slide, contact slide setting my expectations for the class and the next part of the filing cabinet for that brain so the filing cabinet says create that program, creating a workshop, and now these are all the drawers in there. Ok, so this is what I'm going to cover this is what I when I put this workshop together, I had it into 8 topics. Ok, right. That I wanted to discuss. All right, so each of these topics, So I'm going to start off, this is slide five and six because it's got a total of 8 topics i mean, you can put this all in one slide, but these are all individual topics. </w:t>
      </w:r>
      <w:r>
        <w:br/>
      </w:r>
    </w:p>
    <w:p w:rsidR="000C25FE" w:rsidRDefault="00000000">
      <w:r>
        <w:t xml:space="preserve">All right, so now your brain knows that this is what we're going to cover. So where your brain is right now, I'm organizing your brain dump. Ok. It's filing that information away. Right after we finish here, we're going to go on how to create an outline, OK right. So now that I've decided on my topics, OK, and you can move things around, things should ought to flow in what makes the best sense. So when you're looking at your topics, OK, does it make sense that I talk about this first, and then this first, and then this? And I haven't gotten that far, by the way, with the workshop I am working on. </w:t>
      </w:r>
      <w:r>
        <w:br/>
      </w:r>
    </w:p>
    <w:p w:rsidR="000C25FE" w:rsidRDefault="00000000">
      <w:r>
        <w:t xml:space="preserve">The only thing I've gotten so far is that I have organized the topics, I mean into actual topics. Ok, I haven't decided on the flow what am I going to cover first there i haven't decided yet, and I may not even decide that until I flush out the topics. Ok, things can get moved around as you see fit. All right, so now we have organized everything into brain dumps and now we know our topics. Ok, We want to put that outline together so we can start going forward with it. All right. So for the workshop, which is not completed yet, all right, I've decided that I think the best low will be starting off with mindset, going into people, going into the business part of it and then going into tools, All right. </w:t>
      </w:r>
      <w:r>
        <w:br/>
      </w:r>
    </w:p>
    <w:p w:rsidR="000C25FE" w:rsidRDefault="00000000">
      <w:r>
        <w:t xml:space="preserve">So that is going to be the four topics I am covering it so 1-2-3-4 that's my outline right here. So and this workshop I have 8:00 this is the outline for this workshop right here. So just the title of what I'm going to cover. That's it right now we have the outline. Now let's flush it out. Now we got to flush out each topic so having like a word or two is in research. Ok, so I'm also working on an emergency and disaster planning program. Ok, there's a lot of research that goes into that, goes a lot of Googling and going to the right sites and getting the correct information. </w:t>
      </w:r>
      <w:r>
        <w:br/>
      </w:r>
    </w:p>
    <w:p w:rsidR="000C25FE" w:rsidRDefault="00000000">
      <w:r>
        <w:t xml:space="preserve">Ok, any given workshop really should be a standard workshop. Is an hour of material OK if I put together this, or between 45 and 50 minutes and then time for questions it's really what a standard workshop should be. Ok, so when I'm doing the research, all right, and I realize there's a couple ways I could handle something, I can get really into depth. And now this is a </w:t>
      </w:r>
      <w:r>
        <w:lastRenderedPageBreak/>
        <w:t xml:space="preserve">three or 4 hour workshop. Ok, if that's the case, I have a couple options. Ok, I can make it a three or four hour in depth workshop. </w:t>
      </w:r>
      <w:r>
        <w:br/>
      </w:r>
    </w:p>
    <w:p w:rsidR="000C25FE" w:rsidRDefault="00000000">
      <w:r>
        <w:t xml:space="preserve">Ok, all right. If I'm going to cut it down to an hour, I can either then take one of the topics instead of all four of them and discuss that, OK. And then it might be a four parter like, this is part one, Part 2, Part 3, Part 4, or I can get less in detail about a lot of things all right to meet that one hour. If you're going to approach trade shows as an unknown speaker, they are not going to want 2-3-4 hour programs. They're going to try you out on an hour. Ok? So you need to make sure that when you are fleshing out each topic OK, that your timing is correct, all right. </w:t>
      </w:r>
      <w:r>
        <w:br/>
      </w:r>
    </w:p>
    <w:p w:rsidR="000C25FE" w:rsidRDefault="00000000">
      <w:r>
        <w:t xml:space="preserve">And when you are checking your timing, it means you got to be running through the material and if you don't have anybody to talk to, if you're not doing a live class, your timing is going to be different. It's going to be quicker. All right. If you're not stopping to ask questions, if you're not stopping because somebody is talking, it's people sitting down, there's things that will slow down an in person trade show that will not happen online. </w:t>
      </w:r>
      <w:r>
        <w:br/>
      </w:r>
    </w:p>
    <w:p w:rsidR="000C25FE" w:rsidRDefault="00000000">
      <w:r>
        <w:t xml:space="preserve">So like this particular workshop, OK, if I'm doing it live, it'll definitely be an hour long program. But online we'll see how many people ask me questions. Ok. You know, the only good thing about also online is that you can ask me questions later and watch it. Ok. So for the emergency disaster planning, there's a lot of research that's going into that. Ok. And there's going to be a general one hour workshop and then there's going to be more of an in depth workshop that goes along with it. </w:t>
      </w:r>
      <w:r>
        <w:br/>
      </w:r>
    </w:p>
    <w:p w:rsidR="000C25FE" w:rsidRDefault="00000000">
      <w:r>
        <w:t xml:space="preserve">So I like to give trade shows options. Ok. And then when you're timing, all right, I tell people, if you're going to time a workshop, you can go up on Zoom, Zoom or you can get a free account on Zoom it's 40 minutes. We'll give you 40 minutes of time. All right. In which case, you could practice talking about it using your notes. And I'm going to say use your notes take notes for your workshop. There's more to this than this presentation, I have notes, OK, And I bring my notes to my live classes and I will walk around with my notes at live classes. </w:t>
      </w:r>
      <w:r>
        <w:br/>
      </w:r>
    </w:p>
    <w:p w:rsidR="000C25FE" w:rsidRDefault="00000000">
      <w:r>
        <w:t xml:space="preserve">Ok. I have never had an evaluation to say, Oh my God, she's walking around with notes suppose not to She might not know her stuff. That's not true the purpose of notes is that so that you keep a keep on track and that you can go back and say as you're going over your notes. Yeah let me add this. Ok. Don't ever use the words oh, I forgot. Never use the words i forgot It's. Let me add this. Ok, one more thing. Ok, you can use subheadings. Ok, so if you find a topic all right, really needs more information to it. </w:t>
      </w:r>
      <w:r>
        <w:br/>
      </w:r>
    </w:p>
    <w:p w:rsidR="000C25FE" w:rsidRDefault="00000000">
      <w:r>
        <w:lastRenderedPageBreak/>
        <w:t xml:space="preserve">I don't have a slide up that would show that where like this one here. So this is the topic is flushing out it's one of the topics. Ok, what I'm doing here research timing and subheadings. These are subheadings. Ok. So I'm going to discuss each of these and putting it together now, moving it along to presenting supportive materials and I am probably going to do a quick little field trip over to Canva. Ok, there's there. Like, so like I said, I personally have a teacher, student contract. </w:t>
      </w:r>
      <w:r>
        <w:br/>
      </w:r>
    </w:p>
    <w:p w:rsidR="000C25FE" w:rsidRDefault="00000000">
      <w:r>
        <w:t xml:space="preserve">All right, So what that means is that I'm responsible for you to teach the manner which you understand you're responsible to learn. And how I do it is with my presenting and my support of materials. Ok, so the first one, PowerPoints and I use the Word PowerPoints 'cause that's basically what everyone knows, the word powerPoints is actually a Microsoft thing, or Adobe PowerPoints, OK, And on most Windows or it's generally not a free thing. </w:t>
      </w:r>
      <w:r>
        <w:br/>
      </w:r>
    </w:p>
    <w:p w:rsidR="000C25FE" w:rsidRDefault="00000000">
      <w:r>
        <w:t xml:space="preserve">Ok. Sometimes it comes bundled on a computer, like for me, For me, I have PowerPoint, I have Keynote, but I also have a subscription to whatever it is I have a subscription to that gives me access to PowerPoints. Ok, And let me just make sure that's not a question for the class. No oK, But they're actually called slide decks, all right? And I'm just going to go over to in just a bit over to Canva, All right, so I can show you PowerPoints and a workbooks. Now The thing is with workbooks, right? One of the things that I love about the Barclay shows is that they will print out my workbooks i've put a lot of effort into my workbooks. </w:t>
      </w:r>
      <w:r>
        <w:br/>
      </w:r>
    </w:p>
    <w:p w:rsidR="000C25FE" w:rsidRDefault="00000000">
      <w:r>
        <w:t xml:space="preserve">They will print out the workbooks for any class that I am teaching, OK? And there are students who need that, who want that. A workbook is not a class manual. It is to take notes to go along with the class. Ok, so if somebody is walking by my class and grabbing my workbook, it's not really going to help them if they don't actually take the class. Ok, And there's accommodations it's not just for the neurodiverse and neurotypical accommodations. There's part of like the closed captioning and the transcripts that I provide also have to do with the with the deaf community. </w:t>
      </w:r>
      <w:r>
        <w:br/>
      </w:r>
    </w:p>
    <w:p w:rsidR="000C25FE" w:rsidRDefault="00000000">
      <w:r>
        <w:t xml:space="preserve">Ok, I want to appeal to as many people as possible. If you're doing this at a trade show, it's the trade show's responsibility to make sure that anybody that is deaf can be accommodated. I will generally add a trade show. Somebody who needs me to look at them while I am speaking will come up to me privately and say, hey, did you look at me when I'm when you're talking so that I cuz I cuz they read lips. You cannot bring attention to any disability. You can't say, oh, hey, I have a deaf person up front and I need to talk to them so they can read my lips you can't say that, OK? You can make eye contact while still talking to people in the audience all right so online, you don't have to necessarily worry about eye contact because I'm only looking in One Direction, all right? I'm looking straight at the camera, so I'm talking directly to you. </w:t>
      </w:r>
      <w:r>
        <w:br/>
      </w:r>
    </w:p>
    <w:p w:rsidR="000C25FE" w:rsidRDefault="00000000">
      <w:r>
        <w:lastRenderedPageBreak/>
        <w:t xml:space="preserve">However, in a trade show, OK, you're going to have people sitting all over the place. All right. So when I speak, I will just move my eyes from right to middle to left, so it'll look like I am making eye contact with the section. Ok. The workbooks are there for those who need the workbook. Trade shows are very energetic there's a lot of high energy it's very overwhelming and it can be really overwhelming for people who are neurodiverse. Ok. What the workbooks do is they give them something to write. </w:t>
      </w:r>
      <w:r>
        <w:br/>
      </w:r>
    </w:p>
    <w:p w:rsidR="000C25FE" w:rsidRDefault="00000000">
      <w:r>
        <w:t xml:space="preserve">Ok, so that they can go back later and review their material. Ok so that is why I believe in workbooks for any given educational thing that I am doing OK. And in the workbook at the very last page of the workbook is my checklist for putting together a workshop. Ok, so when I'm when I am alright. So let me talk about closed captioning real quick. Ok, I provide Closed captioning is not cheap. Ok, When I process the video, I process the videos i do them through Vimeo because when you watch a video, the recording through Vimeo, they also provide closed captioning and that's simply part of the whole Vimeo thing. </w:t>
      </w:r>
      <w:r>
        <w:br/>
      </w:r>
    </w:p>
    <w:p w:rsidR="000C25FE" w:rsidRDefault="00000000">
      <w:r>
        <w:t xml:space="preserve">I also will put things in Vimeo because I can protect my workshops from unauthorized downloads. Ok. The closed captioning there simply a bonus. Ok, there are services that are not nearly as expensive as others. One of them is Ava dot me. Ok, and it does work with Zoom, so I can enable it so that it works on my account here. So it's just something that I do. So I'm making sure that I am accommodating as many people as I can. Ok, so when you utilize audio visual writing, the more that you utilize and whatever class you're teaching to whatever audience you're teaching at, when you utilizes all of those learning skills, retention jumps from 10 % to 90 %. </w:t>
      </w:r>
      <w:r>
        <w:br/>
      </w:r>
    </w:p>
    <w:p w:rsidR="000C25FE" w:rsidRDefault="00000000">
      <w:r>
        <w:t xml:space="preserve">So people taking your classes are gonna retain 90 % of what you teach as opposed to only 10 %. Ok, so before we go here, I'm going to stop the share. I'm going to go over and I'm going to grab Canva. True, true let me get Canva up. And while I now have the paid version of Canva, for a long time I had the free version. Where'd you guys go? Ok, let me do a share screen. Ok, so like I said, I currently have the paid version of Canva now it's like 120 bucks a year. But for years and years, I used the free version of Canva. Ok, so I want to create a design and it's going to give me no create new. </w:t>
      </w:r>
      <w:r>
        <w:br/>
      </w:r>
    </w:p>
    <w:p w:rsidR="000C25FE" w:rsidRDefault="00000000">
      <w:r>
        <w:t xml:space="preserve">I have a lot of templates, Presentation 16 to 9. Ok. The only downsize downside to using Canva is if you put your notes in Canva, it downloads funny, all right, The notes downloads funny, not the presentation. Ok, so when I download it, if I download it and upload it and use it for PowerPoint, I'll put my notes in afterwards. If I am using it directly from Canva then I'll leave my notes in place. </w:t>
      </w:r>
      <w:r>
        <w:br/>
      </w:r>
    </w:p>
    <w:p w:rsidR="000C25FE" w:rsidRDefault="00000000">
      <w:r>
        <w:t xml:space="preserve">Ok, so this is the dimensions for a presentation and they have templates to use on the side, some are free and some of you're paid. Ok, like I put this one here, this free one. Ok And I </w:t>
      </w:r>
      <w:r>
        <w:lastRenderedPageBreak/>
        <w:t xml:space="preserve">could start it there. Ok. If they're going to pay for it has the pro there. So either you have the pro account, in which case I could use this so if I change my mind and I want to use this one, all right, I can use this one. I can change any of the colors that I want on it. Or on some yes all right, go back. So this is not a Canva tutorial, all right this is just to show this is how you can make your PowerPoints. </w:t>
      </w:r>
      <w:r>
        <w:br/>
      </w:r>
    </w:p>
    <w:p w:rsidR="000C25FE" w:rsidRDefault="00000000">
      <w:r>
        <w:t xml:space="preserve">Ok, say I don't like any of these things. Ok, let me get my Etsy account up. I use a lot of templates. I make my life easy why should I design this and take time designing this when I can find a design I like all right, so let me go get Etsy up share screen. Ok, so I want to use PowerPoint template and now somebody has gone through the trouble of doing this myself themselves now and like I was talking about in the retreats for social media, being as I am working in Canva, I need to make certain that the PowerPoint template that I buy here I can use in Canva. </w:t>
      </w:r>
      <w:r>
        <w:br/>
      </w:r>
    </w:p>
    <w:p w:rsidR="000C25FE" w:rsidRDefault="00000000">
      <w:r>
        <w:t xml:space="preserve">Ok, so OK, let's look at this one this is 8$ and 80 cents OK. What I want to make sure is that it specifically says that I can use this for Canva learn more about this item 20 slides for PowerPoint Alright, so this is not going to be good 'cause this is for PowerPoint, I can download it to my computer and open it up with PowerPoint. I'm not going to be able to edit this in Canva, so this is this is not gonna work for me. Ok, so make sure Alright, here's here's one. Ok and right on the OK, it says Canva right there so I know that if I download this one I can use it in Canva and I'll just go through the pictures and decide are these what I am looking for? Ok. </w:t>
      </w:r>
      <w:r>
        <w:br/>
      </w:r>
    </w:p>
    <w:p w:rsidR="000C25FE" w:rsidRDefault="00000000">
      <w:r>
        <w:t xml:space="preserve">And if it is 16 bucks. Ok, little one of the more pricier ones, but you know what? How much time does this say that I don't actually have to design it? Ok, so oh, let's do workbooks Canva templates do another share. So same thing on Canva let's stop this. All right, I'm going to do workbooks Canva template. Ok, so again, I don't want to spend a lot of time doing this, all right? And for the summits, I don't do these type of workbooks, but for my other classes, I absolutely do so let's do workbooks Canva template. </w:t>
      </w:r>
      <w:r>
        <w:br/>
      </w:r>
    </w:p>
    <w:p w:rsidR="000C25FE" w:rsidRDefault="00000000">
      <w:r>
        <w:t xml:space="preserve">Why is it not searching for me? All right, it is let's go back let's try it this way workbooks. Canva template OK and all of these come up OK again. Even though I've done the search for Canva, I am still going to make certain that I can use it for Canva. Like this one here is not i can tell this it doesn't have the Canva has the other logos, but not Canva all right, let's look at this one this one is 5 bucks. Ok, Digital download. Learn more about this product. </w:t>
      </w:r>
      <w:r>
        <w:br/>
      </w:r>
    </w:p>
    <w:p w:rsidR="000C25FE" w:rsidRDefault="00000000">
      <w:r>
        <w:t xml:space="preserve">Ok and no, it is not for Canva, OK? So just make certain that you know what it is you're buying. Templates can make your life so much easier, right? And there are also people you could hire to do this. Rivers, PowerPoint and her workbooks. She hired somebody to do that, by the way. Ok, because she does not want to do it herself and that's fine time is money. </w:t>
      </w:r>
      <w:r>
        <w:lastRenderedPageBreak/>
        <w:t xml:space="preserve">Ok, so let's go back to the workshop life and current slide. Ok, And then how are you going to present your programs? Ok, all right. </w:t>
      </w:r>
      <w:r>
        <w:br/>
      </w:r>
    </w:p>
    <w:p w:rsidR="000C25FE" w:rsidRDefault="00000000">
      <w:r>
        <w:t xml:space="preserve">Are you going to offer your stuff online or you're only going to do it on person? Because doing things online, that's one skill set. Doing classes in person is another skill set. All right, There is like you first learned how to groom, you weren't put a pair of scissors and Clippers in your hand and said go groom, all right, some education involved in it. There's continuing education, all right? And if you're moving into a second career, no matter what it is, there's continuing education that you need to take in order to be good at what you're doing. Ok? And like I said, if this is what you want to do, I'm your contact person start with me, and if I can't help you, I will put you in contact with the person who can't help you. </w:t>
      </w:r>
      <w:r>
        <w:br/>
      </w:r>
    </w:p>
    <w:p w:rsidR="000C25FE" w:rsidRDefault="00000000">
      <w:r>
        <w:t xml:space="preserve">Ok, But so for your students? Ok, well, your students watch it online with your students come to you in person. Will you go to a trade show? Ok, if you're going to submit to a trade show, I would tell you don't go in there blindly. At least do in persons before you present to the trade shows. Ok, it's one thing doing something live locally that needs a little work than going into a trade show and getting a better reputation. Ok, Are you planning on having your students work together accountability Partners are great, but not everybody works well with an accountability partner. And sometimes you need a specific accountability partners i've gone through Accountability Partners and the things that I do, I have one now. </w:t>
      </w:r>
      <w:r>
        <w:br/>
      </w:r>
    </w:p>
    <w:p w:rsidR="000C25FE" w:rsidRDefault="00000000">
      <w:r>
        <w:t xml:space="preserve">She and I work really well together. I am not ever going to switch being an accountability partner with her for anything that I do ever again. Ok, But if you match people together, it's gotta be a good match. All right, So if you, when you present, you need to look presentable. Ok, So I mean, if you're doing a grooming workshop, grooming attire is fire is fine, OK? If you're at a trade show and you're not doing a grooming demonstration, you need to have, I like to call it business casual. </w:t>
      </w:r>
      <w:r>
        <w:br/>
      </w:r>
    </w:p>
    <w:p w:rsidR="000C25FE" w:rsidRDefault="00000000">
      <w:r>
        <w:t xml:space="preserve">You have to look decent. Ok, so no stained T-shirt no ripped jeans. You got to look the part. Ok. If you're going to apply to AWPA show, they have a call for speakers on their website. And for Barclay, it's Chanel CHANEL at barclay.com If you have an idea of a workshop that you would like to present to, OK. The other thing is I want to give you a story of two speakers when I was first a new groomer and I'm at my first trade show and I took a bunch of classes and one of the classes I took was with Suzetko. </w:t>
      </w:r>
      <w:r>
        <w:br/>
      </w:r>
    </w:p>
    <w:p w:rsidR="000C25FE" w:rsidRDefault="00000000">
      <w:r>
        <w:t xml:space="preserve">So I'm very excited and I see Sue in the hallway and I get up the nerve to talk to her. And I had asked her, I had a couple questions about her class. Would she does she have a few minutes to talk to me? And she said, I sure do walk with me to my next class. And she was so nice, so accommodating, and took the time to answer my questions and then let's go to Speaker B. All right? I And I tell Sue I blame her for this because she gave me the courage to </w:t>
      </w:r>
      <w:r>
        <w:lastRenderedPageBreak/>
        <w:t xml:space="preserve">talk to somebody else, OK, 'cause she was so nice. </w:t>
      </w:r>
      <w:r>
        <w:br/>
      </w:r>
    </w:p>
    <w:p w:rsidR="000C25FE" w:rsidRDefault="00000000">
      <w:r>
        <w:t xml:space="preserve">And then I went to Speaker B and I asked the same questions, said, hey, I was in class, I have a couple questions. And she told me that was paying attention in class i wouldn't have any questions, just totally shot me down. Ok, So when I decided I was going to be when that's is what I wanted to do, I always made sure that I was more like Suzetko than I was like that other person. All right. So remember that, OK, because speaker BI have not seen at a trade show in a really long time. </w:t>
      </w:r>
      <w:r>
        <w:br/>
      </w:r>
    </w:p>
    <w:p w:rsidR="000C25FE" w:rsidRDefault="00000000">
      <w:r>
        <w:t xml:space="preserve">I still see Sue. Ok, any questions? And look at that right at the 45 to 50 minute mark. Ok All right. Again, if you have questions, come find me on Facebook probably the best way to get a hold of me. All right. Pet Groomer Town Hall is my group and thank you so much for attending this series. Next month's summits will be on Behavior and handling. </w:t>
      </w:r>
      <w:r>
        <w:br/>
      </w:r>
    </w:p>
    <w:sectPr w:rsidR="000C25FE"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C2331" w:rsidRDefault="000C2331">
      <w:pPr>
        <w:spacing w:after="0" w:line="240" w:lineRule="auto"/>
      </w:pPr>
      <w:r>
        <w:separator/>
      </w:r>
    </w:p>
  </w:endnote>
  <w:endnote w:type="continuationSeparator" w:id="0">
    <w:p w:rsidR="000C2331" w:rsidRDefault="000C23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25FE" w:rsidRDefault="00000000">
    <w:pPr>
      <w:pStyle w:val="Footer"/>
      <w:jc w:val="center"/>
    </w:pPr>
    <w:r>
      <w:t xml:space="preserve">Page </w:t>
    </w:r>
    <w:r>
      <w:fldChar w:fldCharType="begin"/>
    </w:r>
    <w:r>
      <w:instrText>PAGE</w:instrText>
    </w:r>
    <w:r w:rsidR="00476ACE">
      <w:fldChar w:fldCharType="separate"/>
    </w:r>
    <w:r w:rsidR="00476ACE">
      <w:rPr>
        <w:noProof/>
      </w:rPr>
      <w:t>1</w:t>
    </w:r>
    <w:r>
      <w:fldChar w:fldCharType="end"/>
    </w:r>
    <w:r>
      <w:t>/</w:t>
    </w:r>
    <w:r>
      <w:fldChar w:fldCharType="begin"/>
    </w:r>
    <w:r>
      <w:instrText>NUMPAGES</w:instrText>
    </w:r>
    <w:r w:rsidR="00476ACE">
      <w:fldChar w:fldCharType="separate"/>
    </w:r>
    <w:r w:rsidR="00476AC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C2331" w:rsidRDefault="000C2331">
      <w:pPr>
        <w:spacing w:after="0" w:line="240" w:lineRule="auto"/>
      </w:pPr>
      <w:r>
        <w:separator/>
      </w:r>
    </w:p>
  </w:footnote>
  <w:footnote w:type="continuationSeparator" w:id="0">
    <w:p w:rsidR="000C2331" w:rsidRDefault="000C23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00947987">
    <w:abstractNumId w:val="8"/>
  </w:num>
  <w:num w:numId="2" w16cid:durableId="922640855">
    <w:abstractNumId w:val="6"/>
  </w:num>
  <w:num w:numId="3" w16cid:durableId="1024016725">
    <w:abstractNumId w:val="5"/>
  </w:num>
  <w:num w:numId="4" w16cid:durableId="1814323167">
    <w:abstractNumId w:val="4"/>
  </w:num>
  <w:num w:numId="5" w16cid:durableId="1194923789">
    <w:abstractNumId w:val="7"/>
  </w:num>
  <w:num w:numId="6" w16cid:durableId="190799762">
    <w:abstractNumId w:val="3"/>
  </w:num>
  <w:num w:numId="7" w16cid:durableId="1117918073">
    <w:abstractNumId w:val="2"/>
  </w:num>
  <w:num w:numId="8" w16cid:durableId="580452856">
    <w:abstractNumId w:val="1"/>
  </w:num>
  <w:num w:numId="9" w16cid:durableId="1682513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C2331"/>
    <w:rsid w:val="000C25FE"/>
    <w:rsid w:val="0015074B"/>
    <w:rsid w:val="0029639D"/>
    <w:rsid w:val="00326F90"/>
    <w:rsid w:val="00476ACE"/>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0045C203-A734-F24E-8C35-2F98EBA9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4980</Words>
  <Characters>28387</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33301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2023-10-24T00:25:00Z</dcterms:created>
  <dcterms:modified xsi:type="dcterms:W3CDTF">2023-10-24T00:25:00Z</dcterms:modified>
  <cp:category/>
</cp:coreProperties>
</file>