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7687" w:rsidRDefault="00000000">
      <w:pPr>
        <w:pStyle w:val="Title"/>
      </w:pPr>
      <w:r>
        <w:t>Diversity</w:t>
      </w:r>
    </w:p>
    <w:p w:rsidR="00B87687" w:rsidRDefault="00B87687"/>
    <w:p w:rsidR="00B87687" w:rsidRDefault="00000000">
      <w:r>
        <w:rPr>
          <w:b/>
        </w:rPr>
        <w:t>Date</w:t>
      </w:r>
      <w:r>
        <w:t xml:space="preserve">    2023-10-01</w:t>
      </w:r>
    </w:p>
    <w:p w:rsidR="00B87687" w:rsidRDefault="00B87687"/>
    <w:p w:rsidR="00B87687" w:rsidRDefault="00000000">
      <w:r>
        <w:t xml:space="preserve">Okay, everybody, welcome up to the little bit Delayed for Business Summit representation Matters with Kayla Williams. So Kayla, this is all yours take it over, Okay hi hello everyone. Thank you for joining us for this summit and I'm going to be talking to you about why representation matters in our grooming community, in the industry and the business in whole. If you take a picture of if you look at my first title says representation matters. If you happen to see the people in the in the slide look at the people, would you consider this a diverse place to do business? Well, right now I, you know, it could be, but I mean we don't know because there's nothing welcoming to let us know that people are welcome for whatever area that they're looking for in the mall. </w:t>
      </w:r>
      <w:r>
        <w:br/>
      </w:r>
    </w:p>
    <w:p w:rsidR="00B87687" w:rsidRDefault="00000000">
      <w:r>
        <w:t xml:space="preserve">So one of the reasons we're talking today is because the more representation that you have, the more dollars that are going to come to you and your business. So representation does matter a lot. Next slide, next slide OK So we did say representation is important, but it's also important you know with of diversity because once if you've been in exact space in the same spot, you know you've been grooming for a long time. So you probably stick to the things that you already know how to do well when there's diversity, there are more, there's more creative activity and innovation that you may not have thought of because people have, they come from a different cultural background, you know, So you another reason that you'll want diversity so you can reach a wider clientele. </w:t>
      </w:r>
      <w:r>
        <w:br/>
      </w:r>
    </w:p>
    <w:p w:rsidR="00B87687" w:rsidRDefault="00000000">
      <w:r>
        <w:t xml:space="preserve">I'll give you a simple story. I go to Brazilian wax place and it's kind of it's kind of exclusive but skill and everything. And one day when I went there was a black receptionist. And i was, I was really surprised and actually I was thankful because I felt like that business, you know, and they and they may not have tried to do it purposely, but i know that business sees and values me. You know, by putting someone up there that looks like me or hiring someone that looks like me, that makes me feel welcome. </w:t>
      </w:r>
      <w:r>
        <w:br/>
      </w:r>
    </w:p>
    <w:p w:rsidR="00B87687" w:rsidRDefault="00000000">
      <w:r>
        <w:t xml:space="preserve">And guess what? I'm going to tell my friends. I'm going to tell my friends, Oh, guess what at the at the wax salon place did you know they hired swords so and guess what they're going to say, oh, you know what i need to go check that out. So if diversity absolutely will bring more income and finance you, also in diversity you want to reflect your community. You may live one place and your salon could possibly be someone somewhere else. And your staff, it's nice, you can't always do it. And that's the whole thing with this you know, we're </w:t>
      </w:r>
      <w:r>
        <w:lastRenderedPageBreak/>
        <w:t xml:space="preserve">not saying don't have the best candidate, don't have any of that, but we're saying be mindful for your bottom line. </w:t>
      </w:r>
      <w:r>
        <w:br/>
      </w:r>
    </w:p>
    <w:p w:rsidR="00B87687" w:rsidRDefault="00000000">
      <w:r>
        <w:t xml:space="preserve">So if you're in a community that may be majority Hispanic or another group, you make sure you want that staff, your staff to kind of look like your community as much as possible, you know, or at least, you know, add a couple people if possible to enhance the creativity and innovation. It doesn't have to be in race it could be in neural divergence. I'm actually 88 C and I have autism, different things even straight males now you know, I'm considering you might want to consider in the, in your in your recruitment, but you want to have a diverse staff as much as possible because your clients so appreciate it and they'll tell others and it's just good business to have people who look like you know they want to spend money with you and you having people that look like them makes them more loyal. </w:t>
      </w:r>
      <w:r>
        <w:br/>
      </w:r>
    </w:p>
    <w:p w:rsidR="00B87687" w:rsidRDefault="00000000">
      <w:r>
        <w:t xml:space="preserve">Next slide okay community engagement is so very important now. We are in a diverse, A divisive time right now, and some people are afraid of others and others. Everybody's kind of somewhat, you know, not trusting sometimes, and that's only because we don't know each other. Once we get to know each other and know my neighbor or whoever, then you know things will absolutely pan out better but part of it is in order to for us to engage, you got to have somebody there to engage with. So that's why we're, you know, I mean talking about more about recruiting more minorities, but one way is to go into the communities where they are. </w:t>
      </w:r>
      <w:r>
        <w:br/>
      </w:r>
    </w:p>
    <w:p w:rsidR="00B87687" w:rsidRDefault="00000000">
      <w:r>
        <w:t xml:space="preserve">And you may live in a diverse community already, but it you might be trying to recruit or target a specific group, we recommend you attend their community events. Each culture that I know of usually has some kind of festival celebration or something. And you know, you just kind of strike up conversations with people. And as you know, you know eventually people get into, well, what do you do, what do you do? So and so like that. </w:t>
      </w:r>
      <w:r>
        <w:br/>
      </w:r>
    </w:p>
    <w:p w:rsidR="00B87687" w:rsidRDefault="00000000">
      <w:r>
        <w:t xml:space="preserve">And I can tell you as many times as people have they want to know all about it and what we do and stuff like that. And then the next thing you know is, well, I have a cousin who can do this and oh, my aunt watched her dog one time in 1980 You know, that kind of thing. So I mean you don't know where a good, a good employee is going to come from, but if you go to the events, you're more likely to have a more diverse staff if you go to diverse communities and events, another thing you could do is partner with local minority owned businesses. </w:t>
      </w:r>
      <w:r>
        <w:br/>
      </w:r>
    </w:p>
    <w:p w:rsidR="00B87687" w:rsidRDefault="00000000">
      <w:r>
        <w:t xml:space="preserve">I guess I should say a little bit more about me. My name is Kyla Williams, and I was a teacher for 17 years. Before I was a teacher, I lived in Florida i was born and raised in Florida with my grandmother. We had a Cocker spaniel and we had a Cocker Schnauzer and, yeah, Cocker Schnauzer. I got a laugh on that with myself. Ok So they got grown maybe twice a year. Yeah, we were those people that people like us talk about sometimes. But it's it was </w:t>
      </w:r>
      <w:r>
        <w:lastRenderedPageBreak/>
        <w:t xml:space="preserve">more, yeah, finances had a lot to do with it, but it was more because there was no education there was no one saying, hey this, you have a copper spell, you have this, it needs to be, you know, washed or haircut this many times we would wash the dog in the tub and then it was full of fleas so back then i think they said, oh, the dog has the mange or something and you do a flea dip in the tub so that's pretty much what we do and that never stopped the fleas because we didn't know there was something that you could buy to stop the fleas so a lot of times it's just, you know, making sure that your clients understand this is what I recommend, you know, and why. </w:t>
      </w:r>
      <w:r>
        <w:br/>
      </w:r>
    </w:p>
    <w:p w:rsidR="00B87687" w:rsidRDefault="00000000">
      <w:r>
        <w:t xml:space="preserve">But partnering with the local minority owned business is a great idea because it's a sense of, oh, you've partnered with this minority business, you must be okay, you know, things must be well at your shop. You're welcoming to me. The whole keyword is welcoming and having representation of people in your community. People speak different languages. All of that lets the client know that you're looking for ways to engage and keep them coming back to you. </w:t>
      </w:r>
      <w:r>
        <w:br/>
      </w:r>
    </w:p>
    <w:p w:rsidR="00B87687" w:rsidRDefault="00000000">
      <w:r>
        <w:t xml:space="preserve">Because it makes it seem as though you are knowledgeable and aware that a diverse staff lifts all boats. So that's another thing. You could also host pet related events at your at your salon or your mobile or wherever you want. You can host some things and one of the places like the minority owned business maybe you two could you those businesses maybe one time you could be at their business, you know doing stuff promoting yours and vice versa. The point is we want you want to see both owners, customers or whatever being represented in places where other minority people may be for recruitment or for or for client customer base. </w:t>
      </w:r>
      <w:r>
        <w:br/>
      </w:r>
    </w:p>
    <w:p w:rsidR="00B87687" w:rsidRDefault="00000000">
      <w:r>
        <w:t xml:space="preserve">Either way, it's going to be helpful whether you hire somebody or whether you engage in the community that lets everybody know you care. And of course, nobody wants to spend money with anybody they feel like doesn't care for them. But having representation absolutely speaks volumes that, oh, they do care. And trust me, it'll be a lot of pride in the community of those people that you hire from different backgrounds. </w:t>
      </w:r>
      <w:r>
        <w:br/>
      </w:r>
    </w:p>
    <w:p w:rsidR="00B87687" w:rsidRDefault="00000000">
      <w:r>
        <w:t xml:space="preserve">Next slide, please. Ok And I think I talked about me being from an educational background. I got a degree in elementary education back in 99 or so, and I did that for 17 years it was elementary 3rd and fifth grade. And boy, oh boy, I had great classroom management it was wonderful. The teaching part I had. Obviously I'm in the education, so I had diverse students. You know, just like we have diverse breeds of dogs. </w:t>
      </w:r>
      <w:r>
        <w:br/>
      </w:r>
    </w:p>
    <w:p w:rsidR="00B87687" w:rsidRDefault="00000000">
      <w:r>
        <w:t xml:space="preserve">I had diverse students that I had to understand where they were coming from and what their limitations were and what their capabilities were so you assess people obviously where they are. There are not a lot of minorities that you probably know and can see in the </w:t>
      </w:r>
      <w:r>
        <w:lastRenderedPageBreak/>
        <w:t xml:space="preserve">grooming business. And since everybody's saying there's a shortage, there's a shortage. It depends on where you're looking. You know, a lot of people go to trade shows and there may not be a whole lot of minority people there. But if you go up and strike a conversation or whatever, you never know. That person may know somebody who's looking for a job. That happens quite often. So in the educational part, ask yourself, am I willing to take a chance on training someone either as being a bather, you know, and maybe moving up to other things? I want to say this, we minority people know that we are always the first choice. </w:t>
      </w:r>
      <w:r>
        <w:br/>
      </w:r>
    </w:p>
    <w:p w:rsidR="00B87687" w:rsidRDefault="00000000">
      <w:r>
        <w:t xml:space="preserve">It's easier to pick someone who looks like you for a number of reasons, culture or anything like that or things like that so we actually usually try to do our very best. So if you decide you want to hire someone of a different background, you know, give them a chance. And I promise you, if they feel like you're on the up and up, they'll be one of your best employees for recruitment because they're so happy and they're going to let everybody else know. </w:t>
      </w:r>
      <w:r>
        <w:br/>
      </w:r>
    </w:p>
    <w:p w:rsidR="00B87687" w:rsidRDefault="00000000">
      <w:r>
        <w:t xml:space="preserve">So if you consider training someone, that's another way to increase minority recruitment. You could host shops, workshops, for diverse groups, really for any, for anyone. All these things can go for all people, but I'm specifically saying people with different backgrounds. Because you may already have a group of people who are already look like the majority of your of your city. But if you have a few other people that don't look like your group, those people will have family and friends, and everyone will be so proud to come visit and see what your salon is about. </w:t>
      </w:r>
      <w:r>
        <w:br/>
      </w:r>
    </w:p>
    <w:p w:rsidR="00B87687" w:rsidRDefault="00000000">
      <w:r>
        <w:t xml:space="preserve">So now you would track it even more. So host some workshops for diverse groups. You can host a workshop with sororities or fraternities they're black sororities called Delta Sigma Theta. Another one is Alpha by Alpha Kappa Alpha. All right, so those are two black female sorority groups. I know they would love, you know, for you to host the workshop. Oh my goodness, those ladies are ladies who usually have disposable income not always i'm not saying everyone, but I mean they may have sons and daughters or they themselves may be looking for, you know, a different route. </w:t>
      </w:r>
      <w:r>
        <w:br/>
      </w:r>
    </w:p>
    <w:p w:rsidR="00B87687" w:rsidRDefault="00000000">
      <w:r>
        <w:t xml:space="preserve">Like I said, I taught 17 years before I got into grooming. I've been only been into grooming seven years. We have a salon, brick and mortar and a mobile. But that is another that's for another discussion i just wanted to tell you a little bit about that. And another thing is far as educational outreach every single year, that's not a year has gone by since I started we started our mobile business first, there is a school anywhere in the county and I'm probably sure you've probably gotten this offer to come to their career day. </w:t>
      </w:r>
      <w:r>
        <w:br/>
      </w:r>
    </w:p>
    <w:p w:rsidR="00B87687" w:rsidRDefault="00000000">
      <w:r>
        <w:t xml:space="preserve">So that's a great opportunity with local schools and career days. I have a mobile, so I bring the mobile out everybody gets all excited, wants to ask questions and things like that and </w:t>
      </w:r>
      <w:r>
        <w:lastRenderedPageBreak/>
        <w:t xml:space="preserve">sort and guess who's not only there. The kids are there. But so are different teachers coming in to see what this is about. So are different outsiders. Well, support staff is what I meant to say. Or in outsiders, meaning parents maybe might come to career day or something. But right there that's a wonderful time to talk about the You're growing business and what you're looking for. </w:t>
      </w:r>
      <w:r>
        <w:br/>
      </w:r>
    </w:p>
    <w:p w:rsidR="00B87687" w:rsidRDefault="00000000">
      <w:r>
        <w:t xml:space="preserve">Yeah, I promise you there going to be some children out there who? Who will be so thrilled to know that you know this is a profession this is something I can do, and you never know. They get a little bigger they may want to ask to come work for you. So partnering with local schools for Career Day is an amazing way to step out and discuss what you do and make it attractive to other people. </w:t>
      </w:r>
      <w:r>
        <w:br/>
      </w:r>
    </w:p>
    <w:p w:rsidR="00B87687" w:rsidRDefault="00000000">
      <w:r>
        <w:t xml:space="preserve">Next slide please. So I talked earlier about the labs. There's, you know, brown labs, there's yellow labs, there are black labs and the Gray ones, right. I cannot say this word, so don't kill me. I can't say it to say it myself. Wiener, Wiener, whiner. I think you guys know what I'm talking about. But we were Silver Labs. I'm going to put it that way, Silver Labs. So again, if you kind of look at it the way, I'm sorry, oh, I still can't say it. But yes why more, why more weimers? Well, that's my thought. Oh yes i was just saying that, you know, if we kind of look at people the way we love dogs, that would that would go a long way. </w:t>
      </w:r>
      <w:r>
        <w:br/>
      </w:r>
    </w:p>
    <w:p w:rsidR="00B87687" w:rsidRDefault="00000000">
      <w:r>
        <w:t xml:space="preserve">You know, the dogs come in different shapes, different colors, different sizes, different temperaments. And we try to win over those that have a personality, temperament or behavior that we don't particularly like. And do you do that overnight? No it absolutely takes some time. But you only want to do that on people you know who have the potential. You know you can see people in their work ethic and you can decide you know, is this someone I want to keep putting my time and effort in and I'm going to say for the most part when people know again that you care, you're trying to put a good faith, fair chance you usually get. </w:t>
      </w:r>
      <w:r>
        <w:br/>
      </w:r>
    </w:p>
    <w:p w:rsidR="00B87687" w:rsidRDefault="00000000">
      <w:r>
        <w:t xml:space="preserve">You know people who respond in kind. Again, i'm just Speaking of minorities because I know as one, I've always, you know, tried to give my best and I wanted to impress. It didn't matter who my employer was. It's just I was happy for the opportunity and having the opportunity and having a real opportunity, it means the world. So I just want to talk about recruiting people, but also once you do recruit them, what you would do to keep them and retain them. </w:t>
      </w:r>
      <w:r>
        <w:br/>
      </w:r>
    </w:p>
    <w:p w:rsidR="00B87687" w:rsidRDefault="00000000">
      <w:r>
        <w:t xml:space="preserve">Next slide, please okay yeah so we're, so we're going to talk about exclusive marketing now. Right now i don't know about your salon, but my salon is slow. I mean, SLOW slow, I mean, we, I mean. I only have one groomer and a bather currently because a couple of groomers I had quit, like they start their own business and I can't, I can't, you know, blame them for </w:t>
      </w:r>
      <w:r>
        <w:lastRenderedPageBreak/>
        <w:t xml:space="preserve">that or anything and it's not their responsibility to stay it. </w:t>
      </w:r>
      <w:r>
        <w:br/>
      </w:r>
    </w:p>
    <w:p w:rsidR="00B87687" w:rsidRDefault="00000000">
      <w:r>
        <w:t xml:space="preserve">So we've left on good terms and stuff like that but I only have one groomer and a bather right now. I'm currently looking for groomers so I need to recruit some groomers. You know, historically, like we said, the grooming community has been mostly Caucasian. And so I happen to live in the Atlanta area and the majority of people are black that live in my area. </w:t>
      </w:r>
      <w:r>
        <w:br/>
      </w:r>
    </w:p>
    <w:p w:rsidR="00B87687" w:rsidRDefault="00000000">
      <w:r>
        <w:t xml:space="preserve">And actually the majority of my staff is now. But most places I realize it's not like that. And I don't have to go out of my way to try to recruit Caucasian groomers because there's so many of them. The problem that I seem to run into is sometimes they don't seem to want to give me an opportunity or a chance. I don't know it's because I don't know if they heard something or anything, but I'm all about chances. And I have a groomer, my mobile groomer. </w:t>
      </w:r>
      <w:r>
        <w:br/>
      </w:r>
    </w:p>
    <w:p w:rsidR="00B87687" w:rsidRDefault="00000000">
      <w:r>
        <w:t xml:space="preserve">He is a white, Caucasian, gay male and we love him to death. He does a wonderful job. That's part of being inclusive. You know, I'm not telling anybody who or how, where or what they should hire, but I will say that the more diversity that's in your business, the more dollars that's going to come to your business. And that's just the truth. So when you start marketing, when you're on social media or you're going to do print at please, please, please make sure you consider having some people of color in there. I'll tell you the truth, when I look at things and ads and stuff and it doesn't have anybody that looks like me, I'm thinking, you know, I don't know, let me go look at some other folks to, you know, other ads or whatever. </w:t>
      </w:r>
      <w:r>
        <w:br/>
      </w:r>
    </w:p>
    <w:p w:rsidR="00B87687" w:rsidRDefault="00000000">
      <w:r>
        <w:t xml:space="preserve">I don't know that I'm, you know, they maybe they're not want me, you know, to buy their products i don't know. But the whole point is to make everybody feel like whatever it is in your salon is for them. You know, as long as they're acting, you know, coming correct, respectful to you and everything and your staff, you know, you want everybody to know this is the place where you spend your dollars for your pet because we're the best and we want you here. </w:t>
      </w:r>
      <w:r>
        <w:br/>
      </w:r>
    </w:p>
    <w:p w:rsidR="00B87687" w:rsidRDefault="00000000">
      <w:r>
        <w:t xml:space="preserve">So when you do social media posts and you have any backgrounds or you're saying anything to celebrate holidays or something, you know try to have diverse backgrounds so it will catch the eye of more people for one. Additionally, when you are in the market, which most of us are always in the market for a group, and this is something I probably need to consider doing myself, I am starting to get more Hispanic clients and the English is a little broken, but you know we make it work. If I could find a Spanish speaking groomer I would be so happy because it's slowly building but it is building my Hispanic clients broke. </w:t>
      </w:r>
      <w:r>
        <w:br/>
      </w:r>
    </w:p>
    <w:p w:rsidR="00B87687" w:rsidRDefault="00000000">
      <w:r>
        <w:lastRenderedPageBreak/>
        <w:t xml:space="preserve">So when you go to stores or any place you want to advertise your job, if possible, use like the Google Translate and you can translate it in different languages. Now you say, well if I put it in Spanish or another language, I can't communicate with them. A lot of times people know English better than they can say it. And the point is we want people who can actually do the work, correct? It's almost, it's almost a benefit if they don't know how to speak English as well. </w:t>
      </w:r>
      <w:r>
        <w:br/>
      </w:r>
    </w:p>
    <w:p w:rsidR="00B87687" w:rsidRDefault="00000000">
      <w:r>
        <w:t xml:space="preserve">And of course I mean that as a joke, but i mean that as you know, that's somebody who's going to be active, you know, doing what it is that you want them to do they'll be focused on that. And again, like I said, being a minority, most times we feel that this is the place is welcome and inclusive and everything we want to add and we want to contribute to your success because that means, you know, we believe that we will be successful. </w:t>
      </w:r>
      <w:r>
        <w:br/>
      </w:r>
    </w:p>
    <w:p w:rsidR="00B87687" w:rsidRDefault="00000000">
      <w:r>
        <w:t xml:space="preserve">And if you currently do have some minority employees, good for you. That's fantastic. Fantastic representation absolutely matters as we've been saying, highlight some of the stories of your minority employees. Now look, I already know I have employees too. And you can't do for one without doing for the other. So i'm saying you can do it for everyone, but make sure your minority employee, whether that's your a bather, receptionist, manager, lead groomer. Make sure that your stories, your posts include them in some way because those minority employees, again, they're your they're that's free marketing right there. </w:t>
      </w:r>
      <w:r>
        <w:br/>
      </w:r>
    </w:p>
    <w:p w:rsidR="00B87687" w:rsidRDefault="00000000">
      <w:r>
        <w:t xml:space="preserve">The fact that you hired them and gave them a chance in the 1st place. I will give you another. I just found this out maybe a week ago. So you know the liquor hennessy. Yeah, I said Hennessy. I had no idea. First of all, I'm not a big drinker my husband does drink and when we go out, he'll grab Hennessy. And I noticed other black people like Hennessy too. So I found out not too long ago that the reason a lot of people like Hennessy, because back in the day, like I guess the seventies or sixties or whatever, Tennessee was one of the first liquor store liquor companies to market to black people. </w:t>
      </w:r>
      <w:r>
        <w:br/>
      </w:r>
    </w:p>
    <w:p w:rsidR="00B87687" w:rsidRDefault="00000000">
      <w:r>
        <w:t xml:space="preserve">Black people were so happy that, Oh my gosh, they're advertising to us. They see us. Oh, they must want our money. And guess what? They're still getting a lot of money from Hennessy. So again, inclusiveness and diversity in your advertisements and social media is going to make all the difference in the world. Next slide, please okay so i actually put this slide up just to remind you customers and clients come in all shapes, sizes even employees. </w:t>
      </w:r>
      <w:r>
        <w:br/>
      </w:r>
    </w:p>
    <w:p w:rsidR="00B87687" w:rsidRDefault="00000000">
      <w:r>
        <w:t xml:space="preserve">There may be an employee who may not fit or look like what your staff looks like as far as clothing or you know or any of that. Again i'm going to have to go back to use me as an example. I mentioned my groomer that I have that I loved. Love him to death. Listen, I won't say his name but it's probably it might be easy to find out anyway. But Bo is OK now. You know what's meant. Bo is absolutely fantastic Groomer. He hasn't made groomer long but </w:t>
      </w:r>
      <w:r>
        <w:lastRenderedPageBreak/>
        <w:t xml:space="preserve">he's I mean he's great with Asian fusion. He's great with coloring. He's great with actual grooming you know, it's usually hard to find someone who can color and groom at the same time it's one or the other. </w:t>
      </w:r>
      <w:r>
        <w:br/>
      </w:r>
    </w:p>
    <w:p w:rsidR="00B87687" w:rsidRDefault="00000000">
      <w:r>
        <w:t xml:space="preserve">But Bo is great. Bo's our mobile groomer one day we had to go out to one of the homes that Bo is that was that because something wasn't working in the in the, in the van, in the mobile when we went out there my husband Tony went to the van to, you know, try to get everything settled. And the first thing I saw and Tony saw when we came out, he had on Daisy Dukes. Daisy Dukes, yes, they he had on a really short they probably wasn't as short as Daisy's, but definitely too short perhaps for you know, a business working relationship. </w:t>
      </w:r>
      <w:r>
        <w:br/>
      </w:r>
    </w:p>
    <w:p w:rsidR="00B87687" w:rsidRDefault="00000000">
      <w:r>
        <w:t xml:space="preserve">So you know, we just calmly, you know, asked him could you start wearing pants or if it's too hot for him, you can take the pants off in the band but when you're going back and forth with the customer, we want you to look a certain way, you know. So try to make as many accommodations you know as you can. But you know, sometimes people style just won't mesh or flow with ours. But like I said, they have you know five six different talents and the clients aren't complaining. </w:t>
      </w:r>
      <w:r>
        <w:br/>
      </w:r>
    </w:p>
    <w:p w:rsidR="00B87687" w:rsidRDefault="00000000">
      <w:r>
        <w:t xml:space="preserve">I think that we can let a lot let something slide. You know if they're representing your company well, you know try to find some compromises or try to listen and explain what it is you're going for so that they can be more in compliance being themselves while also respecting what it is that you would like for them to do. Next slide please. So now we talked about, you know we talked about recruiting some you know ways and areas where we can recruit some groomers. </w:t>
      </w:r>
      <w:r>
        <w:br/>
      </w:r>
    </w:p>
    <w:p w:rsidR="00B87687" w:rsidRDefault="00000000">
      <w:r>
        <w:t xml:space="preserve">But once we get them it's just like everybody else we got to retain whether it's clients or employees, we try to retain them as best as possible. And in this climate of not finding groomers you know much or groomers who actually will show up for work and are and are not unreliable. We need to mentor. We we're going to have to do some mentorship. It's no more of this. </w:t>
      </w:r>
      <w:r>
        <w:br/>
      </w:r>
    </w:p>
    <w:p w:rsidR="00B87687" w:rsidRDefault="00000000">
      <w:r>
        <w:t xml:space="preserve">Oh, they should know how to do this or oh you know I did i was doing that i can do that. You know I can just 10 times that. Everybody isn't the same. We need to foster relationships and find out what it is people need to succeed. And I'm going to use myself right now in this personal story and this is new happened this year and it's very true. So around April or so I could have posted out about why there aren't any other black like presenters from people doing webinars and things like that because we have a lot of challenge now i absolutely wasn't talking about myself. </w:t>
      </w:r>
      <w:r>
        <w:br/>
      </w:r>
    </w:p>
    <w:p w:rsidR="00B87687" w:rsidRDefault="00000000">
      <w:r>
        <w:lastRenderedPageBreak/>
        <w:t xml:space="preserve">I was not because you know I've been out of the teaching business for a while i absolutely, I love Roman and everything, but luckily for me, a friend of mine got in touch with Mario. Mario Quinda if you're not familiar with her, she owns the Positive Education website. So that's a way to create a supportive network for one is to make sure that the people you hire you may want to pair them with other experienced groomers. Make sure that the person that you pair them with is comfortable with doing it. You know let's not just the sign say okay now you're going to be with so and so you know, probably have a conversation with who it is you might want to pair your new hire with and what I was saying before about with Mario and fostering a good growth mentorship, she said, yeah, Kyla talked to me, so I talked to her and she invited me to the summit this fall, this fall summit that she's doing online and actually I was really surprised. </w:t>
      </w:r>
      <w:r>
        <w:br/>
      </w:r>
    </w:p>
    <w:p w:rsidR="00B87687" w:rsidRDefault="00000000">
      <w:r>
        <w:t xml:space="preserve">But you know, also I have a DHDI think I mentioned I'm optimistic, but it's not an excuse or anything it's just needs, you know, some accommodations I may need sometimes. And I want you to know that too about some of the people you may hire. She had an assignment we had to give something or do something and I think I guess I was late, you know, doing it in my ADHD way that forgets or can't remember things sometimes. And so she said, Kyla, I need so and so. </w:t>
      </w:r>
      <w:r>
        <w:br/>
      </w:r>
    </w:p>
    <w:p w:rsidR="00B87687" w:rsidRDefault="00000000">
      <w:r>
        <w:t xml:space="preserve">And I felt so bad and I gave her, you know, what it was she was looking for i think it was a biography and it was, I think, a headshot she had asked for. And, you know, right then and there, you know, with her having to ask, she may have felt like, well, maybe she's not that interested, you know, and that's not the case at all she took the time to see, oh, she hasn't turned you know, this party in yet. And then again all the way to now i'll just say last weekend I had some issues getting my presentation together again. </w:t>
      </w:r>
      <w:r>
        <w:br/>
      </w:r>
    </w:p>
    <w:p w:rsidR="00B87687" w:rsidRDefault="00000000">
      <w:r>
        <w:t xml:space="preserve">Mary could have said, OK this is like the second or third time I'm having a deal and we couldn't get it. You know, I totally my fault, you know, couldn't I couldn't get it together i actually had a panic attack. I couldn't move. I couldn't do anything. And my brain just, you know, is I don't know if you guys know much about executive dysfunction, but that's exactly what happened i couldn't. And I was so embarrassed and I was right then and there mary could have said easily, well, the hell with that. You don't want to work, right? And you would think, right, that would be enough no mary actually said, you know what, Kyla, since you know, you're having problems and stuff, I'm going to let you record it. </w:t>
      </w:r>
      <w:r>
        <w:br/>
      </w:r>
    </w:p>
    <w:p w:rsidR="00B87687" w:rsidRDefault="00000000">
      <w:r>
        <w:t xml:space="preserve">You know, offline. That's an accommodation she made for me. You know, not a lot of business owners or people can do that. And I do understand people when they say I don't have time to train people, I don't have time to do this, that, and the other. But if your new hire is not living up to your expectations, there might be a reason why. And it's nice to get in contact with them and find out what it is, what's going on, Go ahead and create that </w:t>
      </w:r>
      <w:r>
        <w:lastRenderedPageBreak/>
        <w:t xml:space="preserve">supportive network for your new hires. </w:t>
      </w:r>
      <w:r>
        <w:br/>
      </w:r>
    </w:p>
    <w:p w:rsidR="00B87687" w:rsidRDefault="00000000">
      <w:r>
        <w:t xml:space="preserve">If your if the person you place them with isn't available, they need to know who's the next person that I go to. Is it the owner do I have the owner's number can I contact is the owner welcome me? I mean who can I talk to if I if I feel unwelcome in the salon or mobile, I'm going to be say to you as a minority person and probably many of you too have experienced this. Yeah, females, males or whatever regard being in a new place and everyone knows what to do, but they're not exactly helping or welcoming to you because they have their own things to do. </w:t>
      </w:r>
      <w:r>
        <w:br/>
      </w:r>
    </w:p>
    <w:p w:rsidR="00B87687" w:rsidRDefault="00000000">
      <w:r>
        <w:t xml:space="preserve">At our salon i see where that happened one time and I have to fool everybody and talk to them about what this is true enough. We're not, you know, I'm not going to say that we're a work family. You know, if you want to be a work family and everything, that's fine a lot of some people don't like that, but what we are going to do is be respectful and treat everyone you know with kindness that is what we are going to do. We're not going to make anybody feel like they don't belong. </w:t>
      </w:r>
      <w:r>
        <w:br/>
      </w:r>
    </w:p>
    <w:p w:rsidR="00B87687" w:rsidRDefault="00000000">
      <w:r>
        <w:t xml:space="preserve">And it doesn't matter if you're the manager, the lead, the bather and anybody in between. If you are not living up to a welcoming environment in our business, you got to go, you got to go because one if you're going to act that way towards my minority hire, how are you acting to my clients, Minority clients. Ok think about that. You know another thing, we need to have regular checkins and checkups with and guidance with the recruits that you hire. </w:t>
      </w:r>
      <w:r>
        <w:br/>
      </w:r>
    </w:p>
    <w:p w:rsidR="00B87687" w:rsidRDefault="00000000">
      <w:r>
        <w:t xml:space="preserve">It's not a one time okay I met, i met with them once they're good no and it's probably something we should really do with all our employees, but especially the ones that are most vulnerable. And what I mean by vulnerable is like I said, there are some people who don't want to give you a chance just because you may look different than them, you know and or they may believe that you know less or they may believe whatever they believe or have always believed. </w:t>
      </w:r>
      <w:r>
        <w:br/>
      </w:r>
    </w:p>
    <w:p w:rsidR="00B87687" w:rsidRDefault="00000000">
      <w:r>
        <w:t xml:space="preserve">But the point is that the more representation that we have in this industry, it is my hope and desire we can recruit more people and that people will see we're all just labs. The black lab, the brown lab, the yellow lab, we're all just people. That's it. I mean, yeah, we have different cultures and backgrounds and everything, but things that hurt your feelings probably hurts, you know, someone else's feelings that doesn't look like you. So we want to not think, oh, I do want to say one other thing I forgot really quick and I do this too about fostering growth and mentorship. </w:t>
      </w:r>
      <w:r>
        <w:br/>
      </w:r>
    </w:p>
    <w:p w:rsidR="00B87687" w:rsidRDefault="00000000">
      <w:r>
        <w:lastRenderedPageBreak/>
        <w:t xml:space="preserve">So we whenever there's a Hispanic person around i grew up in South Florida, by the way, not that matters, but there are, there's a huge Hispanic population. And then when I'm here, up here in Georgia, when I see someone Hispanic, I start. I try to, you know, impress them or talk to them in my broken Spanish. And you know what? I had to come to realize? That's really not that. Although I'm trying to make a connection with them, you know, that's just not how to do it. In the same way, I want everyone to know that if you have a black rumor that comes, you don't have to go up to them and tell them you like little Wayne, you know? You don't you don't have to go up to them and tell them that. </w:t>
      </w:r>
      <w:r>
        <w:br/>
      </w:r>
    </w:p>
    <w:p w:rsidR="00B87687" w:rsidRDefault="00000000">
      <w:r>
        <w:t xml:space="preserve">You know you eat collard greens too. The point is that sometimes when we don't know how to connect with people, we try to talk about interest that we think that they may be into and stuff. And it just kind of comes across as, oh, you're only wanting to talk about black things or oh, you only want to talk basic, basic Spanish. So no, we want people to know that our mentorship is not just based on their race or their ethnicity or any of that we see the whole person. </w:t>
      </w:r>
      <w:r>
        <w:br/>
      </w:r>
    </w:p>
    <w:p w:rsidR="00B87687" w:rsidRDefault="00000000">
      <w:r>
        <w:t xml:space="preserve">You got to see the whole person to make it to make the mentorship work because again, and I said this over and over and I still believe it, until people truly believe that you care, you will never get the best out of them. They will match the energy that you give. They will match it, except they'll be quieter about it. So next slide, please. Ok So diverse job platforms, we talked about you know recruiting some people not historically in the business, but and we talked about retaining them, you know through membership, not membership mentorship, we talked about that. </w:t>
      </w:r>
      <w:r>
        <w:br/>
      </w:r>
    </w:p>
    <w:p w:rsidR="00B87687" w:rsidRDefault="00000000">
      <w:r>
        <w:t xml:space="preserve">Well, let's talk about other things that may be important to minorities or others and that is that road for growth Now normally right in the grooming industry, if you work at a salon or a mobile, you may be a bather, you could be a grooming assistant, you could be a junior groomer, you could be a regular groomer, elite groomer and a managing groomer. And any other, any other job position that you would like to give, people want to know there's groom for growth, people want to know there's room for promotion, People want their efforts acknowledged. And that goes for every single person that you come in contact with. </w:t>
      </w:r>
      <w:r>
        <w:br/>
      </w:r>
    </w:p>
    <w:p w:rsidR="00B87687" w:rsidRDefault="00000000">
      <w:r>
        <w:t xml:space="preserve">But especially, again, minority people. Because historically, what really happens a lot is that we end up training the people who become our bosses. Yeah, the insult to injury, we end up training people who become our bosses. And so you got to have a fair system about this you know, they're talking about it in the NFL You know that it's not enough minority, you know, coaches to deal with the minority, majority minority players in the team. So make sure that your everyone knows that there there's some room for growth because obviously the next step for anybody is you know their own business and we don't regret anyone that. </w:t>
      </w:r>
      <w:r>
        <w:br/>
      </w:r>
    </w:p>
    <w:p w:rsidR="00B87687" w:rsidRDefault="00000000">
      <w:r>
        <w:lastRenderedPageBreak/>
        <w:t xml:space="preserve">But I always say I want to be able to pay my workers well enough that they could go anywhere. But Salon is so fun that they don't want to. They can go off and they can start their own business or do whatever but I try to make things, the climate and everything, as easy as possible. Or because we know rooming is tough, you know, it's tough on experience. And it's going to be tough on those minority clients too. </w:t>
      </w:r>
      <w:r>
        <w:br/>
      </w:r>
    </w:p>
    <w:p w:rsidR="00B87687" w:rsidRDefault="00000000">
      <w:r>
        <w:t xml:space="preserve">Because guess what? And this is another truth i don't know if everybody's ready to hear or not. Minorities a lot of times are judged a lot harder and critically than other groomers. I've heard this from other owners that have said clients have complained privately about simple stuff and things that they themselves have groomed the dog for that they never complained about. So you will actually have to be an advocate for some of the people that you hired. And you may even have to let some clients know if they're blatantly, you know, unwelcoming or rude to anybody and your staff that won't be tolerated at all. </w:t>
      </w:r>
      <w:r>
        <w:br/>
      </w:r>
    </w:p>
    <w:p w:rsidR="00B87687" w:rsidRDefault="00000000">
      <w:r>
        <w:t xml:space="preserve">And I know we talked earlier about going to different fraternities or sororities and associations like that is a good place to recruit. Again, I think I mentioned Alpha Kappa Alpha that is a black sorority. Delta Sigma Theta is a black female sorority, alpha five alpha is a black male fraternity, and Kappa Alpha Psi is a black male fraternity. If you go to either of those, people will welcome you. Because again, it's not every day that we have people that come to try to help, I'll put it that way, to try to help and recruitment, offering, you know, job opportunities, who would, who would turn that down. </w:t>
      </w:r>
      <w:r>
        <w:br/>
      </w:r>
    </w:p>
    <w:p w:rsidR="00B87687" w:rsidRDefault="00000000">
      <w:r>
        <w:t xml:space="preserve">So I think that would be a welcoming addition if you decided you want to collaborate, either you know with the church or minority business or minority sorority, you can also get a lot of referrals from your current minority employees if you feel like you're you know you've been treating them right, they've been laughing, joking with you and the staff and the climbing is all Peachy King for the most part, because there are no listen, there are no dramafree salons, except if you, the only one do as long as there is another person that always is going to add some challenges or conflicts and things like that. </w:t>
      </w:r>
      <w:r>
        <w:br/>
      </w:r>
    </w:p>
    <w:p w:rsidR="00B87687" w:rsidRDefault="00000000">
      <w:r>
        <w:t xml:space="preserve">But your minority employees are going to be some of the best ways for you to get referrals with other groomers. You know, other minority groomers. They're going to brag about how much they love their job they're going to brag about how much they love their boss and their colleagues so make your place a place that someone wants to brag about working there. And we talked again about posting jobs up in areas, minority areas and maybe possibly using multiple languages to do that. </w:t>
      </w:r>
      <w:r>
        <w:br/>
      </w:r>
    </w:p>
    <w:p w:rsidR="00B87687" w:rsidRDefault="00000000">
      <w:r>
        <w:t xml:space="preserve">Next slide, Okay. So this whole, this whole presentation has been about inclusivity in the workplace. And I mean, I, I'm, I really hope that in this you understand the value that representation brings to you. It brings to your staff and it brings to your clients. But again, I </w:t>
      </w:r>
      <w:r>
        <w:lastRenderedPageBreak/>
        <w:t xml:space="preserve">cannot stress enough how the different communities will support you once you know that you have one of their own. I hired a lady who has hearing difficulties whose deaf and the deaf community came out. They came out in droves, you know. Yeah, she did tell me during the interview, you know, some of you know her limitations and things like that. But you know, that didn't stop me i like her attitude and I'm a big believer in, well, yeah, i first impression, but I got to see some action I guess, but within the next week or two. </w:t>
      </w:r>
      <w:r>
        <w:br/>
      </w:r>
    </w:p>
    <w:p w:rsidR="00B87687" w:rsidRDefault="00000000">
      <w:r>
        <w:t xml:space="preserve">But you know, I just feel like, you know, and i didn't hire her knowing that she was hard of hearing. But again, that's just, that just goes to show that making your workplace inclusive actually is a benefit to you. Make sure, and I said this too, a lot of times I just say it in a different way that everyone in your, in everyone that you employ feels comfortable that they can, even if they disagree with you. And that's a big one, because most minorities, you usually don't want to rock the boat. You know, you just, you just got a job and you're trying to learn the rules, procedures and things like that. </w:t>
      </w:r>
      <w:r>
        <w:br/>
      </w:r>
    </w:p>
    <w:p w:rsidR="00B87687" w:rsidRDefault="00000000">
      <w:r>
        <w:t xml:space="preserve">But you may see something that you know you had experience the client, your groomer may see something that they like to make a suggestion about, but may not feel like they're in a spot that they can do that. You know they don't want to come across as complaining or anything like that. So it's best for you to check in with the with the groomers and ask them. I always ask my groomers. All of them is do you have any suggestions for ways to make your job easier? Do you have any suggestions for the salon? Do you have any suggestions about you know clientele and stuff? I give them, you know opportunity to respond and I also let them know there's no retaliation there's no whatever we talk about or whatever will never be talked about individually, individually and staff. </w:t>
      </w:r>
      <w:r>
        <w:br/>
      </w:r>
    </w:p>
    <w:p w:rsidR="00B87687" w:rsidRDefault="00000000">
      <w:r>
        <w:t xml:space="preserve">So once your minority hire may know those things, there's trust built in and that should help you to retain a lot of your minority hires because they feel comfortable enough to come to you. The other thing I wanted to talk about was cultural events and holidays. Now you know most people get the big ones down thanksgiving, Christmas. You know, we do Saint Patrick's Day, Valentine's. But also consider different cultural events. I know there's Juneteenth, that's a new holiday. There's Kwanzaa. There's Yom Kippur, Cinco de Mayo. </w:t>
      </w:r>
      <w:r>
        <w:br/>
      </w:r>
    </w:p>
    <w:p w:rsidR="00B87687" w:rsidRDefault="00000000">
      <w:r>
        <w:t xml:space="preserve">What we want to do is be as inclusive to different cultural events as possible. Because you may not have a diverse staff, but you may have something cultural in your salon that makes people feel well for me, you know, I like to do it with gnomes so i get kind of different color nose with different nose colors and different designs for different holidays so I just keep putting the different gnomes up because I want everybody who comes into that into that salon to see a gnome in them. I want everybody to know oh o k there is a place for me here. </w:t>
      </w:r>
      <w:r>
        <w:br/>
      </w:r>
    </w:p>
    <w:p w:rsidR="00B87687" w:rsidRDefault="00000000">
      <w:r>
        <w:lastRenderedPageBreak/>
        <w:t xml:space="preserve">So that's why, you know when it's Cinco de Mayo, I decorate with Cinco de Mayo, put a few things up in the on the counter, you know, maybe a porch cleaner or something. But when you celebrate cultural events of your and holidays of your clients and staff, it is noted and it is appreciated and it makes your salon stand out from others, which in turn brings in the money okay next slide please. So here we are and we're getting to the future of pet running. I don't quote me and I got I should get my statistics a little bit right or better and you guys probably know sooner than me. </w:t>
      </w:r>
      <w:r>
        <w:br/>
      </w:r>
    </w:p>
    <w:p w:rsidR="00B87687" w:rsidRDefault="00000000">
      <w:r>
        <w:t xml:space="preserve">But I, you know we've been hearing it for a long time that the country is going to go majority minority and you know I want to say like twenty fifty or something like that. But I'm not exactly sure. And if you are already accustomed to diverse people, when I say diverse maybe people who are not you're saying gender not you're saying race not your same ethnicity, not your same nationality, not the same sexual orientation. </w:t>
      </w:r>
      <w:r>
        <w:br/>
      </w:r>
    </w:p>
    <w:p w:rsidR="00B87687" w:rsidRDefault="00000000">
      <w:r>
        <w:t xml:space="preserve">So if you can, you know, perhaps if anybody's uncomfortable, come out of the conference zone, go to some of these places that I was talking about or, you know, strike up a conversation with, you know, different people and diverse people. That's how we recruit more. That's how we get more people into this. And by the time 2050 rolls around, you know, some of us like me, I might. I'm pretty sure that I don't know, but there already be a whole staff of diverse people to meet the new clientele up, mostly diverse people that you'll have. </w:t>
      </w:r>
      <w:r>
        <w:br/>
      </w:r>
    </w:p>
    <w:p w:rsidR="00B87687" w:rsidRDefault="00000000">
      <w:r>
        <w:t xml:space="preserve">So go ahead and be ahead of that curveball and you'll reap the benefits. So the goal is an inclusive and successful grooming business. Having a diverse staff and representation will get you there. It will absolutely take you further because again, the creativity, the innovation and just having representation of someone looking like your clients is a big deal, is a big deal. You're minority clients. And lastly, I want to say again, continuous effort is, you know, it's not a oh I tried one time and that's it. They just don't want to work. I am going to have to use myself again. </w:t>
      </w:r>
      <w:r>
        <w:br/>
      </w:r>
    </w:p>
    <w:p w:rsidR="00B87687" w:rsidRDefault="00000000">
      <w:r>
        <w:t xml:space="preserve">Mary oh has been so patient with me. I mean, i can only imagine what she what she's been thinking. But even with this webinar, I had some problems i have not been in the teaching tech world in a long time 7 years, I said. So that means I haven't had to do many Zoom meetings or really do a whole lot of tech other than Facebook, tik tok, and the news or social media. So I had all sorts of problems getting my presentation together, getting it load up to zoom, finding it. </w:t>
      </w:r>
      <w:r>
        <w:br/>
      </w:r>
    </w:p>
    <w:p w:rsidR="00B87687" w:rsidRDefault="00000000">
      <w:r>
        <w:t xml:space="preserve">I mean it was it was a whole ordeal. It was enough yeah mary could have easily said, you know what this just is not going to work out i'm so sorry. But, you know, thanks for your interest. She could have said that, and I'm so thankful she didn't. But the point is have </w:t>
      </w:r>
      <w:r>
        <w:lastRenderedPageBreak/>
        <w:t xml:space="preserve">continuous effort. You don't just try one time and it didn't work out. Continuously try because it's just like relationships. </w:t>
      </w:r>
      <w:r>
        <w:br/>
      </w:r>
    </w:p>
    <w:p w:rsidR="00B87687" w:rsidRDefault="00000000">
      <w:r>
        <w:t xml:space="preserve">You're not going to find your mister right or mister wrong every single time you meet somebody. So consider that the future of pet grooming is going to be more minorities. So get minority representation in now so that it becomes easier and second nature and more importantly you know having more clients. It never hurt anybody especially during recessions and depressions and other things that we don't want to talk about next slide. So this kind of comes towards the end of my presentation as you can see, I had some ideas about minority recruitment. </w:t>
      </w:r>
      <w:r>
        <w:br/>
      </w:r>
    </w:p>
    <w:p w:rsidR="00B87687" w:rsidRDefault="00000000">
      <w:r>
        <w:t xml:space="preserve">I had some suggestions, I had some thoughts and I and I still do have, you know, concerns as a minority person. I want you to leave away knowing that minorities and other people just want a chance. And if you give them that opportunity, I don't think that you'll regret it, to be honest with you. Because everybody needs, everybody needs support sometime and if you could be that support, that mentorship, I think you'll get more than you'll receive in the end i'm not just talking about money in that regard. So I want to thank you all for coming in today for the webinar. </w:t>
      </w:r>
      <w:r>
        <w:br/>
      </w:r>
    </w:p>
    <w:p w:rsidR="00B87687" w:rsidRDefault="00000000">
      <w:r>
        <w:t xml:space="preserve">And you all have a great rest of your evening. Thank you how long was it? We're still recording Okay so I just want to piggyback a little bit on what you said, Okay. So yes, it was challenging to get Kyla up on doing this. And you know what? And yes, it could be a little frustrating for the person teaching but here's the thing. I know what I'm doing, right, because I've been doing this for a while. I can't expect people coming in to know what it is i know all right. So yes, you may have to and I'm going to say this was an absolutely wonderful presentation. </w:t>
      </w:r>
      <w:r>
        <w:br/>
      </w:r>
    </w:p>
    <w:p w:rsidR="00B87687" w:rsidRDefault="00000000">
      <w:r>
        <w:t xml:space="preserve">Thank you very much. It added a lot to the summit. And so for that, I thank you and everything. She's got this absolutely correct about just not looking at people like yourself. And getting in other people in, whether it's people of a different color or different religion or different sexual orientation or a different learning type. So you have the neurodiverse and the neurotypical, All right. The more people you have to hit all of those buttons, the more rounded a business you are. Yeah, that's not true. That's absolutely true. Even people with disabilities, you can't see everybody's disability. But I mean, if you choose and you want someone that has, like I said, I mentioned the lady that was deaf. </w:t>
      </w:r>
      <w:r>
        <w:br/>
      </w:r>
    </w:p>
    <w:p w:rsidR="00B87687" w:rsidRDefault="00000000">
      <w:r>
        <w:t xml:space="preserve">There are people in wheelchairs there are a lot of people at home just hoping and praying for a chance for a job. And a lot of times people feel intimidated about going into places that historically have not been for them. And what I mean by that is in the black community, we really weren't taught, Oh yeah, you need to take your dog and pay a professional groomer to </w:t>
      </w:r>
      <w:r>
        <w:lastRenderedPageBreak/>
        <w:t xml:space="preserve">do this, you know, every so often, every four to six weeks. That probably would have been out the door anyway. </w:t>
      </w:r>
      <w:r>
        <w:br/>
      </w:r>
    </w:p>
    <w:p w:rsidR="00B87687" w:rsidRDefault="00000000">
      <w:r>
        <w:t xml:space="preserve">But it's important to educate everyone you're my minority clients and others give them chances don't just make it a judgment. Oh, those people never take care of their dogs or they don't do this or that, but just have some compassion. Imagine if that's you, your mother, your grandmother, whatever we all follow hard times. But what I'm seeing now in this economy, you should, it would, it shouldn't be that difficult to recruit minorities or any other people because everybody's looking for that extra revenue and you could probably get some very good workers now at this time, just look different places, more than one place. All right so thank you so much for doing this, and let's stop the recording now. </w:t>
      </w:r>
      <w:r>
        <w:br/>
      </w:r>
    </w:p>
    <w:sectPr w:rsidR="00B87687"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30C8" w:rsidRDefault="001630C8">
      <w:pPr>
        <w:spacing w:after="0" w:line="240" w:lineRule="auto"/>
      </w:pPr>
      <w:r>
        <w:separator/>
      </w:r>
    </w:p>
  </w:endnote>
  <w:endnote w:type="continuationSeparator" w:id="0">
    <w:p w:rsidR="001630C8" w:rsidRDefault="00163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687" w:rsidRDefault="00000000">
    <w:pPr>
      <w:pStyle w:val="Footer"/>
      <w:jc w:val="center"/>
    </w:pPr>
    <w:r>
      <w:t xml:space="preserve">Page </w:t>
    </w:r>
    <w:r>
      <w:fldChar w:fldCharType="begin"/>
    </w:r>
    <w:r>
      <w:instrText>PAGE</w:instrText>
    </w:r>
    <w:r w:rsidR="00A454B8">
      <w:fldChar w:fldCharType="separate"/>
    </w:r>
    <w:r w:rsidR="00A454B8">
      <w:rPr>
        <w:noProof/>
      </w:rPr>
      <w:t>1</w:t>
    </w:r>
    <w:r>
      <w:fldChar w:fldCharType="end"/>
    </w:r>
    <w:r>
      <w:t>/</w:t>
    </w:r>
    <w:r>
      <w:fldChar w:fldCharType="begin"/>
    </w:r>
    <w:r>
      <w:instrText>NUMPAGES</w:instrText>
    </w:r>
    <w:r w:rsidR="00A454B8">
      <w:fldChar w:fldCharType="separate"/>
    </w:r>
    <w:r w:rsidR="00A45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30C8" w:rsidRDefault="001630C8">
      <w:pPr>
        <w:spacing w:after="0" w:line="240" w:lineRule="auto"/>
      </w:pPr>
      <w:r>
        <w:separator/>
      </w:r>
    </w:p>
  </w:footnote>
  <w:footnote w:type="continuationSeparator" w:id="0">
    <w:p w:rsidR="001630C8" w:rsidRDefault="00163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7619827">
    <w:abstractNumId w:val="8"/>
  </w:num>
  <w:num w:numId="2" w16cid:durableId="664893159">
    <w:abstractNumId w:val="6"/>
  </w:num>
  <w:num w:numId="3" w16cid:durableId="1430659635">
    <w:abstractNumId w:val="5"/>
  </w:num>
  <w:num w:numId="4" w16cid:durableId="2090955834">
    <w:abstractNumId w:val="4"/>
  </w:num>
  <w:num w:numId="5" w16cid:durableId="1624800932">
    <w:abstractNumId w:val="7"/>
  </w:num>
  <w:num w:numId="6" w16cid:durableId="557981183">
    <w:abstractNumId w:val="3"/>
  </w:num>
  <w:num w:numId="7" w16cid:durableId="1116363165">
    <w:abstractNumId w:val="2"/>
  </w:num>
  <w:num w:numId="8" w16cid:durableId="78256991">
    <w:abstractNumId w:val="1"/>
  </w:num>
  <w:num w:numId="9" w16cid:durableId="990133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30C8"/>
    <w:rsid w:val="0029639D"/>
    <w:rsid w:val="00326F90"/>
    <w:rsid w:val="00A454B8"/>
    <w:rsid w:val="00AA1D8D"/>
    <w:rsid w:val="00B47730"/>
    <w:rsid w:val="00B8768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C3EE641-6E6A-BC4F-9844-254F353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6575</Words>
  <Characters>37480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2023-10-01T19:58:00Z</dcterms:created>
  <dcterms:modified xsi:type="dcterms:W3CDTF">2023-10-01T19:58:00Z</dcterms:modified>
  <cp:category/>
</cp:coreProperties>
</file>