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7CAB" w:rsidRDefault="00000000">
      <w:pPr>
        <w:pStyle w:val="Title"/>
      </w:pPr>
      <w:r>
        <w:t>I Don’t Want To Go But I Can’t Stay</w:t>
      </w:r>
    </w:p>
    <w:p w:rsidR="00967CAB" w:rsidRDefault="00967CAB"/>
    <w:p w:rsidR="00967CAB" w:rsidRDefault="00000000">
      <w:r>
        <w:rPr>
          <w:b/>
        </w:rPr>
        <w:t>Date</w:t>
      </w:r>
      <w:r>
        <w:t xml:space="preserve">    2023-10-22</w:t>
      </w:r>
    </w:p>
    <w:p w:rsidR="00967CAB" w:rsidRDefault="00967CAB"/>
    <w:p w:rsidR="00967CAB" w:rsidRDefault="00000000">
      <w:r>
        <w:t xml:space="preserve">OK so welcome to the last session of the first day of the Life After Grooming Summit with Positive Educational Training. So we're going to finish up today with Michelle Knowles. All yours, Michelle. All right thank you so much let me get this screen shared here and we'll get the slideshow going. Here we go all right thank you, Mary. All right, this section is, I don't want to go, but I can't stay. This is life beyond the salon. </w:t>
      </w:r>
      <w:r>
        <w:br/>
      </w:r>
    </w:p>
    <w:p w:rsidR="00967CAB" w:rsidRDefault="00000000">
      <w:r>
        <w:t xml:space="preserve">So I know that we have heard several different variations of changing your career path but still keeping your hand in dogs we're going to talk and discuss things outside of the box of that. Here we go you've had a wonderful career. What did you love about it? I personally loved the dogs. I loved the grooming tools. I loved being able to talk about dogs to other people who like dogs and talk to a bunch of people who didn't know anything about dogs. For me, it's always been the dogs. </w:t>
      </w:r>
      <w:r>
        <w:br/>
      </w:r>
    </w:p>
    <w:p w:rsidR="00967CAB" w:rsidRDefault="00000000">
      <w:r>
        <w:t xml:space="preserve">They have healed me in so many ways that i can't even begin to name them. What is making you leave? In my case, it's just time, you know my eyesight is degrading, my wrists are getting a little bit crumbly, and before I just fall into a disassembled mess on the floor, I figured I would get out and maybe retrain myself to do something else. And what do you want to do? Maybe there's something you've always wanted to do, you've always dreamt about you didn't know how to start. And of course the all-encompassing question what are your transferable skills at this time of your life? Up until now, dog hair has funded your life. </w:t>
      </w:r>
      <w:r>
        <w:br/>
      </w:r>
    </w:p>
    <w:p w:rsidR="00967CAB" w:rsidRDefault="00000000">
      <w:r>
        <w:t xml:space="preserve">How are you going to fund your life now? There are several opportunities available to anyone who's been in the industry for quite some time and we're going to discuss all those little points as well. So you can have several side jobs, you can have passive income, which is something that you make or do that then you don't have to do it live anymore or in person anymore. And it just sells itself like a product or an online class, a new skill, a new business. Some of you may want to have a whole new business model, you know, or have some new skills that you had a hobby of and you want to start a business that way. </w:t>
      </w:r>
      <w:r>
        <w:br/>
      </w:r>
    </w:p>
    <w:p w:rsidR="00967CAB" w:rsidRDefault="00000000">
      <w:r>
        <w:t xml:space="preserve">All of those are potential options. Many of us have raised our children funded with dog hair, and we're all now empty nesters and maybe, you know, that portion of our life has changed and now we want to do something else. You know, the kids are out of the house, a change in </w:t>
      </w:r>
      <w:r>
        <w:lastRenderedPageBreak/>
        <w:t xml:space="preserve">a relationship maybe some of you may divorce, be divorced or getting married and really insert life change here it doesn't have to be because you've been in the business for forever. </w:t>
      </w:r>
      <w:r>
        <w:br/>
      </w:r>
    </w:p>
    <w:p w:rsidR="00967CAB" w:rsidRDefault="00000000">
      <w:r>
        <w:t xml:space="preserve">You may have been in the pet industry for three years and decide, you know what this really isn't my cup of tea, but how do I transition? I've bought all this equipment. I've gone to school, You know, I've honed these skills, which I'll always have but man, I really want to do something different, and that's not out of your reach. You absolutely can do something different if you want. Dog hair is lucrative if done even halfway right. </w:t>
      </w:r>
      <w:r>
        <w:br/>
      </w:r>
    </w:p>
    <w:p w:rsidR="00967CAB" w:rsidRDefault="00000000">
      <w:r>
        <w:t xml:space="preserve">It is scary to lose that income. And I am going through this myself you know, i'm down to about two days now, a week if that sometimes some weeks are completely naked. But I had to make time in my life for my new endeavour, which is something that we're we'll also discuss later on. So what are your financials looking like at this time of your life and what challenges are you facing? We're all in different places across the board where, you know, we, the loans that we had are paying off the mortgages that we're paying off, our food bill, how many people we take care of all those things you should crack open a fresh notebook and start writing all this stuff down. </w:t>
      </w:r>
      <w:r>
        <w:br/>
      </w:r>
    </w:p>
    <w:p w:rsidR="00967CAB" w:rsidRDefault="00000000">
      <w:r>
        <w:t xml:space="preserve">You know, these are your requirements these are the people that you have to feed this is the mortgage that you have to pay. This is all the things that you're responsible for financially. And before you quit that dog hair job, you know, you keep working that and then start making your plan. And that's what we're going to do today we're going to start making our plan to switch over from a dog grooming career to perhaps something related or something completely different. We'll take stock of all these things and see how mind mapping and flow charting can work in your favor with those decisions that you have ahead of you. </w:t>
      </w:r>
      <w:r>
        <w:br/>
      </w:r>
    </w:p>
    <w:p w:rsidR="00967CAB" w:rsidRDefault="00000000">
      <w:r>
        <w:t xml:space="preserve">So for all of all of us that are older, risks aren't what they used to be the eyes don't see very well. What do I do now? I, in my case, I do want to stay related to the pet industry. I love the pet industry, I love the people in the pet industry, and I absolutely adore the dogs. If I can get my hands on dogs and not have to groom them even better, that is what I'm looking for. So I had to think of all the things that I wanted to do. I've got a smattering of skills. How can I rally them together and fit them in a cohesive pattern so that I can go beyond the salon and still make my financials, make me happy and take care of me in my older years? Also keep in mind, as the population becomes older, in the majority there's going to be a whole bunch more old people than there are younger people. </w:t>
      </w:r>
      <w:r>
        <w:br/>
      </w:r>
    </w:p>
    <w:p w:rsidR="00967CAB" w:rsidRDefault="00000000">
      <w:r>
        <w:t xml:space="preserve">So we all reach a point that makes us stop and think about working going forward. You know, are we going to work really hard until we retire and then have like 3 years of health in which to enjoy the fruit of our labor? Are we going to take time in between our working life and take time to smell the roses, go to that tropical island, take that vacation. And I know </w:t>
      </w:r>
      <w:r>
        <w:lastRenderedPageBreak/>
        <w:t xml:space="preserve">a lot of us travel and we do that anyway, but we have to take the time to do it when we can enjoy it in our youth. I think in my opinion, there may be major life changes that precipitate this change that has nothing to do with aging. </w:t>
      </w:r>
      <w:r>
        <w:br/>
      </w:r>
    </w:p>
    <w:p w:rsidR="00967CAB" w:rsidRDefault="00000000">
      <w:r>
        <w:t xml:space="preserve">I know a very good groom, a friend of mine who has lost her salon, poor thing, she's pregnant with a high risk pregnancy and we love her so much. But she's gone through all kinds of changes to try to get her life straightened out. And sometimes that can precipitate, you know what? How can we work smarter, not harder? How can we go about doing that, you know, while still utilizing our skill set and still utilizing the tools that we have at our disposal? All transitions can be scary. It doesn't matter what age you're in. Some of you are, Like I said, some of you are not aging out of the industry you're young, younger, or you got into it late and you've only been doing it for a few years and you're like, wow, you know, that was a good run, that was good for me and now I want to do something else. </w:t>
      </w:r>
      <w:r>
        <w:br/>
      </w:r>
    </w:p>
    <w:p w:rsidR="00967CAB" w:rsidRDefault="00000000">
      <w:r>
        <w:t xml:space="preserve">But it's scary to go out and not have that the backbone of that paycheck there every week or every two weeks or however you get paid. You know the tips are very lucrative you know you miss that and you're scared that you won't have enough to carry you through. And that's a possibility you know, we could all fail at any time but you know what if we don't try, then we will always fail. So what do I do now is the ultimate question. Let's find some answers. Let's talk about it. Holy cow, I can't do this anymore. Some of us are heading into our fifties and sixties. </w:t>
      </w:r>
      <w:r>
        <w:br/>
      </w:r>
    </w:p>
    <w:p w:rsidR="00967CAB" w:rsidRDefault="00000000">
      <w:r>
        <w:t xml:space="preserve">I'm old enough to be tired, but too young to retire. So I'm going to take stock of all the things that I can do, and I have a quite a smattering skill of skills that I can fall back on and do other things. I'm really good at making videos, amateur videos that are passable in business settings. I can garden, I learned how to make bread, I learned how to cultivate mushrooms, I learned how to make flow charts, I learned how to do all those things. And these are skills that I've picked up in all the workplaces that I've ever had. </w:t>
      </w:r>
      <w:r>
        <w:br/>
      </w:r>
    </w:p>
    <w:p w:rsidR="00967CAB" w:rsidRDefault="00000000">
      <w:r>
        <w:t xml:space="preserve">I've been responsible for the marketing in some places that I've worked and I've made brochures and i've worked booths and I've done all the things and now I really want to teach that's really my passion i really love it. I love bringing that information and seeing that light bulb go off and I'd love to see where the students are going to take my information and improve it and make it better. So that's really where my focus is. And I went through this same procedure that I'm going to be talking to you about. And it's led me very well into the part of my life that I feel really confident about getting down to two days a week for work. </w:t>
      </w:r>
      <w:r>
        <w:br/>
      </w:r>
    </w:p>
    <w:p w:rsidR="00967CAB" w:rsidRDefault="00000000">
      <w:r>
        <w:t xml:space="preserve">I'm feeling really confident about moving forward. Some of us are having unique challenges. Some of us have sudden life changes that make us change our financial plan of action maybe you'd planned on grooming until you retire and that was great. Then something happened </w:t>
      </w:r>
      <w:r>
        <w:lastRenderedPageBreak/>
        <w:t xml:space="preserve">maybe we get into an accident we can't hold the scissor anymore. Everything can be worked out. I know it feels like it's insurmountable, but every single thing that happens to you can work out. You absolutely can have life after whatever it is that you think is just the end. </w:t>
      </w:r>
      <w:r>
        <w:br/>
      </w:r>
    </w:p>
    <w:p w:rsidR="00967CAB" w:rsidRDefault="00000000">
      <w:r>
        <w:t xml:space="preserve">And unless you are dead, you're still alive and you can keep going selling your tools. Now, I did want to talk about this for a moment. Be thoughtful and take your time as you begin to weed through your tool stash. I chose to keep a core set of tools and I also have a grooming set up in my home. I have i'm down to one in home client. She comes and visits me and we talk while I'm grooming her dog. </w:t>
      </w:r>
      <w:r>
        <w:br/>
      </w:r>
    </w:p>
    <w:p w:rsidR="00967CAB" w:rsidRDefault="00000000">
      <w:r>
        <w:t xml:space="preserve">But I do have a full set up and i can if I need to take on small dog clients at in my home if I choose to do that as an emergency backup if all else fails, I still have a set of tools, a place to bathe them and a table to groom them on. So I do recommend that you save a core set of everything you know keep a dryer, Keep a set of scissors, keep your you know, everything you need to do basic grooms you should have at your disposal. Get rid of your extras absolutely you know, and you know the tools that you don't use at all. </w:t>
      </w:r>
      <w:r>
        <w:br/>
      </w:r>
    </w:p>
    <w:p w:rsidR="00967CAB" w:rsidRDefault="00000000">
      <w:r>
        <w:t xml:space="preserve">They just sit there in the caddy or you're on your workstation and never go anywhere or do anything. Absolutely give those to people who can appreciate them and use them for what they are intended for absolutely. Some people choose to sell their stash. I chose to donate a lot of it. I've sold some pieces, but a lot of it I've just given to groomers who I thought could really benefit their up and coming i see that they're very talented and very skilled, and I would love to help them out and if I could help them out with my things, then absolutely. </w:t>
      </w:r>
      <w:r>
        <w:br/>
      </w:r>
    </w:p>
    <w:p w:rsidR="00967CAB" w:rsidRDefault="00000000">
      <w:r>
        <w:t xml:space="preserve">So you have to, I would really like you to think about where those tools are going don't just Willy nilly throw everything in a bucket and say, oh, I'm just getting rid of it 'cause I'm not doing it anymore. Be judicious, Be judicious about what you give away and what you keep giving away clients, but keeping your hands in the game? Yeah, it is important to try to transition your existing clients to other groomers in your salon or to other salons in the area, depending on how you work. It is important to make them feel comfortable and satisfied i am down to a skeleton crew, handful of clients that have to have just me for whatever reason. </w:t>
      </w:r>
      <w:r>
        <w:br/>
      </w:r>
    </w:p>
    <w:p w:rsidR="00967CAB" w:rsidRDefault="00000000">
      <w:r>
        <w:t xml:space="preserve">They just want me. So I have a little handful and I'll continue to do those i'm not taking any new clients at my salon location, but I am grooming the ones that are left and will probably groom them until they are no longer with us because i do feel responsible for them and I love them very much. But keeping your hand in the game is important. So it's good to have a client or two that comes on a regular basis to keep your skill set sharp, if not top at the top of your game when you were in your thirties, at the very least, functional and serviceable so </w:t>
      </w:r>
      <w:r>
        <w:lastRenderedPageBreak/>
        <w:t xml:space="preserve">that you could give a really nice haircut to a small dog in a pinch. </w:t>
      </w:r>
      <w:r>
        <w:br/>
      </w:r>
    </w:p>
    <w:p w:rsidR="00967CAB" w:rsidRDefault="00000000">
      <w:r>
        <w:t xml:space="preserve">And it is so important to make room for your new life. So if you're always grooming, you know, six days a week, seven days a week, 10 dogs a day, and you're like, oh man, I got to get out of this grind. But you keep booking yourself, dogs, 10 dogs a day, 7 seven days a week, on and on, and never take any vacations you are not making any room to work on the issues that you're going to need to make that transition. You know the money is really good, but man, the money could be better for less work if you think about it, if you use your skill set and move towards your transition. </w:t>
      </w:r>
      <w:r>
        <w:br/>
      </w:r>
    </w:p>
    <w:p w:rsidR="00967CAB" w:rsidRDefault="00000000">
      <w:r>
        <w:t xml:space="preserve">So just start taking one day off a week and that one day, absolutely use that day to make your plans, to do your brainstorming, to make your pros and cons list, to see where it is that you want to go in your life. You know transitions can happen as smoothly as possible when you are prepared. And I'm not saying that they can be flawless. </w:t>
      </w:r>
      <w:r>
        <w:br/>
      </w:r>
    </w:p>
    <w:p w:rsidR="00967CAB" w:rsidRDefault="00000000">
      <w:r>
        <w:t xml:space="preserve">That would be ideal. But you can absolutely be as prepared as possible on paper. Before you make that plunge. Open the door and let your new life in. Explore your options. What skills are transferable? What can you do? For years we've done what inventory manager, finances, training others, and what do you know about your tools, How to clean them, how they're manufactured, how to balance your books. You could give classes on finances to people, What are your transferable skills? Time management, spatial awareness, critical thinking, hand coordination, problem solving, descriptive communication and teamwork. All of these are transferable skills into another career. And the reason I say, what do you know about your tools? Maybe you can Rep something. </w:t>
      </w:r>
      <w:r>
        <w:br/>
      </w:r>
    </w:p>
    <w:p w:rsidR="00967CAB" w:rsidRDefault="00000000">
      <w:r>
        <w:t xml:space="preserve">Maybe you can do reviews of new tools and make that your gig if you want. If you like to do videos and that such social media. So these are some of the transferable skills that we have and we're going to take that a little bit further. What other skill sets do you possess that can be used in your next adventure? Really think of all of the skills that will be useful in your new life. What skills are you lacking in? You know do you need to take a class, Find a Community College somewhere, or do some video YouTube courses? Or look around your peer group? They might have a course that will help you fill in the blanks, so to speak, of skill sets that you might be lacking in. </w:t>
      </w:r>
      <w:r>
        <w:br/>
      </w:r>
    </w:p>
    <w:p w:rsidR="00967CAB" w:rsidRDefault="00000000">
      <w:r>
        <w:t xml:space="preserve">Don't be afraid to go back to school don't be afraid to take another class. I have some stories ahead that are really going to be inspiring, I hope. But explore your options. Don't think of a skill that's too small. Knife skills are desirable if you're seeking, you know, employment in a kitchen, things like that, you know do you have good laundry skills maybe you want to work at a laundress or at an alterations place. </w:t>
      </w:r>
      <w:r>
        <w:br/>
      </w:r>
    </w:p>
    <w:p w:rsidR="00967CAB" w:rsidRDefault="00000000">
      <w:r>
        <w:lastRenderedPageBreak/>
        <w:t xml:space="preserve">You know the sky is the limit. You don't have to just stay with dogs you don't have to see what can do with dogs in it. Unless that's your calling, unless that's your passion. Become an ambassador. Many companies are seeking ambassadors selling products or merchandise at the shows or at large can help keep you close to your friends and the pulse of the industry so maybe you're not ready to go all the way out of the pet industry yet. There are so many job opportunities that you could just work yourself into and still get paid. </w:t>
      </w:r>
      <w:r>
        <w:br/>
      </w:r>
    </w:p>
    <w:p w:rsidR="00967CAB" w:rsidRDefault="00000000">
      <w:r>
        <w:t xml:space="preserve">You know, somebody's got to set the show up, somebody's got to organize the registration, somebody's got to be the go get it gal, if you will. There are so many opportunities within that if you've done, if you've seen a show, even a Broadway show, you know behind the scenes, there's a ton of people getting the sets ready, making sure the lights work this and that and the other. There's all kinds of things and maybe you have that skill set that you've already been helping with that. </w:t>
      </w:r>
      <w:r>
        <w:br/>
      </w:r>
    </w:p>
    <w:p w:rsidR="00967CAB" w:rsidRDefault="00000000">
      <w:r>
        <w:t xml:space="preserve">So that's another skill that you might add to your resume and to your pros list hey, I've got these skills i can use them. So there are so many jobs that go into putting a show together i'm sure that may tempt some of you to look into. Go back to school and I'm going to tell you the story of my husband. He is indirectly in the pet industry as he's been my husband through my entire career. However, when he was 54 he was at the top of his game and he was commercial plumbing contractor, building hospitals and prisons and malls and huge construction. </w:t>
      </w:r>
      <w:r>
        <w:br/>
      </w:r>
    </w:p>
    <w:p w:rsidR="00967CAB" w:rsidRDefault="00000000">
      <w:r>
        <w:t xml:space="preserve">Well, he had an appendix surgery and I won't go into the details, but he was blinded by an appendix surgery by the surgeon who did the surgery and we decided that the best thing to do at 54 was he needed a new skill because obviously he could not traverse the construction site anymore. He couldn't see it was too dangerous. So he went back to school square 1 freshman year of college, worked his four years, got his bachelor's worked another two years to get his master's and got a specialty. </w:t>
      </w:r>
      <w:r>
        <w:br/>
      </w:r>
    </w:p>
    <w:p w:rsidR="00967CAB" w:rsidRDefault="00000000">
      <w:r>
        <w:t xml:space="preserve">And now he teaches other blind students how to become independent. So I know from absolute personal experience, it does not matter how old you are or how scary you think it is. I've seen someone do it with their eyes closed and it is completely inspiring and he is completely successful. Loves his job, found a place where he can feel needed and feel like his services were valued. So don't be afraid to go back to school it doesn't matter what age you are and get your learning on. Take a course, find a class you know, and brush up on some skills to maybe delve into another career possibility. </w:t>
      </w:r>
      <w:r>
        <w:br/>
      </w:r>
    </w:p>
    <w:p w:rsidR="00967CAB" w:rsidRDefault="00000000">
      <w:r>
        <w:t xml:space="preserve">Real estate. My friend Donna Campbell amanda's she's now a realtor she went back to school and she loves her job. She loves selling real estate she's and she has the perfect personality for it she's super bubbly anybody that knows Donna knows that she's great at </w:t>
      </w:r>
      <w:r>
        <w:lastRenderedPageBreak/>
        <w:t xml:space="preserve">this. I'm not sure if she groomed still or not, but I she is the inventor of the yuppie puppy bath brush. So she did have her hand in it for a while, but I know that she is very happy in her life, in her new career, being a realtor vending, and you heard from Tommy earlier today. </w:t>
      </w:r>
      <w:r>
        <w:br/>
      </w:r>
    </w:p>
    <w:p w:rsidR="00967CAB" w:rsidRDefault="00000000">
      <w:r>
        <w:t xml:space="preserve">Is there a product you're passionate about? Or invent a product or distribute products you really believe in? Sometimes it's just a matter of having the passion to do something like this, you know maybe you can find a better way to hold a comb Tommy did. Maybe you can find a better way to hold the dog on the table maybe you can find a better paw mat. </w:t>
      </w:r>
      <w:r>
        <w:br/>
      </w:r>
    </w:p>
    <w:p w:rsidR="00967CAB" w:rsidRDefault="00000000">
      <w:r>
        <w:t xml:space="preserve">Maybe you can find a better eye cleaner or whatever maybe you have ideas that you want to develop. Maybe you just have a line of products that you really love and then you beg them in a sweet way until they hire you onto their staff. I've seen that happen as well. So vending something, a product, being a Rep for somebody is absolutely, it can be lucrative and it can be very exciting it's a lot of work. </w:t>
      </w:r>
      <w:r>
        <w:br/>
      </w:r>
    </w:p>
    <w:p w:rsidR="00967CAB" w:rsidRDefault="00000000">
      <w:r>
        <w:t xml:space="preserve">But you're not grooming dogs and you are still staying within the industry, seeing all your friends at the shows, you know, keeping abreast of what's going on in the industry. So that's a really good option for someone who is so inclined training others. How about working at a grooming school or starting one yourself? There are plenty of grooming schools popping up and we have a huge need for groomers huge like huge. </w:t>
      </w:r>
      <w:r>
        <w:br/>
      </w:r>
    </w:p>
    <w:p w:rsidR="00967CAB" w:rsidRDefault="00000000">
      <w:r>
        <w:t xml:space="preserve">So as if you train as many as you can, and if you are inclined to be able to train others how to groom and working with them with live dogs and such, that's an excellent skill that is needed in the pet industry so you might find opportunities with existing schools, or maybe just start one yourself. Becoming an actual educator, creating classes, travelling to Expos, doing speaking engagements. </w:t>
      </w:r>
      <w:r>
        <w:br/>
      </w:r>
    </w:p>
    <w:p w:rsidR="00967CAB" w:rsidRDefault="00000000">
      <w:r>
        <w:t xml:space="preserve">This is something that is near and dear to my heart this is my focus, and of course I'm branching off of that as well i don't think you can you should limit yourself to one thing if you if you don't want to, As long as they're all they all mesh together, then I think that you have a really good deal. So becoming an educator is not as hard as you would think. If you have a message, if you have a class, if you see a niche where no classes are, and there's plenty of them, there's plenty of places where classes should be that there aren't no one's invented them yet because we haven't seen it. </w:t>
      </w:r>
      <w:r>
        <w:br/>
      </w:r>
    </w:p>
    <w:p w:rsidR="00967CAB" w:rsidRDefault="00000000">
      <w:r>
        <w:t xml:space="preserve">But if you see somewhere in the industry where classes are lacking, make them sell them to people. Tell people that you have these classes and you can start building up your educator A portfolio from there. No one is stopping you from writing a book. No one is stopping you </w:t>
      </w:r>
      <w:r>
        <w:lastRenderedPageBreak/>
        <w:t xml:space="preserve">from making a product no one is stopping you from creating classes. No one's stopping you from speaking about something that you're very passionate about and that you know a lot about, if that's your area of speciality. </w:t>
      </w:r>
      <w:r>
        <w:br/>
      </w:r>
    </w:p>
    <w:p w:rsidR="00967CAB" w:rsidRDefault="00000000">
      <w:r>
        <w:t xml:space="preserve">So, I mean, there are so many things that you can do, and usually the thing that you're going to be really good at. You go, hey, why isn't somebody addressing this? And then you think to yourself, oh, is this my moment? Is this my chance to do this and make a difference? And at least educate people on this particular aspect of whatever it is that you saw. It's a great way to put your toe in the water and becoming an educator, exploring an offshoot of your knowledge. So do you have hobbies? Do you have interests? I like gardening. I have a formulary now i have two podcasts that I frequent. </w:t>
      </w:r>
      <w:r>
        <w:br/>
      </w:r>
    </w:p>
    <w:p w:rsidR="00967CAB" w:rsidRDefault="00000000">
      <w:r>
        <w:t xml:space="preserve">I have one with Melissa Conte Deaner and then we do Grimmer Town Hall. I am now offering retreats, even though I haven't done my first one. I am offering them and the formulary is something that I've really wanted to do for a long time. So that's something that I went forward and did. I'm over the hump of my brainstorming and my flow charting, and I'm in the actual, the actual doing of my career that I'm looking forward to. But literally it could be anything you can think of is your hobby trains go educate and start speaking about trains. </w:t>
      </w:r>
      <w:r>
        <w:br/>
      </w:r>
    </w:p>
    <w:p w:rsidR="00967CAB" w:rsidRDefault="00000000">
      <w:r>
        <w:t xml:space="preserve">You know it doesn't matter what it is. Don't limit yourself to think well, all I know is dogs so I guess I just got to talk about dogs or do something with dogs even though my wrists hurt and my eyes hurt or I just don't want to do that anymore it's like I'm tired of getting pooped on or whatever it is, you have skills that are transferable you have skills that other people desire, and if you can find your niche, that's where you want to be that's where you're going to be the most excited and joyful. </w:t>
      </w:r>
      <w:r>
        <w:br/>
      </w:r>
    </w:p>
    <w:p w:rsidR="00967CAB" w:rsidRDefault="00000000">
      <w:r>
        <w:t xml:space="preserve">Therefore, you will attract people who are excited and joyful about your service or your product consulting nowadays is huge if you have spent a formidable amount of time in the industry and you're like, well, what do I do now you know what you can consult you can have a whole consulting business, for heaven's sake. You can consult to manufacturers when they're manufacturing a new formula, businesses how they run their business you can help them do that you know, if they need financial help, Maybe show them how you used to do your books. </w:t>
      </w:r>
      <w:r>
        <w:br/>
      </w:r>
    </w:p>
    <w:p w:rsidR="00967CAB" w:rsidRDefault="00000000">
      <w:r>
        <w:t xml:space="preserve">Make a class. Make some resources for people to come to your website drive them to your website. Veterinarians consulting. Some of them have no idea how to set up a grooming area, but a lot of them are looking forward to that extra income. So you can consult with veterinarians, you know, make a card, make your marketing set yourself out there, and of course to other groomers. You know, I would have a successful grooming shop, I had X </w:t>
      </w:r>
      <w:r>
        <w:lastRenderedPageBreak/>
        <w:t xml:space="preserve">amount of employees, I brought down this much money per year, i can help you with your business, you know, in areas that you maybe are a little bit lacking on. </w:t>
      </w:r>
      <w:r>
        <w:br/>
      </w:r>
    </w:p>
    <w:p w:rsidR="00967CAB" w:rsidRDefault="00000000">
      <w:r>
        <w:t xml:space="preserve">So consulting is huge you don't even have to stay in the pet industry. What if you have that hobby? You can make a consulting business, answering questions about gardening, answering questions about trains, answering questions about whatever, you know the kind of bread you like to make. The sky literally is the limit. And I always remember when I was very young and I would watch these seminars and this and that and the other and somebody would say something and it's something I had never thought of before. And literally, I feel like we collectively need someone to say, hey, the Sky's the limit i give you permission to think outside the box. And I think that's really interesting because I used to feel like, why did I think, yeah, I could do it that way, that's so silly why haven't I been doing it that way before? And it's just you need somebody to give you permission in a strange kind of way and not actual permission but here I officially give you my permission to think outside of the box and choose joy, seek happiness. </w:t>
      </w:r>
      <w:r>
        <w:br/>
      </w:r>
    </w:p>
    <w:p w:rsidR="00967CAB" w:rsidRDefault="00000000">
      <w:r>
        <w:t xml:space="preserve">It shouldn't have to be a grind if it's getting too much for whatever reason absolutely and there's plenty of people in this business mary is one of them, that will help you through that change. There's plenty of classes now out there on, you know what we can help you get from point A to point B, where you want to be and slowly leave the world of grooming, if that's what you so desire. And of course, speaking, tell the people what they need to know. If you have a message and you want to share it, then don't let anyone stop you know, if you can't afford PowerPoint or Microsoft Office, there is something called open office it's an open source program and it has an alternative, like an alternate to all of the Office programs. </w:t>
      </w:r>
      <w:r>
        <w:br/>
      </w:r>
    </w:p>
    <w:p w:rsidR="00967CAB" w:rsidRDefault="00000000">
      <w:r>
        <w:t xml:space="preserve">You can make yourself a PowerPoint, Although PowerPoint is the official Microsoft Word. You can have a slideshow of some sort that you can start making slideshows, making PowerPoints, and just start practicing at it. Make a bunch of them even if you don't speak them to anyone yet, at least they're there and they're ready. If you have fears of speaking, speak every day and record yourself with your own phone and then play it back and start looking at how you look if you fidget with your fingers, if you say umm and ah a lot, you know it will really make you aware of how you look, how you, how you, how you sound to your audience and if you're getting your message across. </w:t>
      </w:r>
      <w:r>
        <w:br/>
      </w:r>
    </w:p>
    <w:p w:rsidR="00967CAB" w:rsidRDefault="00000000">
      <w:r>
        <w:t xml:space="preserve">So that's always a good way to practice if you're afraid of speaking in front of people. I have spoken in front of small crowds, large crowds, for many years under many different circumstances. And whenever I come up with a new class, you better believe I still have butterflies in my stomach. You know, are they going to get the message you know, are they going to take it seriously? You know, whatever is at the back of your mind that you think the audience is going to say. But I like speaking and I like talking with people about dogs and I like helping them to get forward and go and be successful in their life so I love to speak i </w:t>
      </w:r>
      <w:r>
        <w:lastRenderedPageBreak/>
        <w:t xml:space="preserve">love to speak about these things that I know, and I learned a lot when I speak because people ask questions and sometimes I don't always have the answer. </w:t>
      </w:r>
      <w:r>
        <w:br/>
      </w:r>
    </w:p>
    <w:p w:rsidR="00967CAB" w:rsidRDefault="00000000">
      <w:r>
        <w:t xml:space="preserve">So in finding that answer I learn. I gain knowledge, you know, from the people who are asking me questions so you can speak online or in person. Toastmaster is a really good organization if you want to speak on a regular basis about varying topics. So they're a good organization to contact so you can speak weekly in their little thing i'm not sure how it's set up i am not a Toastmaster member, but I know that they, that's what they're all about, is, you know, public speaking, you know, and becoming more polished in your communication. </w:t>
      </w:r>
      <w:r>
        <w:br/>
      </w:r>
    </w:p>
    <w:p w:rsidR="00967CAB" w:rsidRDefault="00000000">
      <w:r>
        <w:t xml:space="preserve">Make some video classes. If you have a message if you want to demonstrate something, make a video class, you know, and yeah, it may be crude and it may be choppy or whatever. Everyone has to start somewhere. We all as groomers have that one groom that we did way back in the day. I carved such a hard line in a Cocker one time and was so proud of myself that I was just joyful i thought that that's how it was supposed to be. </w:t>
      </w:r>
      <w:r>
        <w:br/>
      </w:r>
    </w:p>
    <w:p w:rsidR="00967CAB" w:rsidRDefault="00000000">
      <w:r>
        <w:t xml:space="preserve">Well, years, many years later, I know that is totally incorrect. But at the time I didn't know that line was just as straight and as cut into that coat as you could possibly get it, let me tell you, it's crazy. So don't be afraid of speaking out. If you think your message is important and you would like to tell it to someone, make a video and just throw it up on YouTube and post it or just invite friends that you trust to critique it. Maybe redo it a couple of times to make it better, Make it sound better. The maybe you change the content, but that's how you get good. </w:t>
      </w:r>
      <w:r>
        <w:br/>
      </w:r>
    </w:p>
    <w:p w:rsidR="00967CAB" w:rsidRDefault="00000000">
      <w:r>
        <w:t xml:space="preserve">And if you're passionate about it, keep doing it you're going to get better and better, developing a new idea. You do something that you have never done that you might have dreamed about these are my friends, the latchaws. They moved to a tropical island so they have salons that are still working in the Midwest, throughout the Midwest. And they decided you one day you know what we just, we're just going to go live on an island next to the ocean and drink Mai tais and by gosh, that's what they did. </w:t>
      </w:r>
      <w:r>
        <w:br/>
      </w:r>
    </w:p>
    <w:p w:rsidR="00967CAB" w:rsidRDefault="00000000">
      <w:r>
        <w:t xml:space="preserve">They did that. They decided, they said, yeah, why not why should we not do that? And they're living up the life they're living their best life. And I just threw photographer and scuba diving in. I don't know that that's what they do, but you could do something like that, you know, develop a whole new idea. Maybe you had a secondary option when you started grooming and said, well, maybe one day I'll get into that. </w:t>
      </w:r>
      <w:r>
        <w:br/>
      </w:r>
    </w:p>
    <w:p w:rsidR="00967CAB" w:rsidRDefault="00000000">
      <w:r>
        <w:t xml:space="preserve">Maybe it's time to explore that thing, that idea, you know, take a chance, take an absolute chance we have one lifetime full of finite handful of minutes that we can never get back and </w:t>
      </w:r>
      <w:r>
        <w:lastRenderedPageBreak/>
        <w:t xml:space="preserve">as we spend them they get smaller and smaller in amount. So absolutely take a chance. It doesn't always work out, but that's part of the journey. But I have seen them be very successful in their in their choices, Look at how their faces are, look at how wrinkle less they are. </w:t>
      </w:r>
      <w:r>
        <w:br/>
      </w:r>
    </w:p>
    <w:p w:rsidR="00967CAB" w:rsidRDefault="00000000">
      <w:r>
        <w:t xml:space="preserve">Little bit jealous over here, little bit brainstorming is one of the most important things that you can do when you are deciding a decision like this. So you literally get together with your significant other, your partner, your spouse, a couple of good friends or family members if you trust them. And everybody sits in a circle and everybody has a piece of paper and a pen and you're just throwing out ideas and it could be just nothing is off the table. Lion tamer circus performer. You know I want to be in the CIA, whatever it is. </w:t>
      </w:r>
      <w:r>
        <w:br/>
      </w:r>
    </w:p>
    <w:p w:rsidR="00967CAB" w:rsidRDefault="00000000">
      <w:r>
        <w:t xml:space="preserve">Because in having this lovely sharing brainstorming session in which you throw out a bunch of stuff that is nonsensical but hilarious, you absolutely do open up the creativity in your brain. And while you're bantering and making these really ridiculous suggestions, sometimes that will birth your idea that will birth the new option that you want to explore, you know and if you don't come up with anything during your brainstorming session, it's still stimulates your brain in such a way that it's going to make new pathways and look for new options. </w:t>
      </w:r>
      <w:r>
        <w:br/>
      </w:r>
    </w:p>
    <w:p w:rsidR="00967CAB" w:rsidRDefault="00000000">
      <w:r>
        <w:t xml:space="preserve">Set up a dictation device or get a pen and paper. Sometimes I feel like a dictation device, like even just recording on your phone, is better than a pen and paper, because then you don't have to worry about writing things down and you don't have to worry about forgetting a word because you're trying to write it down so fast and then you forget an idea that was really interesting and exciting. </w:t>
      </w:r>
      <w:r>
        <w:br/>
      </w:r>
    </w:p>
    <w:p w:rsidR="00967CAB" w:rsidRDefault="00000000">
      <w:r>
        <w:t xml:space="preserve">So the dictation device to me is superior but get a pen and paper if that's all you have. Invite your trusted circle who know you to make suggestions and throw out ideas. Next you're going to take your pieces of paper and you're going to list your pros and cons. Ok, so this will give you an idea of what investment of time and sweat and money you need for your new idea. </w:t>
      </w:r>
      <w:r>
        <w:br/>
      </w:r>
    </w:p>
    <w:p w:rsidR="00967CAB" w:rsidRDefault="00000000">
      <w:r>
        <w:t xml:space="preserve">So let's say you have 18 different options from your brainstorming session. And sometimes there can be a lot, sometimes there can only be one or two, but that's fine also, let's say you have 18. Just pick your top three, the top three most exciting things from your brainstorming session. And not to say that we're ruling all the others out, we're just working with three at a time. So pick your top three and then list your pros and cons of each one list oK, this is how much I'm going to need to invest in this. I have to brush up on my math or my, you know, money skills. </w:t>
      </w:r>
      <w:r>
        <w:br/>
      </w:r>
    </w:p>
    <w:p w:rsidR="00967CAB" w:rsidRDefault="00000000">
      <w:r>
        <w:lastRenderedPageBreak/>
        <w:t xml:space="preserve">I've got to do this for this one so if you have a pros and cons list for each idea, so pick your top three, do your pros and cons list for each of those options. Go to the next three go to the next three go to the next three until you have a list of pros and cons for each option. You'll begin to see very quickly which ones are more exciting, basically. </w:t>
      </w:r>
      <w:r>
        <w:br/>
      </w:r>
    </w:p>
    <w:p w:rsidR="00967CAB" w:rsidRDefault="00000000">
      <w:r>
        <w:t xml:space="preserve">So whatever excites you the most, regardless of what the investment looks like, try to explore those first. Because let's say that you need to buy this eighty thousand dollar piece of equipment right off. If you don't have that capital, you're not going to get that done unless you do some fancy footwork with your collateral and with the banks, you know and that's another story for another day. However, let's say you can't do that one because it's just too impossible for right now. </w:t>
      </w:r>
      <w:r>
        <w:br/>
      </w:r>
    </w:p>
    <w:p w:rsidR="00967CAB" w:rsidRDefault="00000000">
      <w:r>
        <w:t xml:space="preserve">Put it on the back burner and see what one of the other options is going to bring you. Ok, so now you have all your lists. You know which ones are getting shiny and which ones are going to be by the wayside. Keep them in a little file. You're not done with your journey yet oK, dream sketch explorer. Now this is important and I know a lot of people try and skip this because they don't think they need it this is what is needed the most when you are moving into a different time of your life and really thinking about redirecting all your energies. </w:t>
      </w:r>
      <w:r>
        <w:br/>
      </w:r>
    </w:p>
    <w:p w:rsidR="00967CAB" w:rsidRDefault="00000000">
      <w:r>
        <w:t xml:space="preserve">Dreaming is important because we have to dream to make the pathways to make the thing happen. So really, do take your day off if you're working yourself to the bone, 10 dogs a day, 20 dogs a day, How, Whatever it is. Whatever that looks like for you now, do take a day off on a regular basis, on a weekly basis, to do this paperwork to dream. And I know that sounds crazy i'm losing money because I'm thinking of my next step. Yes, yes, you will have to give up that one day's money to dream for the rest of your life. </w:t>
      </w:r>
      <w:r>
        <w:br/>
      </w:r>
    </w:p>
    <w:p w:rsidR="00967CAB" w:rsidRDefault="00000000">
      <w:r>
        <w:t xml:space="preserve">So really imagine in your mind what your new life is going to be like. Take every major idea and take a day or a weekend, an hour, however long you need to really visualize what each option is going to bring you. Ok? Make notes on your pros and cons list of how you're thinking this might be your new life and really think about it i'm going to get up at this time of day i have to prepare this. I'm going to be doing this all day you know, I have to get this paperwork or these stickers or this marketing or whatever it is that you're going to explore. </w:t>
      </w:r>
      <w:r>
        <w:br/>
      </w:r>
    </w:p>
    <w:p w:rsidR="00967CAB" w:rsidRDefault="00000000">
      <w:r>
        <w:t xml:space="preserve">And then you have all your notes on your pros and cons list. And so those what are what I call complete ideas. Those are complete ideas so then we're going to go to the next step, flow charting. This is your step by step blueprint to your new life. And the best thing about it is you start with your finished goal. So I'll show you then and then you work backwards. So your goal is going to be the first thing that you put on the piece of paper and I'm going to show you what I wrote here. </w:t>
      </w:r>
      <w:r>
        <w:br/>
      </w:r>
    </w:p>
    <w:p w:rsidR="00967CAB" w:rsidRDefault="00000000">
      <w:r>
        <w:lastRenderedPageBreak/>
        <w:t xml:space="preserve">So my finished end goal is become an astronaut. Not really, this is just an example, but to become an astronaut, there's a bunch of stuff that comes before that. So I put become an astronaut. Well, I put become and astronaut. Ignore that d become an astronaut. Before you can do that, you have to train for a mission. You have to make friends with NASA. You have before that you have to graduate astronaut school before that you have to qualify for astronaut school before that. All the other things it takes to get there. </w:t>
      </w:r>
      <w:r>
        <w:br/>
      </w:r>
    </w:p>
    <w:p w:rsidR="00967CAB" w:rsidRDefault="00000000">
      <w:r>
        <w:t xml:space="preserve">Now see these blank little circles? Those are the detail circles. So let's say you have to qualify for astronaut school that means you have to do. I don't know, 150 push ups? You have to have perfect vision i don't know i really don't know how you get into astronaut school, but I'm sure there's details at every major step. So flow charting simply means you start with your goal and then you think of everything it takes to get there and then start a flow chart for each one of your ideas that you have a pros and cons list for now, it seems homework heavy, but this is the foundation of your new life, so it is really important to get a hold of these things and really make sure you thoroughly explore them you know this, you're going to be investing your time, your minutes that you can't ever get back, money that you traded with, your time that you can't get back. </w:t>
      </w:r>
      <w:r>
        <w:br/>
      </w:r>
    </w:p>
    <w:p w:rsidR="00967CAB" w:rsidRDefault="00000000">
      <w:r>
        <w:t xml:space="preserve">So make sure that the option that you choose to invest in real life is something that you've thoroughly thought about taking care of details. The devil is truly in the details. You should have a running list of the small things that often get overlooked and visited often. We're talking licenses, permits, tax forms, legal liability, insurance like every other every single tiny little thing. Do you need a certain type of sharpie to do your new work? Make sure that you order a case of it. You know what I mean. </w:t>
      </w:r>
      <w:r>
        <w:br/>
      </w:r>
    </w:p>
    <w:p w:rsidR="00967CAB" w:rsidRDefault="00000000">
      <w:r>
        <w:t xml:space="preserve">So all those details should go onto your flow chart and tape the papers together if you have to. Sometimes I like to use a big wall whiteboard and I'll flow chart off that and just leave it up and erase it and redraw it as many times as I need to. So whatever process, you need to keep track of all these things. So at the very end of the taking care of details, you should know exactly how If, let's say you have seven options left out of your however many that you pros and cons. Each of those seven options should have a pros and cons list a flow chart, and scribbles all over the flow chart indicating all of the details that need to be done before you can proceed to your goal. </w:t>
      </w:r>
      <w:r>
        <w:br/>
      </w:r>
    </w:p>
    <w:p w:rsidR="00967CAB" w:rsidRDefault="00000000">
      <w:r>
        <w:t xml:space="preserve">Ok, so you literally have. If you have seven or however many you end up, you have 7 literal businesses you could start right away. Ok, that is amazing so you did that you made those choices, you did the brainstorming, you did the flow charting, you did all of the things right. So taking care of the details is very important. These often get overlooked, and many businesses and new business ventures fail simply because one of these little details that's so important is overlooked. </w:t>
      </w:r>
      <w:r>
        <w:br/>
      </w:r>
    </w:p>
    <w:p w:rsidR="00967CAB" w:rsidRDefault="00000000">
      <w:r>
        <w:lastRenderedPageBreak/>
        <w:t xml:space="preserve">So why not put it on your flow chart and on your plan before you even decide which plan you're going to go with? That way you have a complete picture of how you're going to go forward it's fantastic. Then you just follow your own instruction manual that you just made. It's perfect. What if you made a mistake? That's a that's a possibility. What if you leave everything behind you've sold all your tools, you're going to sell, you've done all the things and now you're in the first six months of this new endeavour and you're like, oh my gosh, I really hate this. </w:t>
      </w:r>
      <w:r>
        <w:br/>
      </w:r>
    </w:p>
    <w:p w:rsidR="00967CAB" w:rsidRDefault="00000000">
      <w:r>
        <w:t xml:space="preserve">Now what am I going to do? Revisit your other options and see if anything that you're doing with that option that you've invested in slightly can transfer over to the new option. Do not hesitate to change if you are getting feelings of like you, hey, this is more than I thought it was going to be. I don't like it. I'm not having a good time, I'm not passionate, I'm not happy to be moving forward i'm not excited about the future. Switch it up and that's why I say maybe you just go back to grooming maybe you don't want to do that anymore and you go back to grooming in some aspect and that's fine. </w:t>
      </w:r>
      <w:r>
        <w:br/>
      </w:r>
    </w:p>
    <w:p w:rsidR="00967CAB" w:rsidRDefault="00000000">
      <w:r>
        <w:t xml:space="preserve">That is not a fail. That is finding out what you do and you do not want. Don't be afraid of revisiting an option. I know some people who will delve into the first three options and do all three of those things i'm one of those people and I'm crazy i don't recommend it is a lot. So for each branch of exploration, do a flow chart for that idea and a pro and con chart. </w:t>
      </w:r>
      <w:r>
        <w:br/>
      </w:r>
    </w:p>
    <w:p w:rsidR="00967CAB" w:rsidRDefault="00000000">
      <w:r>
        <w:t xml:space="preserve">This way you can plan out several different options before you invest in one or another. You can flow chart any transition. And I beg of you, explore think outside the box, talk to people about it, and sometimes they'll give you an option you didn't even think of. Don't be afraid to talk about it with people who are willing to listen and sometimes they're not willing to listen. I promise I've come across that before. So let's see there is some chatty chants. Oh, there you go. All right, so let's see. So if you are interested in classes, videos, articles, and more, you can you're more than welcome to visit me at allthingspaw.com and you can reach me at michelle@allthingspaw.com there eventually, within the next, I'm going to say four months or so, there's going to be an official version of this course, but it will be an actual course that takes you through the flow charting process, and it'll be like a workshop class on how to do that. </w:t>
      </w:r>
      <w:r>
        <w:br/>
      </w:r>
    </w:p>
    <w:p w:rsidR="00967CAB" w:rsidRDefault="00000000">
      <w:r>
        <w:t xml:space="preserve">So if you're interested in that, pay attention, keep looking and it should be coming out here in the next few months. This is where you can reach me. Thank you so much for your time. I appreciate each and every one of you and I hope this information was helpful all right, so I'm just going to second the whole flow charting. Same thing work from your goal work backwards. I learned that in College in organic chemistry, one of the life skills that I actually took from college and used in real life. </w:t>
      </w:r>
      <w:r>
        <w:br/>
      </w:r>
    </w:p>
    <w:p w:rsidR="00967CAB" w:rsidRDefault="00000000">
      <w:r>
        <w:lastRenderedPageBreak/>
        <w:t xml:space="preserve">It's a brilliant way to reach a goal it really is. People try and start from scratch all the time. You know, I'm like, well, what do I get what do I have to do for well, I have to get a business license well, for what they don't even know their business name well, you can't have a business license unless you have business name and on and on and on, you know so if you if you try to do it from the beginning to the end, you'll come up with more irritating, annoying things that happened until you get there but if you start there and work backwards, you kind of give yourself a snapshot of the past, basically, and then you can work forward from that and it just becomes a blueprint. </w:t>
      </w:r>
      <w:r>
        <w:br/>
      </w:r>
    </w:p>
    <w:p w:rsidR="00967CAB" w:rsidRDefault="00000000">
      <w:r>
        <w:t xml:space="preserve">And yeah, and it's easier to course correct working backwards than it is to go going forward. Definitely nowhere you know what the next step has to be. But if you're not actually the next step, then you know what steps to gig it the next step, right. So working backwards is a much better way, All right. And like Michelle said, don't be afraid to start something, OK? For those who may or may not remember, I actually launched positive educational training in 2011 and I made all the mistakes it's not anything what it is today but the point being is if that I had waited until I would be perfect at doing it, I probably never would have launched it so. </w:t>
      </w:r>
      <w:r>
        <w:br/>
      </w:r>
    </w:p>
    <w:p w:rsidR="00967CAB" w:rsidRDefault="00000000">
      <w:r>
        <w:t xml:space="preserve">All right, Michelle, thank you so much. We'll give it another minute, another couple minutes for questions absolutely yeah and if you have a question, you can either reach me. I think she's Mary set. Have you set up a group for this particular summit? All right, that's fine but you can reach me at Michelle at All things Paul if you have any more questions about that or anything grooming or speaking or whatever, or if you just want to chit chat, get a hold of me. All right, So we will see everybody tomorrow morning and we're going to start off with the Rivers class. She's taken the class she did for the business, which is one hour and she turns it into a two hour being a virtual assistant. </w:t>
      </w:r>
      <w:r>
        <w:br/>
      </w:r>
    </w:p>
    <w:p w:rsidR="00967CAB" w:rsidRDefault="00000000">
      <w:r>
        <w:t xml:space="preserve">And I think that is absolutely amazing i think that it's such an up and coming field in our industry and in on the like sort of like the ground floor to doing it will put you miles ahead of other people. So anyway we will see everybody tomorrow morning. I should stop the recording first. There we go. </w:t>
      </w:r>
      <w:r>
        <w:br/>
      </w:r>
    </w:p>
    <w:sectPr w:rsidR="00967CAB"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3BB8" w:rsidRDefault="000C3BB8">
      <w:pPr>
        <w:spacing w:after="0" w:line="240" w:lineRule="auto"/>
      </w:pPr>
      <w:r>
        <w:separator/>
      </w:r>
    </w:p>
  </w:endnote>
  <w:endnote w:type="continuationSeparator" w:id="0">
    <w:p w:rsidR="000C3BB8" w:rsidRDefault="000C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7CAB" w:rsidRDefault="00000000">
    <w:pPr>
      <w:pStyle w:val="Footer"/>
      <w:jc w:val="center"/>
    </w:pPr>
    <w:r>
      <w:t xml:space="preserve">Page </w:t>
    </w:r>
    <w:r>
      <w:fldChar w:fldCharType="begin"/>
    </w:r>
    <w:r>
      <w:instrText>PAGE</w:instrText>
    </w:r>
    <w:r w:rsidR="00B37F31">
      <w:fldChar w:fldCharType="separate"/>
    </w:r>
    <w:r w:rsidR="00B37F31">
      <w:rPr>
        <w:noProof/>
      </w:rPr>
      <w:t>1</w:t>
    </w:r>
    <w:r>
      <w:fldChar w:fldCharType="end"/>
    </w:r>
    <w:r>
      <w:t>/</w:t>
    </w:r>
    <w:r>
      <w:fldChar w:fldCharType="begin"/>
    </w:r>
    <w:r>
      <w:instrText>NUMPAGES</w:instrText>
    </w:r>
    <w:r w:rsidR="00B37F31">
      <w:fldChar w:fldCharType="separate"/>
    </w:r>
    <w:r w:rsidR="00B37F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3BB8" w:rsidRDefault="000C3BB8">
      <w:pPr>
        <w:spacing w:after="0" w:line="240" w:lineRule="auto"/>
      </w:pPr>
      <w:r>
        <w:separator/>
      </w:r>
    </w:p>
  </w:footnote>
  <w:footnote w:type="continuationSeparator" w:id="0">
    <w:p w:rsidR="000C3BB8" w:rsidRDefault="000C3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3341929">
    <w:abstractNumId w:val="8"/>
  </w:num>
  <w:num w:numId="2" w16cid:durableId="1212958673">
    <w:abstractNumId w:val="6"/>
  </w:num>
  <w:num w:numId="3" w16cid:durableId="2042971839">
    <w:abstractNumId w:val="5"/>
  </w:num>
  <w:num w:numId="4" w16cid:durableId="208612728">
    <w:abstractNumId w:val="4"/>
  </w:num>
  <w:num w:numId="5" w16cid:durableId="1612666352">
    <w:abstractNumId w:val="7"/>
  </w:num>
  <w:num w:numId="6" w16cid:durableId="538589768">
    <w:abstractNumId w:val="3"/>
  </w:num>
  <w:num w:numId="7" w16cid:durableId="529534711">
    <w:abstractNumId w:val="2"/>
  </w:num>
  <w:num w:numId="8" w16cid:durableId="1375427660">
    <w:abstractNumId w:val="1"/>
  </w:num>
  <w:num w:numId="9" w16cid:durableId="893349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BB8"/>
    <w:rsid w:val="0015074B"/>
    <w:rsid w:val="0029639D"/>
    <w:rsid w:val="00326F90"/>
    <w:rsid w:val="00967CAB"/>
    <w:rsid w:val="00AA1D8D"/>
    <w:rsid w:val="00B37F3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38B7181-1B25-0345-B320-7E3A3E5A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6449</Words>
  <Characters>36762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2023-10-22T23:28:00Z</dcterms:created>
  <dcterms:modified xsi:type="dcterms:W3CDTF">2023-10-22T23:28:00Z</dcterms:modified>
  <cp:category/>
</cp:coreProperties>
</file>