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098D" w:rsidRDefault="00000000">
      <w:pPr>
        <w:pStyle w:val="Title"/>
      </w:pPr>
      <w:r>
        <w:t>Retreats</w:t>
      </w:r>
    </w:p>
    <w:p w:rsidR="0070098D" w:rsidRDefault="0070098D"/>
    <w:p w:rsidR="0070098D" w:rsidRDefault="00000000">
      <w:r>
        <w:rPr>
          <w:b/>
        </w:rPr>
        <w:t>Date</w:t>
      </w:r>
      <w:r>
        <w:t xml:space="preserve">    2023-10-23</w:t>
      </w:r>
    </w:p>
    <w:p w:rsidR="0070098D" w:rsidRDefault="0070098D"/>
    <w:p w:rsidR="0070098D" w:rsidRDefault="00000000">
      <w:r>
        <w:t xml:space="preserve">OK, welcome to the fourth workshop well, actually technically the third workshop of the day, two of the Life After Grooming Summit, brought to you by Positive Educational Training and the last two workshops are going to be taught by me, OK? And they are, like everything else here, pretty much all start from scratch. Workshops that we have developed specifically for this particular summit. Now you can put questions in the chat and I will try to keep an eye out for them, but honestly, I may not see them immediately. </w:t>
      </w:r>
      <w:r>
        <w:br/>
      </w:r>
    </w:p>
    <w:p w:rsidR="0070098D" w:rsidRDefault="00000000">
      <w:r>
        <w:t xml:space="preserve">Ok, but please type them in anyway and we're going to get started with moving forward with your retreat. Ok, there we go. So this is me my name is Mario Quindev, and in the background you could see all those Pretty Little Barkley honors i've been in the industry for quite some time. How you reach me, There's a couple ways you can reach me. </w:t>
      </w:r>
      <w:r>
        <w:br/>
      </w:r>
    </w:p>
    <w:p w:rsidR="0070098D" w:rsidRDefault="00000000">
      <w:r>
        <w:t xml:space="preserve">You can text me. That's my cell phone right here, right? You could text me your questions i'm going to respond faster to a text than I am to an email. If you send me an email and I do not respond right away, send me another email OK, because more than likely got buried in the amount of spam that comes to my to like everybody's email. You can find me in my group at Groomertown hall. You can friend me on Facebook i am not fussy with my with my friends and that is my website positiveed.com so there's lots of ways to get a hold of me if you have questions. Ok, so do we looking to accomplish today, right? Retreats are a valuable avenue for continuing education so what I want to do is teach you how to set up your retreat and then attract the right people to it. </w:t>
      </w:r>
      <w:r>
        <w:br/>
      </w:r>
    </w:p>
    <w:p w:rsidR="0070098D" w:rsidRDefault="00000000">
      <w:r>
        <w:t xml:space="preserve">Now in the workbook, if you have not downloaded the workbook, which is found on the home page of the website for this particular summit, I encourage you to do so because what is in that workbook? A checklist? 2 checklists? Well, it's 1 checklist, 2 pages, OK? And these checklists will help keep you on track if this is something you want to do. Now, the one thing I want to make note of with a retreat. A retreat can be anything you want it to be, but what it can't be is it can't be everything to everybody. </w:t>
      </w:r>
      <w:r>
        <w:br/>
      </w:r>
    </w:p>
    <w:p w:rsidR="0070098D" w:rsidRDefault="00000000">
      <w:r>
        <w:t xml:space="preserve">All right? So part of what I want to teach you is to be able to do the retreat that you want and attract the right people to it. Ok, For example. Right well, we'll get into examples. Ok. So what I'm going to cover today in this particular workshop, I'm going to cover the logistics of </w:t>
      </w:r>
      <w:r>
        <w:lastRenderedPageBreak/>
        <w:t xml:space="preserve">setting it up, your audience, what supplies you may need, how to price it, how to market it, which is equally as important, getting paid the day of your retreat. </w:t>
      </w:r>
      <w:r>
        <w:br/>
      </w:r>
    </w:p>
    <w:p w:rsidR="0070098D" w:rsidRDefault="00000000">
      <w:r>
        <w:t xml:space="preserve">And then when you're concluding the retreat. Ok, so let's start off with the logistics part of it. Ok, So that's your location. All right. So your location is, let me flip my notes. Ok. So your location will set the feel. Ok. Now, do you want to do something local to you or do you want to travel? All right. Now, if you travel to a location, that's going to add to the cost of your retreat all right so there's fun and there's some fun things to do in your area or the area you want to do it in. Ok. So when you're looking at the location that's part of that is your venue. </w:t>
      </w:r>
      <w:r>
        <w:br/>
      </w:r>
    </w:p>
    <w:p w:rsidR="0070098D" w:rsidRDefault="00000000">
      <w:r>
        <w:t xml:space="preserve">What type of venue do you want? Ok. Do you want to do an Airbnb? Do you want to do a Conference Center? There are a lot of hotels have conference centers and depending on the hotel, the higher end the hotel, the better the conference room is, All right. So if you're looking to do at a hotel, at a Best Western, it's going to have a different feel than the conference that you would hold, let's say a Four Seasons or anything that is like spa, all right. There are also places like resorts that sort of specialize in the conference that there's they're all set up to do a conference and pretty much take the reins from you and just tell you how much things are gonna cost, all right. </w:t>
      </w:r>
      <w:r>
        <w:br/>
      </w:r>
    </w:p>
    <w:p w:rsidR="0070098D" w:rsidRDefault="00000000">
      <w:r>
        <w:t xml:space="preserve">And there's pros and cons to all of that. All right. So if you're doing an Airbnb, the Pro is that it's all in one location people don't have to come to you also might limit the number of people you can have there, unless it's one there are some Airbnb's where it's where they're simply huge, all right and they can sleep like twenty thirty people, but that's not the norm and you'll pay for that. Ok. The cons to an Airbnb and the reason why, and I'm going to talk about of the retreats I've held, why I've held them the way I have. </w:t>
      </w:r>
      <w:r>
        <w:br/>
      </w:r>
    </w:p>
    <w:p w:rsidR="0070098D" w:rsidRDefault="00000000">
      <w:r>
        <w:t xml:space="preserve">All right. With an Airbnb you're responsible for clean up, all right and me, I don't want to do that. I don't want to be responsible for making sure I'm leaving the place exactly the way we found it. When people who are there, that may not be their concern. Ok. I've held my retreats at high end hotels. Conference centers are way nicer now. You get your own rooms i don't have to worry about that. Ok, We'll get into how you price these things. </w:t>
      </w:r>
      <w:r>
        <w:br/>
      </w:r>
    </w:p>
    <w:p w:rsidR="0070098D" w:rsidRDefault="00000000">
      <w:r>
        <w:t xml:space="preserve">Ok When? Oops when you're setting your dates. Ok, this is a lot of considerations when you're actually setting the date of your retreat. Ok, is school in or school out? All right. For me, I much prefer school to be in session. All right. Rather than being someplace when kids are on holiday, and now I'm dealing with that kind of, it changes the prices on it and it's also gonna be a lot of kids around, OK. However, on the flip side to that, is the audience that you're attracting are they parents and they really need kids to be out of school. Ok, All right. So are you going to plan school in session, school out of session, weekends, weekdays. </w:t>
      </w:r>
      <w:r>
        <w:br/>
      </w:r>
    </w:p>
    <w:p w:rsidR="0070098D" w:rsidRDefault="00000000">
      <w:r>
        <w:lastRenderedPageBreak/>
        <w:t xml:space="preserve">Is it going to be one day, two days, three days is it going to be an entire week? Ok, now, meals and lodging. All right. Like I said, an Airbnb may only hold so many now what cost so one of the pros to an Airbnb is the fact that they have a kitchen. Ok. And then if you're providing meals, how exactly are you providing that Niels? Are you going over to the supermarket and grabbing a tray of something all right, Are you buying the ingredients and then someone's going to be assigned to cook? All right. Are you hiring someone in? Because all of these decisions that you make regarding this will have to do with the feel of your retreat and all of these have to be taken into consideration, OK, the If you're not providing an Airbnb, generally speaking, you'll figure the price of the Airbnb into the cost of the of your retreat. </w:t>
      </w:r>
      <w:r>
        <w:br/>
      </w:r>
    </w:p>
    <w:p w:rsidR="0070098D" w:rsidRDefault="00000000">
      <w:r>
        <w:t xml:space="preserve">That's going to include then the lodging for those people, right? But I've gone the other route where I am not providing lodging. They have to provide lodging on their own now the Conference Center where I hold my neck, they'll do a room block and we'll still get a discount on the room it's sort of like if you go to a trade show, you know, we go to, I'm here in the in Washington so I'm going to call up the Murano and say, hey, I'm here with the Northwest Grooming Show and then there's going to be a special price for the rooms, something along those lines. Ok. So any of these places could be anywhere from some of that could be budget friendly and others could be very high end again, that's going to be the feel of your retreat. </w:t>
      </w:r>
      <w:r>
        <w:br/>
      </w:r>
    </w:p>
    <w:p w:rsidR="0070098D" w:rsidRDefault="00000000">
      <w:r>
        <w:t xml:space="preserve">Ok. So anywhere from one star to five star locations. All right. However, you must secure the location and they're going to want a deposit, OK, in order to hold your dates. So that deposit is going to come out of your pocket to do it all right. So budget for that. Ok, Got to check oK, no questions. All right. So then you want to know with your audience. </w:t>
      </w:r>
      <w:r>
        <w:br/>
      </w:r>
    </w:p>
    <w:p w:rsidR="0070098D" w:rsidRDefault="00000000">
      <w:r>
        <w:t xml:space="preserve">Ok, I'm sending this away. All right. So who are you attracting to your retreat? Ok, so what's the focus of your treat now? What makes me happy may not make you happy. Ok, so I'm gonna tell you, when you were setting up your retreat, do what makes you happy, all right, 'cause that's gonna come through all right. And keep in mind you cannot please everybody. So being as you can't please everyone. Attracting the right people to your to your retreat. Ok, And just sort of as a loose example, OK, All right so my retreats are very work they work, you're here to work. This is not fun and games. I am not providing entertainment during the retreat. </w:t>
      </w:r>
      <w:r>
        <w:br/>
      </w:r>
    </w:p>
    <w:p w:rsidR="0070098D" w:rsidRDefault="00000000">
      <w:r>
        <w:t xml:space="preserve">We could do stuff afterwards, but it is very work centric. The focus, OK and that's great and if that is what you expect and that's what you want, that's great however, I'm going to provide a work centric retreat, all right? But yet I'm going to market it as fun and games. There's going to be unhappy people, all right? So make sure you know who you're attracting to it, and that starts with what it is you're focusing on, OK? There's a huge difference </w:t>
      </w:r>
      <w:r>
        <w:lastRenderedPageBreak/>
        <w:t xml:space="preserve">between a party atmosphere and one that is focused on work. </w:t>
      </w:r>
      <w:r>
        <w:br/>
      </w:r>
    </w:p>
    <w:p w:rsidR="0070098D" w:rsidRDefault="00000000">
      <w:r>
        <w:t xml:space="preserve">And you're going to have these people who are going to want the fun and you're going to have people who are going to want the work. Ok, don't mix the two of them because half your people are going to be really upset if you do it that way, OK? And the focus can be anything. Ok. It can be like some of the corporations who do like teamwork retreats but you know, probably a lot of groomers are not going to be all that interested in teamwork retreats. </w:t>
      </w:r>
      <w:r>
        <w:br/>
      </w:r>
    </w:p>
    <w:p w:rsidR="0070098D" w:rsidRDefault="00000000">
      <w:r>
        <w:t xml:space="preserve">Ok, yeah, let's work let's walk at some hot coals and fall backwards and see if that helps. It can be fitness related. It could be hobby related. It could be groomers who do photography. That would be a great retreat. Ok, It could be getting a speaker or speakers we'll talk about that in who are going to teach very specific things it might be business oriented, it might be skills oriented. Michelle Knowles is doing a Fabulous 1 and it's all spa oriented, OK? It can, it can be whatever it is you want just be clear, when you're attracting people to it, this is going to be edutainment and it's going to be fun and you got to learn so much and we're going to have a great time and as opposed to you guys going to knuckle down, you go to work, OK? They have to see what the value is for them. </w:t>
      </w:r>
      <w:r>
        <w:br/>
      </w:r>
    </w:p>
    <w:p w:rsidR="0070098D" w:rsidRDefault="00000000">
      <w:r>
        <w:t xml:space="preserve">Ok? What is it that your audience values? That's not going to get out of it, right? Because taking time off to do a retreat may not be easy there has to be a reason for it has to be a reason why someone does anything there's a reason why people come to you as a groomer. It's going to be the same thing with a retreat there's going to be a reason why they want to come to you and give you money to spend some time learning something. Ok. The retreats I do, they're all on writing, you know, workshops and writing. </w:t>
      </w:r>
      <w:r>
        <w:br/>
      </w:r>
    </w:p>
    <w:p w:rsidR="0070098D" w:rsidRDefault="00000000">
      <w:r>
        <w:t xml:space="preserve">You know, that's a very niche market of people that I want and it's so it's not a general thing and that's fine, OK. You can decide if do I want it to be a lot of people coming or do I want a smaller group cause again that decision that you make is going to impact the pricing for everybody. If you're at a higher end location and you want few people in, that's gonna be a higher priced retreat than something that's held at an Airbnb is holding 20 people. </w:t>
      </w:r>
      <w:r>
        <w:br/>
      </w:r>
    </w:p>
    <w:p w:rsidR="0070098D" w:rsidRDefault="00000000">
      <w:r>
        <w:t xml:space="preserve">Ok. So decide what it is and then the more people that are there, the more issues you're going to have. So you know I say think long and hard about it, OK. There has to be clarity in what your is you're offering and what is included in that price, right. I've seen pricing where it's all inclusive so this is what it costs to stay here meals are included and the lodging is the Airbnb we can hold so many people for six people that sign up and then there as well. </w:t>
      </w:r>
      <w:r>
        <w:br/>
      </w:r>
    </w:p>
    <w:p w:rsidR="0070098D" w:rsidRDefault="00000000">
      <w:r>
        <w:lastRenderedPageBreak/>
        <w:t xml:space="preserve">You can come and you can stay for the education, but you have to find your own lodging. It's another price. Ok? So think about all of those little factors that go into it, because you are not going to be doing this out of the goodness of your heart. This is going to take time to plan. And when you plan it, it's you need to be compensated for your time doing it. Ok. You're gonna need supplies. Ok. Let me just keep. So you're gonna need supplies to do this. Ok, So what are your supplies? Supplies are supplemental materials what are you providing to everybody that comes to your retreat? Ok. </w:t>
      </w:r>
      <w:r>
        <w:br/>
      </w:r>
    </w:p>
    <w:p w:rsidR="0070098D" w:rsidRDefault="00000000">
      <w:r>
        <w:t xml:space="preserve">Do you have a swag bag? Have you contacted other companies to provide things to give out And there are a lot of companies who will do that for grooming related retreats. All right, a phone call or an email to like Andis or Artero or Pet Edge or Ryan's or any of our suppliers. Ok all right. Can or you can get materials or things to give away at a reduced cost. </w:t>
      </w:r>
      <w:r>
        <w:br/>
      </w:r>
    </w:p>
    <w:p w:rsidR="0070098D" w:rsidRDefault="00000000">
      <w:r>
        <w:t xml:space="preserve">All right. If you pay for it has to be factored into the price of your retreat per person. But what I mean by supplemental materials is there are things that they need in order to do your retreat. All right. For example, let's say you're at a retreat, that is, that you could focus on business, OK. And one of the things you're going to do is you're going to do business plans do you, Are you providing a notebook or workbook with how to put together a business plan something for taking notes? All right. Will you have handouts where if you have more than one instructor, will they have handouts? Ok. So your educational materials and your swag, another supply. </w:t>
      </w:r>
      <w:r>
        <w:br/>
      </w:r>
    </w:p>
    <w:p w:rsidR="0070098D" w:rsidRDefault="00000000">
      <w:r>
        <w:t xml:space="preserve">Ok, Is staff all right, And staff not just for those teaching. So there's sort of like two types of staff that you could have. The first staff is anybody that you hire to teach all right now that's going to come at a cost. All right. Who are you coming in to teach you? How are you going to pay that person? Ok, that's all on expense of the retreat. </w:t>
      </w:r>
      <w:r>
        <w:br/>
      </w:r>
    </w:p>
    <w:p w:rsidR="0070098D" w:rsidRDefault="00000000">
      <w:r>
        <w:t xml:space="preserve">Ok? Are you partnering with them? Hey, do this retreat with me and we will split it whatever. Ok, You should have if you're pulling a speaker in, you should have a contract. All right. Every trade show I speak at, there's a contract and with that contract list is how they are paying me and what is expected of me. So the things I'm getting and the things I'm giving in a nutshell, but there's a contract. What happens if either one of us breaks those contracts? Ok, now usually at a large trade show, a speaker not showing up just makes the director scramble a little bit because at any given trade show there's going to be dozens of people capable of speaking. </w:t>
      </w:r>
      <w:r>
        <w:br/>
      </w:r>
    </w:p>
    <w:p w:rsidR="0070098D" w:rsidRDefault="00000000">
      <w:r>
        <w:t xml:space="preserve">But at a retreat you will not have that option. If you have someone you've contracted to come in and they're not there, what do you do? What is the contract for that because you may have to cancel it. You're going to lose deposits, you're going to have to refund money. So be clear in the contract on what you're giving the speaker, what they're getting viewed, </w:t>
      </w:r>
      <w:r>
        <w:lastRenderedPageBreak/>
        <w:t xml:space="preserve">and what happens if either one of you's breaks that contract. Ok, but support staff can be anyone outside of a speaking role. </w:t>
      </w:r>
      <w:r>
        <w:br/>
      </w:r>
    </w:p>
    <w:p w:rsidR="0070098D" w:rsidRDefault="00000000">
      <w:r>
        <w:t xml:space="preserve">Are you hiring somebody to clean up all right. Are you hiring somebody to cook? Are you hiring somebody to pick up people at the airport because you're hosting it and it's a great location, but people are flying in OK and those could be all perks and again, figured into the cost of doing the actual retreat. All right, and then providing a schedule. All right, no retreat should be winged yes, it could be fun it can be relaxing. However, what it can't also be is it can't be winged. </w:t>
      </w:r>
      <w:r>
        <w:br/>
      </w:r>
    </w:p>
    <w:p w:rsidR="0070098D" w:rsidRDefault="00000000">
      <w:r>
        <w:t xml:space="preserve">There should be a set schedule for what is being taught. During the retreat and any planned group excursions. All right. And it doesn't matter where you hold your retreat there is something to do in your area you may not think, oh, I lived here forever and there's not a lot to do i lived outside of New York City and asked me how many times I actually visited the Empire State Building. </w:t>
      </w:r>
      <w:r>
        <w:br/>
      </w:r>
    </w:p>
    <w:p w:rsidR="0070098D" w:rsidRDefault="00000000">
      <w:r>
        <w:t xml:space="preserve">How many times I've been to, oh God, now I can't even remember the name of the island where all the immigrants come in. All right, because I never went there. Ok, But there is fun things to do. Ok, I live in squim this place has got a festival going on all the time. Ok, Of course the con to an area where there's festivals all the time is that hotel rooms can fill up really quickly. </w:t>
      </w:r>
      <w:r>
        <w:br/>
      </w:r>
    </w:p>
    <w:p w:rsidR="0070098D" w:rsidRDefault="00000000">
      <w:r>
        <w:t xml:space="preserve">Ok. But are you planning as part of the retreat or are you planning to do a group excursion and then this is the extra fee for that? And whether you charge or you include it doesn't matter, OK. You need to have something fun to do in the area pricing so how are you going to price this? Ok. Now there's a couple ways you can do this. Ok. And 1st, do not forget to add up your deposit that you left, all right. So you need to know first of all how much this is going to cost you all right, so the hotel or the Airbnb or wherever you left the deposit but you also need to know the total cost, including any taxes that they are adding on. </w:t>
      </w:r>
      <w:r>
        <w:br/>
      </w:r>
    </w:p>
    <w:p w:rsidR="0070098D" w:rsidRDefault="00000000">
      <w:r>
        <w:t xml:space="preserve">So conference room, that is 500$ a day, but it's really 521$ a day because there's tax that all needs to be accounted for. Most places will and I will speak for conference centers, OK. They will give you an itemized list and they'll tell you precisely how much it costs and what it is that they are including in the cost of that conference room, right. So, for example, the conference room I rented, they included coffee and water. Ok. I've also held it at hotel conference rooms where water and coffee was extra. Ok. So be clear on wherever you're holding that you are, knowing exactly what they are providing for the cost and the entire cost. </w:t>
      </w:r>
      <w:r>
        <w:br/>
      </w:r>
    </w:p>
    <w:p w:rsidR="0070098D" w:rsidRDefault="00000000">
      <w:r>
        <w:lastRenderedPageBreak/>
        <w:t xml:space="preserve">All right. So let's just for math's sake, they will say that the rental is going to cost you a thousand dollars. Ok. Again, math. Ok. And it's going to include the coffee in the water, so we don't got to worry about that. Ok. But you have to travel there because you picked a location that requires you to travel. But it's drivable. Ok, so let's say your travel cost to get there. Let's just say that's 300$ OK, so now we're up to thirteen hundred dollars. Ok, now you ought to add in your educational supplies. </w:t>
      </w:r>
      <w:r>
        <w:br/>
      </w:r>
    </w:p>
    <w:p w:rsidR="0070098D" w:rsidRDefault="00000000">
      <w:r>
        <w:t xml:space="preserve">Ok, so you're spending on supplies for the class, whatever they may be. Ok, putting your swag bags let's say that's another 500$ and now we're up to eighteen hundred dollars. Ok, And this is gonna be for a 2 day. This is a 2 day thing. Ok? Now you are going to pull in a speaker, 'cause you're gonna take one day they're gonna take another day. All right? And their rate for coming out there, All right, you're let's say this Airbnb. Let's just say it holds 10 people, OK and again, we are just doing math, all right you'll have to Add all of this up yourself and figure this out for each individual, All right. </w:t>
      </w:r>
      <w:r>
        <w:br/>
      </w:r>
    </w:p>
    <w:p w:rsidR="0070098D" w:rsidRDefault="00000000">
      <w:r>
        <w:t xml:space="preserve">So, but now to get this other speaker out and to pay them, it's going to run you another twelve hundred dollars. So now we're up to three grand. Ok. You are going to provide food in the in the means that you're going to buy groceries and someone's going to cook. Ok. So let's just say for those two days, that's another 500$ in groceries. Or maybe you'll do some takeout trays and you'll do bagels and stuff for breakfast. </w:t>
      </w:r>
      <w:r>
        <w:br/>
      </w:r>
    </w:p>
    <w:p w:rsidR="0070098D" w:rsidRDefault="00000000">
      <w:r>
        <w:t xml:space="preserve">Ok, so we are up to thirty five hundred dollars. Ok, now, and that does not even include your time that you are spending in here. Ok, And let's just say we add 500$ for your time. Ok, so now we are up to 4000$ for this retreat. Ok, It can hold 10 people, all right. And so you already can't. You have two spots that are taken. Ok, you have two spots for you and your and your speaker, so that's eight. But they may have to share a room. So you actually have four rooms left, and that could hold a total of eight people all right, so you gotta have people who are gonna be sharing, right? So over 4000$ you have eight people. </w:t>
      </w:r>
      <w:r>
        <w:br/>
      </w:r>
    </w:p>
    <w:p w:rsidR="0070098D" w:rsidRDefault="00000000">
      <w:r>
        <w:t xml:space="preserve">Ok. That means each one of your students, each one of your attendees, OK, it's going to cost 500$ so you need, and if you want those eight people there, you need to charge a minimum of 500$ a person, All right which actually truly is pretty kind of cheap, but you know what we've just made-up these numbers, OK. So that now you know where to start your pricing 'cause we have not even talked about yet the cost of marketing, OK, how you plan to market because that could add to your expenses, right? So if I'm at this place right now, let's just say I only want because it's a working one and say I'm going to say, well, I don't want eight people there, I want four people there, all right? That means my expense per person is a thousand dollars all right. </w:t>
      </w:r>
      <w:r>
        <w:br/>
      </w:r>
    </w:p>
    <w:p w:rsidR="0070098D" w:rsidRDefault="00000000">
      <w:r>
        <w:lastRenderedPageBreak/>
        <w:t xml:space="preserve">So you could see where the pricing of your retreat is going to be based on a the number of people that are there. All right. And what type of a retreat that you're offering? Any questions so far, no. You need to know what your break even point is. Ok. Now for that retreat that I need at least 500$ per person doesn't mean I have to charge 500$ All right, eight people at 500 is that's just a break even. </w:t>
      </w:r>
      <w:r>
        <w:br/>
      </w:r>
    </w:p>
    <w:p w:rsidR="0070098D" w:rsidRDefault="00000000">
      <w:r>
        <w:t xml:space="preserve">Ok. You know, you may want to think about actually making a living and making some, you know, income doing this. Ok. So instead, I start that retreat at a thousand OK? And I need four people to sign up now to break even. 8 will give me an extra grant. All right. So any questions on how to price this? All right. So let's talk about marketing. Ok. All right and marketing. </w:t>
      </w:r>
      <w:r>
        <w:br/>
      </w:r>
    </w:p>
    <w:p w:rsidR="0070098D" w:rsidRDefault="00000000">
      <w:r>
        <w:t xml:space="preserve">All right. You might be able to do marketing at no cost to you by utilizing Facebook or Instagram, all right? However, that is a skill to it and if that's something you don't want to do, then hiring somebody to do that is going to add to the cost of marketing. However, that person who's marketing it for you may actually fill it for you. Ok, that's pros and cons how good are you at doing this? It's a skill, all right? And it's definitely a skill you can learn. </w:t>
      </w:r>
      <w:r>
        <w:br/>
      </w:r>
    </w:p>
    <w:p w:rsidR="0070098D" w:rsidRDefault="00000000">
      <w:r>
        <w:t xml:space="preserve">All right, So let's talk about all the ways that you can now make it easy for people to sign up for it. Ok? And by the way, we are on the second page of the checklist in the workbook. All right? So if you're watching this later and you plan on doing a retreat, I highly recommend that you print out the checklist. It's going to help you keep you on point. I am the queen of checklists there isn't anything I can't do, but I don't have a checklist to guide me along doing it. </w:t>
      </w:r>
      <w:r>
        <w:br/>
      </w:r>
    </w:p>
    <w:p w:rsidR="0070098D" w:rsidRDefault="00000000">
      <w:r>
        <w:t xml:space="preserve">All right, So what the checklist does is just make sure that you've checked all the boxes OK? And one of the other things with the lodging is sometimes there might be requirements based on where you're holding it. So if it's an Airbnb, they may have a requirement as do they want. I mean, I stayed at Air B and B 's and there was like the check off list, take the sheets off the bed, put them down by the harsh machine, empty the trash, put in the, you know, whatever the requirements are OK for the conference room, I had no requirements that was what I was paying for. All right, They came in and they cleaned up and the room was ready to go the next day, right. </w:t>
      </w:r>
      <w:r>
        <w:br/>
      </w:r>
    </w:p>
    <w:p w:rsidR="0070098D" w:rsidRDefault="00000000">
      <w:r>
        <w:t xml:space="preserve">So this again and that for me was something I didn't want to do i didn't want to deal with that. So know what it is you want to deal with and what you don't want to deal with. Ok, All right so let's going on to what is a landing page? A landing page is where it's like a web page doesn't have to be a website, OK? It can be on your website, all right. And what it is to have all the details of your retreat, where it is, where it's located, what it includes, what it doesn't </w:t>
      </w:r>
      <w:r>
        <w:lastRenderedPageBreak/>
        <w:t xml:space="preserve">include the cost per person, double occupancy, whatever. </w:t>
      </w:r>
      <w:r>
        <w:br/>
      </w:r>
    </w:p>
    <w:p w:rsidR="0070098D" w:rsidRDefault="00000000">
      <w:r>
        <w:t xml:space="preserve">All the details are there, all right. If it is something that is going to be a full on working retreat and expect to get down and dirty, then that should be the feel of that work, of that, of that landing page, OK. If you're going to have bringing entertainment, it's going to be a lot of partying. Make that clear there too, because again, attracting different people you want to attract the right people to your retreat, All right. But it also will have how to pay for it all right. So if you're charging, let's just say, now, 2000$ a person, OK, Are you going to do it in payments? All right are you going to set up A and most landing pace, Take it back let's step back a little bit. </w:t>
      </w:r>
      <w:r>
        <w:br/>
      </w:r>
    </w:p>
    <w:p w:rsidR="0070098D" w:rsidRDefault="00000000">
      <w:r>
        <w:t xml:space="preserve">All right. You can set up multiple payments on certain payment portals. Ok, so for example, all right, examples of non website landing pages might be Eventbrite. Ok. If you use a service like Eventbrite, they're Eventbrite they're going to take a percentage, which again has to be accounted for as an expense. Ok? And you will not get your money until after the event is over they will not give you anything. All right. Because that's just the way they operate, OK that means all the upfront expenses are coming out of your pockets for reimbursement to you later, OK. </w:t>
      </w:r>
      <w:r>
        <w:br/>
      </w:r>
    </w:p>
    <w:p w:rsidR="0070098D" w:rsidRDefault="00000000">
      <w:r>
        <w:t xml:space="preserve">You can also have Square, Square will do a fairly decent event page, right? I don't know how to do it because I don't use Square for those purposes, but check out their documentation and you can set that up right. You can do something on your website if and you have to also have a means of collecting payment on your website so what are you using to collect payment, right? If you're using Square, that makes things really easy. </w:t>
      </w:r>
      <w:r>
        <w:br/>
      </w:r>
    </w:p>
    <w:p w:rsidR="0070098D" w:rsidRDefault="00000000">
      <w:r>
        <w:t xml:space="preserve">All right? My landing page is for anything on my website and you've all seen it because you've all purchased something off of it. Ok is a just simply a web page that has a payment link on it and I'm using Stripe, that's my payment portal. Ok. It also what gave you because of the membership site. It it's what gives you the reminder that this the summit is starting usually I do the summits the day before, OK. Will you also then have some sort of automation set up or will you be responsible for of sending out reminder emails hey, we're looking forward to seeing you next week at the retreat. </w:t>
      </w:r>
      <w:r>
        <w:br/>
      </w:r>
    </w:p>
    <w:p w:rsidR="0070098D" w:rsidRDefault="00000000">
      <w:r>
        <w:t xml:space="preserve">This is what you should be bringing or what to expect if you have. If you're providing meals, do you have any dietary restrictions we need to be aware of? Yadda yadda yadda OK. Your landing page, wherever it is, should include an FAQ. Frequently asked questions? Ok, so people know what to expect if you are uncertain what frequently asked questions look like, go over my website. All right? I have an FAQ for the membership, right? And your refund policies if you have a refund policy, OK now state laws vary from area to area and depending on the state, you may have to have a refund policy so know that when you're </w:t>
      </w:r>
      <w:r>
        <w:lastRenderedPageBreak/>
        <w:t xml:space="preserve">choosing the location on what the laws are regarding this. </w:t>
      </w:r>
      <w:r>
        <w:br/>
      </w:r>
    </w:p>
    <w:p w:rsidR="0070098D" w:rsidRDefault="00000000">
      <w:r>
        <w:t xml:space="preserve">All right, most and I say most live events do not require you to collect sales tax. Ok, but does that state consider this an event a live event or do, you'll have to know your area laws and restrictions. If you do it at a Conference Center, they'll know what you have to do all right just simply ask them that that's their business. That is what they do, OK, but you have to get people over to your landing page so that they can buy it to how are you going to do that? Ok, are you going to use Facebook ads all right? And I am. </w:t>
      </w:r>
      <w:r>
        <w:br/>
      </w:r>
    </w:p>
    <w:p w:rsidR="0070098D" w:rsidRDefault="00000000">
      <w:r>
        <w:t xml:space="preserve">I have not yet used a Facebook ad for my summit, All right? And if I decided to ever do Facebook ads, I'm going to hire someone to do it, because that's a skill I personally don't have, nor do I want to learn it. Ok, so this Facebook, this Instagram, this Tiktok, I'm sure there's others. Ok, But you want to make sure that you are attracting the correct people, all right? And letting them know you exist this is not the Field of Dreams. Build it and they will come. People have to know you're doing this and again, why so your Facebook and any social media posts that you have on it has to clearly say what the value is and there should be details in it. </w:t>
      </w:r>
      <w:r>
        <w:br/>
      </w:r>
    </w:p>
    <w:p w:rsidR="0070098D" w:rsidRDefault="00000000">
      <w:r>
        <w:t xml:space="preserve">Ok, these are the dates we're holding in you know what maybe that works maybe that doesn't work there's a retreat I really want to go to, OK. However, I'm not certain on the dates because it falls in the summer and I take my grandkids for a week in the summer and my daughter hasn't informed me what's a good week for me to do that Because the kids all have all sorts of sports and all and Girl Scouts and Boy Scouts and all that sort of stuff right so until I have that, I don't know. </w:t>
      </w:r>
      <w:r>
        <w:br/>
      </w:r>
    </w:p>
    <w:p w:rsidR="0070098D" w:rsidRDefault="00000000">
      <w:r>
        <w:t xml:space="preserve">But that's important so I'm not going to sign up for a retreat, but I don't have all of the details that I need to make that decision. Ok, so now can you do social media yourself? I'm fairly decent at it. All right, So I do my own social media, but I could hire somebody. I also rely on a lot of the imagery that you see. I did not design those. </w:t>
      </w:r>
      <w:r>
        <w:br/>
      </w:r>
    </w:p>
    <w:p w:rsidR="0070098D" w:rsidRDefault="00000000">
      <w:r>
        <w:t xml:space="preserve">I have purchased templates, all right? And places like Canva will have templates for you, all right depending on what you want to do, you could also go over to Etsy, which is where I get a lot of my templates from. I can go over to Etsy and just put in the search bar social media posts. Ok, let's see what comes up all right. If you do the root, if you do the root of Etsy, make sure you know how you're getting the files. </w:t>
      </w:r>
      <w:r>
        <w:br/>
      </w:r>
    </w:p>
    <w:p w:rsidR="0070098D" w:rsidRDefault="00000000">
      <w:r>
        <w:t xml:space="preserve">I love Canva i use Canva all right. So AI want to make sure that if I'm buying a template off of Etsy that it is OK for use for Canva. Or sometimes a lot of them are like Word, All right, it's downloaded in Word and you can edit it. I find that to be very confusing and I have no idea </w:t>
      </w:r>
      <w:r>
        <w:lastRenderedPageBreak/>
        <w:t xml:space="preserve">how to do it, so I don't. I work strictly in Canva but you know what if you can do it in Word, great. Just be careful that you are downloading what you think you are downloading if you are buying social media templates. </w:t>
      </w:r>
      <w:r>
        <w:br/>
      </w:r>
    </w:p>
    <w:p w:rsidR="0070098D" w:rsidRDefault="00000000">
      <w:r>
        <w:t xml:space="preserve">Or you can simply hire somebody. Ok. I believe the going rate for like 10 social media posts a month, it's somewhere anywhere between a grand and fifteen hundred OK. And that needs to be budgeted in and then you still have to actually post it. Ok. So or it might be less if they just create the images for you and then you post it where it needs to go. Ok. If you're going to do Facebook ads and you're going to do it yourself, my recommendation is to find a current Facebook ads program and take it all right you will save yourself a lot of money and a lot of aggravation if you know how Facebook is currently working all right. </w:t>
      </w:r>
      <w:r>
        <w:br/>
      </w:r>
    </w:p>
    <w:p w:rsidR="0070098D" w:rsidRDefault="00000000">
      <w:r>
        <w:t xml:space="preserve">And I say currently because they change things all the time, right? Ok, so where are we are now. All right, getting paid how do you want to get paid? All right, you can use like Square, OK, Which I prefer over PayPal. I love paying by PayPal. I hate taking money by PayPal. And the reason for that is that PayPal will 100 % of the time with no exclusion side with the consumer. So it doesn't matter if they actually came to your retreat, took it, they can contest the payment and I will guarantee you PayPal will refund their money and a story. </w:t>
      </w:r>
      <w:r>
        <w:br/>
      </w:r>
    </w:p>
    <w:p w:rsidR="0070098D" w:rsidRDefault="00000000">
      <w:r>
        <w:t xml:space="preserve">All right, so are you going to take credit cards are you going to take check? Ok. Are you going to do any kind of upsells with it all right so what would be an upsell? An upsell would be, OK, the price of the retreat is a thousand dollars per person right? But we could have some upsells to it. So maybe one of those rooms, they want a private room, So that's AVIP package, OK, 'cause they want a private room, and now that's going to increase the price all right. </w:t>
      </w:r>
      <w:r>
        <w:br/>
      </w:r>
    </w:p>
    <w:p w:rsidR="0070098D" w:rsidRDefault="00000000">
      <w:r>
        <w:t xml:space="preserve">Will there be VIP set seating? Ok. So you have eight people there and there's three seats up front who gets those three seats up front that would be AVIP seating. Ok. Will you also record this and then make the recordings available for sale afterwards? Ok. Will there be an excursion included that could be an upsell? Sorry, I love early bird pricing. Ok, do it all the time for a retreat and the reason I do it for that is that I can I have filled retreats and have never had a landing page for it. I have simply sent an invoice via Stripe because I offered an early bird pricing and it failed. </w:t>
      </w:r>
      <w:r>
        <w:br/>
      </w:r>
    </w:p>
    <w:p w:rsidR="0070098D" w:rsidRDefault="00000000">
      <w:r>
        <w:t xml:space="preserve">Never even had to go through the work of doing it, didn't have to market it because I put it out there and said, hey, I'm offering this, who's interested. If for the first three sign ups I am offering this price, after that it goes up to regular price all right. So what an early bird pricing does, it encourages people to sign up like right now because it's a limited number that you're going to do and a time frame after this date, there is no early bird pricing </w:t>
      </w:r>
      <w:r>
        <w:lastRenderedPageBreak/>
        <w:t xml:space="preserve">anymore, All right. </w:t>
      </w:r>
      <w:r>
        <w:br/>
      </w:r>
    </w:p>
    <w:p w:rsidR="0070098D" w:rsidRDefault="00000000">
      <w:r>
        <w:t xml:space="preserve">It can help with the, especially with the hotel or Conference Center or the Airbnb where they want a deposit and they want it today and you want to hold it and getting at least one person in on an early word covers those initial expenses. Ok, All right. Also, OK so day of Take a deep breath. Ok, All right it doesn't matter if you've done one you've done none you've done a thousand of them. Take a deep breath. </w:t>
      </w:r>
      <w:r>
        <w:br/>
      </w:r>
    </w:p>
    <w:p w:rsidR="0070098D" w:rsidRDefault="00000000">
      <w:r>
        <w:t xml:space="preserve">Ok? And I guarantee you there will be problems. There's always a problem. Something happens just the way it is. Assume there will be a problem. Ok, but you have to handle the problems. So how are you going to handle the problem after you've done more than one you'll get a better idea of the different problems that can occur. All right. So some problems that could occur is that you have to say you're at a Conference Center and they said they were going to have coffee and tea, which they do, but they have no Creamer. </w:t>
      </w:r>
      <w:r>
        <w:br/>
      </w:r>
    </w:p>
    <w:p w:rsidR="0070098D" w:rsidRDefault="00000000">
      <w:r>
        <w:t xml:space="preserve">All right. That's a pretty easy fix call office and saying, hey, where's the Creamer that fixes that? Ok, there could be a confusion where someone paid for a room that they're sharing and are shocked to find out that they're sharing a room. Ok, well that's what you signed up for. Ok, you may you just things that may come up that you have to handle, which is why the clearer you are on your landing pages and on your social media posting about what is included and what is not included is gonna take care of 90 % of the problems that you have. Maybe somebody's on their way and their car broke down. </w:t>
      </w:r>
      <w:r>
        <w:br/>
      </w:r>
    </w:p>
    <w:p w:rsidR="0070098D" w:rsidRDefault="00000000">
      <w:r>
        <w:t xml:space="preserve">Ok, maybe someone's at the airport and now the rental car said no, they don't have a rental car. Ok, think of how people are coming in and what problems could they might occur and how you're gonna work around them. Ok, there's going to be two types of complaints the first one's going to be legitimate. It's a real issue. Ok? You're right let me handle it all right? And then there's going to be the complainers, the people who will find something to complain about. </w:t>
      </w:r>
      <w:r>
        <w:br/>
      </w:r>
    </w:p>
    <w:p w:rsidR="0070098D" w:rsidRDefault="00000000">
      <w:r>
        <w:t xml:space="preserve">All right my mother-in-law was one of these people. Nothing ever made her happy, ever. Ok, I hated going out to dinner with her because it would always be a problem with the meal, no matter what it was. Ok, acknowledge the issue. Ok. If it's a legitimate problem, OK, you need to handle it. If it is not a legitimate problem, guess what? You still have to handle it. Ok, those are people's skills, all right so we're not going to get into that, but it still needs to be acknowledged. Sometimes people just wanted an acknowledgement that they hear that you're listening to them. </w:t>
      </w:r>
      <w:r>
        <w:br/>
      </w:r>
    </w:p>
    <w:p w:rsidR="0070098D" w:rsidRDefault="00000000">
      <w:r>
        <w:lastRenderedPageBreak/>
        <w:t xml:space="preserve">Ok, all right i don't understand that you were expecting a room by yourself, but you paid for a room with a roommate that we clearly stated was two people to a room. What would you like me to do? Ok, that is reasonable. Ok i want my own room well, no, that's not reasonable, all right? It is reasonable if you actually have an extra room. But now that's private rooms, and this is what it's gonna cost you. Ok, so problem solution. All right, so it's all over with. Everyone's going home it's done you lived you survived. Ok, So what do you have to do? Ok, so first thing I'm going to tell you to do before anybody leaves, give them an evaluation. </w:t>
      </w:r>
      <w:r>
        <w:br/>
      </w:r>
    </w:p>
    <w:p w:rsidR="0070098D" w:rsidRDefault="00000000">
      <w:r>
        <w:t xml:space="preserve">Ask them what they liked about it, and ask them what they didn't like about it. Ok, do not take anything personally, all right? You want this to be a better experience next time, all right? People feel validated when you give them an evaluation form it's why the trade shows do it all right. Trade shows give out evaluations for a couple of reasons. Ok, first of all, they know that people are more likely to fill out an evaluation if they're pissed. </w:t>
      </w:r>
      <w:r>
        <w:br/>
      </w:r>
    </w:p>
    <w:p w:rsidR="0070098D" w:rsidRDefault="00000000">
      <w:r>
        <w:t xml:space="preserve">Ok, so they can get at the root of any problems. Ok, so that's also taken away a grain of salt, by the way. Ok, if you all the evaluations are coming up with the same issue, then it's an issue you need to address it for next time people are coming in and they expected one thing and you gave them something else, then that means your marketing has to be addressed. </w:t>
      </w:r>
      <w:r>
        <w:br/>
      </w:r>
    </w:p>
    <w:p w:rsidR="0070098D" w:rsidRDefault="00000000">
      <w:r>
        <w:t xml:space="preserve">Ok, Ask them what you could have done better. Ask them what they would like to see in your next retreat. That's gonna be a really good question to ask, because then that puts in their mind that hey, you're gonna be doing this again, OK. And what would they like to see? All right. Especially if you got your the people that came in, these are great people, all right these are the people you want to attract, right? So listen to what it is they have to say. </w:t>
      </w:r>
      <w:r>
        <w:br/>
      </w:r>
    </w:p>
    <w:p w:rsidR="0070098D" w:rsidRDefault="00000000">
      <w:r>
        <w:t xml:space="preserve">Don't take anything personal this is a business, OK and you want your business to be better. You have to also take care of any of your obligations, OK? Is does somebody have to get paid? Do you have to Then hand over the keys to the cleaning staff to come and clean up for you? Ok, is so I would have a checklist for depending on where you're at and what it is you need to do to actually conclude and leave and get in your car and go, OK, then you want. Also, besides the evaluations, any testimonials that you can get, grab them while they're there, while it's fresh, OK? And then do a debriefing. </w:t>
      </w:r>
      <w:r>
        <w:br/>
      </w:r>
    </w:p>
    <w:p w:rsidR="0070098D" w:rsidRDefault="00000000">
      <w:r>
        <w:t xml:space="preserve">A debriefing is where you sit down at the end of this. Everything is still fresh in your mind and go over it. Things go off without a hitch was food prepared when it was supposed to be prepared? Did you have food delivered did you come as you expected it? Were any speakers that you had did they perform as you expected? Was your learning material, your supplemental educational material? Was it up to snuff? Did the attendees didn't like it? How did they feel about the swag bag all right. </w:t>
      </w:r>
      <w:r>
        <w:br/>
      </w:r>
    </w:p>
    <w:p w:rsidR="0070098D" w:rsidRDefault="00000000">
      <w:r>
        <w:lastRenderedPageBreak/>
        <w:t xml:space="preserve">How did you handle any problems? All right. What did this cost you? Ok And Will, is this something you think you could do again and actually make money at? Ok, all right. So re evaluate everything and see if you're going to do this again. So again, any questions now? Ok, this is how you get a hold of me. Alright, you could text me questions down the line i highly recommend printing out the workbook and getting the checklist on that if you're planning on doing this. Ok, that's my cell number you can text me my website. Find me on Facebook. And my group on Facebook is Peg Rumor Town Hall. </w:t>
      </w:r>
      <w:r>
        <w:br/>
      </w:r>
    </w:p>
    <w:p w:rsidR="0070098D" w:rsidRDefault="00000000">
      <w:r>
        <w:t xml:space="preserve">Ok, hold on. We'll screen where we go. There we go. All right so we'll give it a minute for questions let me do chat. Ok, so any questions? If not, we will wrap this up and we will be back on the half hour and the last workshop will be on putting together a workshop, be a workshop on a workshop. All righty. I do not see any questions and we will be back in on the half hour. </w:t>
      </w:r>
      <w:r>
        <w:br/>
      </w:r>
    </w:p>
    <w:sectPr w:rsidR="0070098D"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0834" w:rsidRDefault="00830834">
      <w:pPr>
        <w:spacing w:after="0" w:line="240" w:lineRule="auto"/>
      </w:pPr>
      <w:r>
        <w:separator/>
      </w:r>
    </w:p>
  </w:endnote>
  <w:endnote w:type="continuationSeparator" w:id="0">
    <w:p w:rsidR="00830834" w:rsidRDefault="00830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098D" w:rsidRDefault="00000000">
    <w:pPr>
      <w:pStyle w:val="Footer"/>
      <w:jc w:val="center"/>
    </w:pPr>
    <w:r>
      <w:t xml:space="preserve">Page </w:t>
    </w:r>
    <w:r>
      <w:fldChar w:fldCharType="begin"/>
    </w:r>
    <w:r>
      <w:instrText>PAGE</w:instrText>
    </w:r>
    <w:r w:rsidR="002D5230">
      <w:fldChar w:fldCharType="separate"/>
    </w:r>
    <w:r w:rsidR="002D5230">
      <w:rPr>
        <w:noProof/>
      </w:rPr>
      <w:t>1</w:t>
    </w:r>
    <w:r>
      <w:fldChar w:fldCharType="end"/>
    </w:r>
    <w:r>
      <w:t>/</w:t>
    </w:r>
    <w:r>
      <w:fldChar w:fldCharType="begin"/>
    </w:r>
    <w:r>
      <w:instrText>NUMPAGES</w:instrText>
    </w:r>
    <w:r w:rsidR="002D5230">
      <w:fldChar w:fldCharType="separate"/>
    </w:r>
    <w:r w:rsidR="002D52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0834" w:rsidRDefault="00830834">
      <w:pPr>
        <w:spacing w:after="0" w:line="240" w:lineRule="auto"/>
      </w:pPr>
      <w:r>
        <w:separator/>
      </w:r>
    </w:p>
  </w:footnote>
  <w:footnote w:type="continuationSeparator" w:id="0">
    <w:p w:rsidR="00830834" w:rsidRDefault="008308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35638067">
    <w:abstractNumId w:val="8"/>
  </w:num>
  <w:num w:numId="2" w16cid:durableId="126438849">
    <w:abstractNumId w:val="6"/>
  </w:num>
  <w:num w:numId="3" w16cid:durableId="1709865912">
    <w:abstractNumId w:val="5"/>
  </w:num>
  <w:num w:numId="4" w16cid:durableId="16660676">
    <w:abstractNumId w:val="4"/>
  </w:num>
  <w:num w:numId="5" w16cid:durableId="1319915368">
    <w:abstractNumId w:val="7"/>
  </w:num>
  <w:num w:numId="6" w16cid:durableId="1838494805">
    <w:abstractNumId w:val="3"/>
  </w:num>
  <w:num w:numId="7" w16cid:durableId="689183726">
    <w:abstractNumId w:val="2"/>
  </w:num>
  <w:num w:numId="8" w16cid:durableId="1536116031">
    <w:abstractNumId w:val="1"/>
  </w:num>
  <w:num w:numId="9" w16cid:durableId="1844054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D5230"/>
    <w:rsid w:val="00326F90"/>
    <w:rsid w:val="0070098D"/>
    <w:rsid w:val="0083083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0045C203-A734-F24E-8C35-2F98EBA9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5686</Words>
  <Characters>32414</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2023-10-23T22:24:00Z</dcterms:created>
  <dcterms:modified xsi:type="dcterms:W3CDTF">2023-10-23T22:24:00Z</dcterms:modified>
  <cp:category/>
</cp:coreProperties>
</file>