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8726B" w:rsidRDefault="00000000">
      <w:pPr>
        <w:pStyle w:val="Title"/>
      </w:pPr>
      <w:r>
        <w:t>Start A Grooming School</w:t>
      </w:r>
    </w:p>
    <w:p w:rsidR="0068726B" w:rsidRDefault="0068726B"/>
    <w:p w:rsidR="0068726B" w:rsidRDefault="00000000">
      <w:r>
        <w:rPr>
          <w:b/>
        </w:rPr>
        <w:t>Date</w:t>
      </w:r>
      <w:r>
        <w:t xml:space="preserve">    2023-10-23</w:t>
      </w:r>
    </w:p>
    <w:p w:rsidR="0068726B" w:rsidRDefault="0068726B"/>
    <w:p w:rsidR="0068726B" w:rsidRDefault="00000000">
      <w:r>
        <w:t xml:space="preserve">Hey, everybody welcome to day two of the Life After Grooming Summit, brought to you by Positive Educational Training. So this session is with Stephanie Calhoun, and she's going to talk about how to start your own grooming Academy. All right. Hi, I'm Stephanie Calhoun. I am the owner and head instructor of the Meditative Groomer Academy, and I'm going to explain to you how to open your own pet grooming Academy. Little about me, I'm the owner and head instructor of the Meditative Groomer Academy. </w:t>
      </w:r>
      <w:r>
        <w:br/>
      </w:r>
    </w:p>
    <w:p w:rsidR="0068726B" w:rsidRDefault="00000000">
      <w:r>
        <w:t xml:space="preserve">We're in Racine, wisconsin and I specialize in neurodivergent learners. I'm also one of the voices of Grooming on the Spectrum, which is a podcast and support group for neurodivergent groomers. And if you guys want to use my QR code that will bring you to my link tree and give you all of my socials feel free to contact me however you feel and anytime 'cause I'm always happy to talk Rumon Mouse. </w:t>
      </w:r>
      <w:r>
        <w:br/>
      </w:r>
    </w:p>
    <w:p w:rsidR="0068726B" w:rsidRDefault="00000000">
      <w:r>
        <w:t xml:space="preserve">I also have this Facebook group for this class, so anybody who is interested in, you know, opening a grooming school and would like little tips and tricks, I'm going to put little stuff in there, some videos and stuff just to help people out and people can then ask me questions and all of that i also, I do this is, I will say this is a very summarized version of this class it there's no way I can tell you all of the information even I could spend days tell you telling you everything. </w:t>
      </w:r>
      <w:r>
        <w:br/>
      </w:r>
    </w:p>
    <w:p w:rsidR="0068726B" w:rsidRDefault="00000000">
      <w:r>
        <w:t xml:space="preserve">But I do have. I will be giving more information in that group as well as I also have coaching for anybody who is really interested in getting some help with that. My mouse is having issues today. There we go. So first thing you're going to want to do when you want to start a school is you have to learn the laws of your state. And this part is the worst step and the bane of my existence, because no state is the same. And some states are really good about making it easy and some of them are not. </w:t>
      </w:r>
      <w:r>
        <w:br/>
      </w:r>
    </w:p>
    <w:p w:rsidR="0068726B" w:rsidRDefault="00000000">
      <w:r>
        <w:t xml:space="preserve">I am in Wisconsin and I actually, they made it so hard for me to find any of the information that I was about to open when I found through another resource that there was more that I had to do. So I had to, like, slow down and actually get that done like last minute because even though I had spent hours and hours and hours before I even moved here, I like doing, researching and contacting people. I even have in my notes that I contacted that specific </w:t>
      </w:r>
      <w:r>
        <w:lastRenderedPageBreak/>
        <w:t xml:space="preserve">department and they told me that I didn't need to do it. </w:t>
      </w:r>
      <w:r>
        <w:br/>
      </w:r>
    </w:p>
    <w:p w:rsidR="0068726B" w:rsidRDefault="00000000">
      <w:r>
        <w:t xml:space="preserve">And luckily I called them again and I talked to someone else later and they were like, Oh yeah, you do have to do it. It's a little weird for grooming schools in some states because it's not like the industry isn't all the words regulated, so it's not regulated, so it makes it hard for them to even understand what's going on. It's definitely one of the hardest processes, but it is possible to get it done. And you really do want to make sure that you're following whatever laws your state has because there can be some really major issues that arise if you don't do that. I know in my state, if I don't do it or if I hadn't done it and I had opened and they found out, I would have gotten fined 500$ per day that I was open. </w:t>
      </w:r>
      <w:r>
        <w:br/>
      </w:r>
    </w:p>
    <w:p w:rsidR="0068726B" w:rsidRDefault="00000000">
      <w:r>
        <w:t xml:space="preserve">And if they hadn't, you know noticed me for two years of being open that could have you know that could have wrecked me financially or even just a few months of that. So making sure that you're doing this is really important ways that I found out to kind of figure that out. And like I said you have to really do a lot of research and a lot of self learning cause like lawyers and stuff also do not really know a whole lot about it. So one thing that I found is look at other grooming schools in your state. You can usually go on their website and see if there is some sort of approval, approval program that they have went through it will probably say it on their website that they are, they have done their approval program and that's one of the easiest ways I've found. </w:t>
      </w:r>
      <w:r>
        <w:br/>
      </w:r>
    </w:p>
    <w:p w:rsidR="0068726B" w:rsidRDefault="00000000">
      <w:r>
        <w:t xml:space="preserve">Obviously not all schools are going to go through that process like they're supposed to so if it doesn't say it on there, don't assume that you don't have to, but it is something that you can look into. Just start researching grooming schools in your state and see if anybody has it on their website that they are, you know, approved through whatever department of the government. It's always a different department too so like, I can't even tell you just look at the education department, because it's not always that one. You want to Google any words or phrases that you can think of. </w:t>
      </w:r>
      <w:r>
        <w:br/>
      </w:r>
    </w:p>
    <w:p w:rsidR="0068726B" w:rsidRDefault="00000000">
      <w:r>
        <w:t xml:space="preserve">Just Google it as much as possible like grooming school, you know, whatever state you're in, anything you can think of to search for it. That's one of the harder ways to do it but it is another thing. Obviously if you find info on someone's website, then you can kind of backtrack from there and find more information about it too. And then talking to someone. </w:t>
      </w:r>
      <w:r>
        <w:br/>
      </w:r>
    </w:p>
    <w:p w:rsidR="0068726B" w:rsidRDefault="00000000">
      <w:r>
        <w:t xml:space="preserve">As much as I hate phone calls, particularly making a plan to sit down and make phone calls to a bunch of different departments in your state and other schools if you need to and you can try lawyers. There might be some specialized lawyers out there that you can talk to that would know it, but it's very like a very niche thing, so you have to really search for it, but just make your phone calls you also have to make sure that you're working with your city as </w:t>
      </w:r>
      <w:r>
        <w:lastRenderedPageBreak/>
        <w:t xml:space="preserve">well. </w:t>
      </w:r>
      <w:r>
        <w:br/>
      </w:r>
    </w:p>
    <w:p w:rsidR="0068726B" w:rsidRDefault="00000000">
      <w:r>
        <w:t xml:space="preserve">Usually that's more just, you know, the health department and stuff like that, but make sure you check with your city to make sure they don't have anything in particular that you have to jump through. Like I said, it's one of the worst parts, but if you can get through it then the rest of it is a lot easier. I'm also always happy to you know, if i know I've looked into quite a few states so if you do have a question you can always ask me, I can't promise I know the answer, but I might be able to guide you too. </w:t>
      </w:r>
      <w:r>
        <w:br/>
      </w:r>
    </w:p>
    <w:p w:rsidR="0068726B" w:rsidRDefault="00000000">
      <w:r>
        <w:t xml:space="preserve">So then the next step would be naming the school. So I'm going to kind of go through this process of how I name the school, and then I use kind of the same basic process for all of for each step of this. So I'll kind of go into it and all of the other ones as well. But naming the school, do you need, you want me to interrupt you for questions, or will you watch for them? If you could interrupt me actually, 'cause I can't see them somehow. Ok, so Brianna asks what laws should we be looking for what questions should we be asking? So basically you want to look into laws pertaining to secondary education. </w:t>
      </w:r>
      <w:r>
        <w:br/>
      </w:r>
    </w:p>
    <w:p w:rsidR="0068726B" w:rsidRDefault="00000000">
      <w:r>
        <w:t xml:space="preserve">You can look into trade school laws. It's like I said it's different for each state. But really looking into it, when you're talking to people really pushing that, it's a trade. It you, you're basically a trade you're a trade school and mention that you're a small mom and pop one if that's how you're running because there are usually someone there's usually someone specific who talks about or who deals with the smaller ones. It's I'm trying to think of some more things but you know when you're Googling you can look for like whatever your state is Board of Education you can look into their they might have a like post secondary education department you can like look up like Google just your state's department departments and you can usually try to find a list and even just look looking through there finding anything that looks similar you know looks like it might fit something relating to school or education it those are probably the top things and then you kind of have to work out from there. </w:t>
      </w:r>
      <w:r>
        <w:br/>
      </w:r>
    </w:p>
    <w:p w:rsidR="0068726B" w:rsidRDefault="00000000">
      <w:r>
        <w:t xml:space="preserve">So hopefully that mostly answered your question. And then so naming the school this one i always have to have a name to something in order for me to like really be invested in it so this was always my top priority of name it and I went through a lot of different ways i started by doing a brain dump. You kind of just throw it all out there on paper, like you're throwing seeds on a flower bed and just you're kind of hoping you're just kind of throwing it all out there and just whatever you think of, just put it down on paper, just have it all written down and you know, don't worry about making sure it's all like pretty and punctuation this is just getting it all on paper and then once you have a bunch of it all on paper, a bunch of your thought process, then you're going to want to. </w:t>
      </w:r>
      <w:r>
        <w:br/>
      </w:r>
    </w:p>
    <w:p w:rsidR="0068726B" w:rsidRDefault="00000000">
      <w:r>
        <w:lastRenderedPageBreak/>
        <w:t xml:space="preserve">I try i think when I first did it I came up with a list of like 50 different I like name ideas, but I like narrowed it down as much as I could. And then I went through and I had like a list I think of like 15 that I had narrowed it down to. And those names i checked to see if they were available. So you can check the DBA registrations, the doing business as. </w:t>
      </w:r>
      <w:r>
        <w:br/>
      </w:r>
    </w:p>
    <w:p w:rsidR="0068726B" w:rsidRDefault="00000000">
      <w:r>
        <w:t xml:space="preserve">So that will give you a list of all of the people or all of the businesses that might have that name. You can do a trademark business name search. My husband did that one so I don't remember exactly how it works, but if you Google trademark business name search, you'll be able to find the site and you can search for that, see if anybody has trademarked that name, Check the LLC registry, you can obviously Google it. </w:t>
      </w:r>
      <w:r>
        <w:br/>
      </w:r>
    </w:p>
    <w:p w:rsidR="0068726B" w:rsidRDefault="00000000">
      <w:r>
        <w:t xml:space="preserve">Especially you want to see in your area if there are a lot of people who have the same name as you which when you're a school you have a lot more availability but making sure that you don't have the same name as the guy down the street. So just Googling it making sure there's no one in the general area that has that name and you can also check with your state regulator. </w:t>
      </w:r>
      <w:r>
        <w:br/>
      </w:r>
    </w:p>
    <w:p w:rsidR="0068726B" w:rsidRDefault="00000000">
      <w:r>
        <w:t xml:space="preserve">I found their I think I emailed them for my state i just I found, I googled state regulator and I found that the email I'm just like hey, can we just check to see if there's anything? So make sure that it's available, make sure that you can get the website you want to check to, make sure that website's available and then that'll narrow down hopefully some of your list a little bit more. I it didn't narrow down mine too much. </w:t>
      </w:r>
      <w:r>
        <w:br/>
      </w:r>
    </w:p>
    <w:p w:rsidR="0068726B" w:rsidRDefault="00000000">
      <w:r>
        <w:t xml:space="preserve">So then the next one I did, I did another narrow down. I narrowed it down to three, which actually I think I have these backwards, yes. So in order to narrow it down to three, I pulled my friends. I got those backwards because I could not decide so I put my list of names and I'm like, what do you guys think? And I think I put it on Facebook and I messaged a bunch of my family. And so I got kind of a general idea of what everybody wanted or whatever. Not everybody wanted, what everybody liked. </w:t>
      </w:r>
      <w:r>
        <w:br/>
      </w:r>
    </w:p>
    <w:p w:rsidR="0068726B" w:rsidRDefault="00000000">
      <w:r>
        <w:t xml:space="preserve">Well, also being able to see which ones I preferred, I found that really helped me narrow it down because a lot of the people that I polled didn't like the ones that I really liked and I was kind of like, oh man, I really liked that one. But then I was able to find kind of that happy medium of like, oh, they actually really like this one and I actually like that one too so it really helped me narrow it down. I narrowed it down to three. And then I actually did a second poll at that point, I think with the three. </w:t>
      </w:r>
      <w:r>
        <w:br/>
      </w:r>
    </w:p>
    <w:p w:rsidR="0068726B" w:rsidRDefault="00000000">
      <w:r>
        <w:t xml:space="preserve">And then i honestly kind of I the pole was very close and I was kind of still back and forth. And so honestly, I rolled the dice because I have decision paralysis and I can't decide. And it </w:t>
      </w:r>
      <w:r>
        <w:lastRenderedPageBreak/>
        <w:t xml:space="preserve">ended up landing on the meditative groomer Academy and I was just like you know what, That that's right that's the one that I wanted. So it's a little bit of a process to get there, but I was able to get it down and then for me the I needed that like I completed this task and for me that was buying the website. I didn't start working on the website right away. It was just I have control of this website now and this is my business. </w:t>
      </w:r>
      <w:r>
        <w:br/>
      </w:r>
    </w:p>
    <w:p w:rsidR="0068726B" w:rsidRDefault="00000000">
      <w:r>
        <w:t xml:space="preserve">Then obviously you need to start going into getting an LLC and all of that stuff. But that was kind of my I've decided and so I was able to do it. So if you kind of look at it, you'll notice the pattern. You're going to start with a brain dump, then you're going to kind of compile it down to, you know, a workable amount, and then you're going to check your resources. You're going to do a peer review and then you're going to finalize it. And that's kind of that process that I use for every step of the way. It just changes a little bit for each step. And I like patterns, so I like to point that out. </w:t>
      </w:r>
      <w:r>
        <w:br/>
      </w:r>
    </w:p>
    <w:p w:rsidR="0068726B" w:rsidRDefault="00000000">
      <w:r>
        <w:t xml:space="preserve">So the next step after figuring out the name, I had to figure out my goals and expectations. So with that again, you're going to start with a brain dump. And I basically just, I wrote down everything I wanted my school to be. Some of it was just a word some of it was just was a whole like paragraph of this is what I want and I just, I just put it all on paper. </w:t>
      </w:r>
      <w:r>
        <w:br/>
      </w:r>
    </w:p>
    <w:p w:rsidR="0068726B" w:rsidRDefault="00000000">
      <w:r>
        <w:t xml:space="preserve">Then once I had it all on paper and just kind of out there, then I was able to go through and I'm compiled it into a rough draft once I kind of like you kind of just go through and one of the things I will say that really helps me now with doing the compiling, I'll take that brain dump. I usually do it on digital because I can't read my handwriting and I put it into an AI system. I like chat GPT because sometimes I have a hard time figuring out the words that I want for that outline. So I'll put that into chat GPT and I'll say I'm looking for an outline on this and it will give me a basic I at least get me started on kind of rough drafting that compilation of my outline and bringing in bringing that all of those thoughts all together into one. </w:t>
      </w:r>
      <w:r>
        <w:br/>
      </w:r>
    </w:p>
    <w:p w:rsidR="0068726B" w:rsidRDefault="00000000">
      <w:r>
        <w:t xml:space="preserve">So then once I've kind of done that, I check my resources, I want to see what can I realistically achieve within the laws and my budget. That's where a lot of that stuff with the state will come into effect, because they do have a lot of requirements sometimes with how you run things too. One of the things I was really big on is I because I specialize in neurodivergent learners. </w:t>
      </w:r>
      <w:r>
        <w:br/>
      </w:r>
    </w:p>
    <w:p w:rsidR="0068726B" w:rsidRDefault="00000000">
      <w:r>
        <w:t xml:space="preserve">I don't really like tests as like a you pass or fail kind of thing. I do tests only as AI want to make sure that you're understanding what I'm what I'm teaching you to kind of gauge where I need to work on for them. And they are very much the other side of the you know the state is very much goes on the other side of the coin of the you do tests or practicals to see if you were good enough to pass and it was like i didn't I had a really hard time working </w:t>
      </w:r>
      <w:r>
        <w:lastRenderedPageBreak/>
        <w:t xml:space="preserve">with them on that and we finally ended up being able to work that out but it was it was one of those things where their the way their policies work didn't really work with me. </w:t>
      </w:r>
      <w:r>
        <w:br/>
      </w:r>
    </w:p>
    <w:p w:rsidR="0068726B" w:rsidRDefault="00000000">
      <w:r>
        <w:t xml:space="preserve">So you gotta kind of you know the first part is kind of very dream dream oriented and then you have to be the mentor to yourself and figure out what you can do realistically and budget is another thing. You never realize how expensive it's going to be until you do it, but you want to make sure that you're keeping your goals and expectations in line with what you can actually do the next one talk to your peers about your plans. </w:t>
      </w:r>
      <w:r>
        <w:br/>
      </w:r>
    </w:p>
    <w:p w:rsidR="0068726B" w:rsidRDefault="00000000">
      <w:r>
        <w:t xml:space="preserve">I talked to anybody I could about it just to get ideas. Ia lot of times if I'm just kind of trying to think of an idea for something, I'll even just, I'll throw it into one of the Facebook groups and be like, hey, what do you guys think about this? Getting ideas from other people is super helpful because sometimes you get into that, like tunnel vision, and it's really hard to see outside of just how you know, like i learn very differently than most people because I'm neurodivergent, but it's also very different from other neurodivergent people so sometimes I have a hard time seeing how someone else that struggles differently than me, how my way of teaching isn't working for them. </w:t>
      </w:r>
      <w:r>
        <w:br/>
      </w:r>
    </w:p>
    <w:p w:rsidR="0068726B" w:rsidRDefault="00000000">
      <w:r>
        <w:t xml:space="preserve">So talking to others really helped me to kind of get an idea of what others are looking for. Ia lot of people you know would tell me, like why don't you know, why don't you make sure that there's something about maintenance that's not taught about, you know, like tool maintenance and stuff and that's not taught about in schools. I would have never thought about that until after I started going through the classes, but I was able to think of it ahead of time because they were able to tell me oh this would be a really good idea for your school and then finalize is bringing the details together for your goals and expectations outlined so really out outlining what goals that you have what kind of, you know, do you want to be a, you know, like a small place i only do four students at a time and I like that's the way I want it to be. </w:t>
      </w:r>
      <w:r>
        <w:br/>
      </w:r>
    </w:p>
    <w:p w:rsidR="0068726B" w:rsidRDefault="00000000">
      <w:r>
        <w:t xml:space="preserve">But someone else might say I want to have, you know, 20 students at a time and that's fine for them. That just doesn't work for me. But like there's you want to make sure that you are doing what works for you as long as you can work within the, you know, boundaries of whatever the law says. But bringing those details together for those goals and making sure that you know what you know, what you want to do with it, you also will probably want to think about, you know, specializing. That's specializing in something you know if you want you know, it does help with branding and stuff to have a specialty even if I I'll take anybody, but I specifically am here for the neurodivergent learner where maybe you want your specialty if you're in, if you're really into like showing and competition and stuff like that maybe you want your school to be more based off of like that kind of a thing. </w:t>
      </w:r>
      <w:r>
        <w:br/>
      </w:r>
    </w:p>
    <w:p w:rsidR="0068726B" w:rsidRDefault="00000000">
      <w:r>
        <w:lastRenderedPageBreak/>
        <w:t xml:space="preserve">So deciding on kind of which direction you want your school to go and kind of getting that written down on paper with this finalized detail or finalized outline with your goals and expectations, then the next one you're going to create your programs. So I laugh because I didn't realize that I'd used create a program and Mary has the create that program thing, and it's very similar, but creating the programs that you want some people, I know some schools out there, and I looked at a lot of other schools and how they run because I was really curious what works and what doesn't and I wanted to see different ways of teaching things. </w:t>
      </w:r>
      <w:r>
        <w:br/>
      </w:r>
    </w:p>
    <w:p w:rsidR="0068726B" w:rsidRDefault="00000000">
      <w:r>
        <w:t xml:space="preserve">And so when creating the program is like for me, I have four different programs right now I will have five i just have to rewrite that one. But I have four different programs and it goes like AI have different names for them i have Seed Seedling, sprout and plant which is basically bather grooming assistant, groomer and then stylist and that's where they start like learning more like breed standard, like show more towards the show trims. So they for my students they can start anywhere depending on what their experience is. But I know other schools will do just they have one program where it's like you start with nothing and now you're a groomer. </w:t>
      </w:r>
      <w:r>
        <w:br/>
      </w:r>
    </w:p>
    <w:p w:rsidR="0068726B" w:rsidRDefault="00000000">
      <w:r>
        <w:t xml:space="preserve">And I know other schools that they are more like you're going to be like you just kind of start at whatever experience level you are and they kind of just have this curriculum of like this is what you're going to learn and it'll be more self-paced I also know of some schools will do multiple different types of multiple different programs at the same time, and some, you know, I choose not to i only do one program at a time because I want to concentrate on that one thing at a time. So creating that program, you're going to have to, you're going to start again, you're going to have the brain dump, and you'll be saying you want to brain dump on what this program will cover. </w:t>
      </w:r>
      <w:r>
        <w:br/>
      </w:r>
    </w:p>
    <w:p w:rsidR="0068726B" w:rsidRDefault="00000000">
      <w:r>
        <w:t xml:space="preserve">So you might have 4 you might have one. But each program is going to be, you're going to be brain dumping what this program is going to cover so my bather program, my bathing program or my seed program covers bath nails, you know, learning bath nails, ears blow dry brush out and I yes, that's it. And then they also they get the certified canine, certified pet or animal aesthetician i always get them confused, certified animal aesthetician program so they'll learn about skin and coat. They also learn like salon sanitation and you know all of the things and i brain dumped everything that I wanted to teach in that class or in, you know, in that program. </w:t>
      </w:r>
      <w:r>
        <w:br/>
      </w:r>
    </w:p>
    <w:p w:rsidR="0068726B" w:rsidRDefault="00000000">
      <w:r>
        <w:t xml:space="preserve">And then again, you're going to take that rough draft or you're going to take that brain dump and you're going to turn it into a rough draft outline of what your program's going to look like. So for me, I actually, because I was originally not going to break it up, I started by kind of having I did this for one big program and then I was like, I want to break that down and I broke it down after the fact but you're going to compile it again, AI is a great tool for </w:t>
      </w:r>
      <w:r>
        <w:lastRenderedPageBreak/>
        <w:t xml:space="preserve">this. </w:t>
      </w:r>
      <w:r>
        <w:br/>
      </w:r>
    </w:p>
    <w:p w:rsidR="0068726B" w:rsidRDefault="00000000">
      <w:r>
        <w:t xml:space="preserve">Put that brain dump into the AI and say I'm looking for an outline for this. Make sure you read it, but it will help you to kind of get there. I am very much a fan of AI and using it as a tool to help you be the best that you can be so don't be afraid to use the AI and you also know that it is. It does take a little bit of practice to get used to it. So then you're going to do checking your resources again you're going to do look into what things are required by law and what is required for you know the my state that isn't very specific on exactly what needs to be in each program. </w:t>
      </w:r>
      <w:r>
        <w:br/>
      </w:r>
    </w:p>
    <w:p w:rsidR="0068726B" w:rsidRDefault="00000000">
      <w:r>
        <w:t xml:space="preserve">So I didn't have to worry as much about that it was more about like how I was teaching it. So for me, I didn't have to worry about as much about what my state was saying, for what was what content I was teaching. And then for me, I like I what is required for me as well. I wanted to make sure that my students learned Salon Sanitation that was a requirement for me, regardless of who I who taught it i was like, that needed to be taught because I never learned that and it actually forced me to relearn to make sure that I was doing it properly. And then the next one is talking to your peers about your plans. </w:t>
      </w:r>
      <w:r>
        <w:br/>
      </w:r>
    </w:p>
    <w:p w:rsidR="0068726B" w:rsidRDefault="00000000">
      <w:r>
        <w:t xml:space="preserve">Again, people have a lot of varied opinions and some of them are really great. And I love going to Facebook into one of the Facebook groups. The Pet Groomer Town Hall is a great one. I'll go in there and just be like, hey, I have this idea, what do you guys think? And you have to have a little bit of an, you have to remember that, you know, the people who are responding, that's not a personal attack, or at least don't take it personally because sometimes they are not very nice about the way they say things. But like I said, I do like that group because they're a lot nicer. </w:t>
      </w:r>
      <w:r>
        <w:br/>
      </w:r>
    </w:p>
    <w:p w:rsidR="0068726B" w:rsidRDefault="00000000">
      <w:r>
        <w:t xml:space="preserve">But kind of just listen to what everybody has to say, because you never know when someone might spark something in you and be like, oh, that's actually a great idea. Or even just something of, oh, i don't love the way you do it, but I think I could use that information and make it mine, you know, So listen to what everybody else has to say because everyone does have there are a lot of good opinions out there and a lot of people are happy to give them. So then the next one is finalizing bring all those details together, getting it all set up so that you know exactly how everything's gonna be done. Figuring out like i bring in instructors, It's not all me teaching, so I have a lot of instructors that come in and do their own seminars and so I had to get those details together. </w:t>
      </w:r>
      <w:r>
        <w:br/>
      </w:r>
    </w:p>
    <w:p w:rsidR="0068726B" w:rsidRDefault="00000000">
      <w:r>
        <w:t xml:space="preserve">My state actually required I have to have them approved, so they had to do background checks and stuff like that. So making sure that you're checking all of those things words too, will help you. But making sure that you have those details together, Getting your contracts done with your teachers, if you have any, you know, instructors coming in, making sure that </w:t>
      </w:r>
      <w:r>
        <w:lastRenderedPageBreak/>
        <w:t xml:space="preserve">they are on board, making sure that you can work, you know, pay them within your budget, and having all of that down together. </w:t>
      </w:r>
      <w:r>
        <w:br/>
      </w:r>
    </w:p>
    <w:p w:rsidR="0068726B" w:rsidRDefault="00000000">
      <w:r>
        <w:t xml:space="preserve">I have a master program breakdown file. I also have my master program cost file where it's a spreadsheet that it shows me and I can change things if I need to. But it shows me what each instructor costs per student and what you know what kind of profit I'm making and it tells me everything so I know that I can still pay them within my you know, by budget. So that was another part of my finalization, was making sure that I had that budget there so I could be sure that it was right. </w:t>
      </w:r>
      <w:r>
        <w:br/>
      </w:r>
    </w:p>
    <w:p w:rsidR="0068726B" w:rsidRDefault="00000000">
      <w:r>
        <w:t xml:space="preserve">I also have like a master list of my contracts and so you want to make sure you have these all finalized before you move on too much because the program is the biggest part, like as far as what you need to get done. And it's going to take almost as much work as the state. But once you have it done, that's like those two pieces are like the biggest chunks and you've gotten those done and you'll have it finalized the rest of it is all small stuff and it's much easier from there. The next part would be create presenting materials. So I use slideshows for some of my classes. </w:t>
      </w:r>
      <w:r>
        <w:br/>
      </w:r>
    </w:p>
    <w:p w:rsidR="0068726B" w:rsidRDefault="00000000">
      <w:r>
        <w:t xml:space="preserve">I have an online space for them to do some of the more theory based stuff and that was you know, you want to figure out what programs you're going to use for these things. So like with me, I struggled through different online spaces for months. It was just months of me trying to figure out different online spaces i finally found one that worked really well. It's called Canvas by in Structure and it works great for what I'm doing right now eventually I'm going to learn to code and put it on my website, but you know, making sure you know what pieces you're going to use for these are important. </w:t>
      </w:r>
      <w:r>
        <w:br/>
      </w:r>
    </w:p>
    <w:p w:rsidR="0068726B" w:rsidRDefault="00000000">
      <w:r>
        <w:t xml:space="preserve">But then actually putting them together, the slideshows, you can use things like Canva which is what I use for this. You can make them look really nice. And then videos i did quite a few videos of different procedures so that so like I did one of like the bathing procedure and like the check in procedure and I'm actually going to redo those again because I decided to change them. </w:t>
      </w:r>
      <w:r>
        <w:br/>
      </w:r>
    </w:p>
    <w:p w:rsidR="0068726B" w:rsidRDefault="00000000">
      <w:r>
        <w:t xml:space="preserve">You're always going to be changing things, but you want to get those videos done ahead of time don't try to rush them because you want to make sure that you have what you're looking for in those videos and you want to make sure that they're decent quality too. They don't have to be like super fancy, but you want to make sure that you know every everything that's said can be heard do you want to make sure that it's, you know, easy for people to watch and not distracting And you know that's another thing where you're going to want to have, you're going to want to show some other peers to have them check to see if it works for others because it might work great for, it might look great to you, but maybe it </w:t>
      </w:r>
      <w:r>
        <w:lastRenderedPageBreak/>
        <w:t xml:space="preserve">doesn't make sense to someone else. </w:t>
      </w:r>
      <w:r>
        <w:br/>
      </w:r>
    </w:p>
    <w:p w:rsidR="0068726B" w:rsidRDefault="00000000">
      <w:r>
        <w:t xml:space="preserve">So making sure you're going through those procedures again of you know, doing that peer review while you're doing these, but you want to make sure you have a lot of you want to make sure you have these visuals too, because everyone learns a different way. So having more presenting with, the better, the more presenting materials you offer, the more people are going to be able to use that information. So or understand that information. Then you're going to create supporting materials this is another thing, lots of supporting materials. </w:t>
      </w:r>
      <w:r>
        <w:br/>
      </w:r>
    </w:p>
    <w:p w:rsidR="0068726B" w:rsidRDefault="00000000">
      <w:r>
        <w:t xml:space="preserve">You want to create workbooks. I'm not great at creating workbooks. I have my graphic person do that for me. Meg, because i don't do well making workbooks because I'm not a workbook learner. But those are really important for some people who they do need that. I've also found some workbooks that I just that other people have made that I use so I have one for anatomy and Physiology that it's a little coloring book and they have to color all of the different bones and pieces on the dog. </w:t>
      </w:r>
      <w:r>
        <w:br/>
      </w:r>
    </w:p>
    <w:p w:rsidR="0068726B" w:rsidRDefault="00000000">
      <w:r>
        <w:t xml:space="preserve">And so those are really helpful too you can usually find some for certain things it's a lot harder with the more niche things of grooming, but those are really good. Creating a cohesive workspace. I specifically because I am I work. I specialize in neurodivergence. I make sure that I have everything that works for someone who is neurodivergent so I have signs everywhere i don't have them in that picture, but I have signs everywhere to help them with procedures and I have, you know, all sorts of different things you want to make sure that workspace not only works as a groomer, but also for your students who are trying to learn. </w:t>
      </w:r>
      <w:r>
        <w:br/>
      </w:r>
    </w:p>
    <w:p w:rsidR="0068726B" w:rsidRDefault="00000000">
      <w:r>
        <w:t xml:space="preserve">The way I look at it, and I lot of times my peer review is having other people come in who have never been in a grooming school or even a grooming shop before. And I'll say, OK, if you were going to come in as a student, what do you think would be helpful for you to feel more comfortable here? So creating that workspace so that anybody can come off, you know, basically anybody can come off that street and I can teach them and they'll still be able to keep up with everything because they have the support that they need. </w:t>
      </w:r>
      <w:r>
        <w:br/>
      </w:r>
    </w:p>
    <w:p w:rsidR="0068726B" w:rsidRDefault="00000000">
      <w:r>
        <w:t xml:space="preserve">Creating tests for all types of test makers is another one. I like to use tests more as like a judgement of OK, am I, am I teaching them properly? Are they understanding everything that I need them to understand? So a lot of my questions are more open-ended I do a lot less of the multiple choice, but I also have them do open book, and that works best for my students. But there's all sorts of different types of test takers out there, too. I make sure there's a lot of graphics because a lot of people the reading is really difficult for dyslexia and such. And I also use a lot of I get pictures, like get pictures of dogs that are actually like from competitions and stuff that i'll borrow i'll get them from my friends and I'll use those as </w:t>
      </w:r>
      <w:r>
        <w:lastRenderedPageBreak/>
        <w:t xml:space="preserve">some of my pictures like graphics and stuff that I need as far as getting helping them answer questions, because then they can see an actual dog instead of like a drawing. </w:t>
      </w:r>
      <w:r>
        <w:br/>
      </w:r>
    </w:p>
    <w:p w:rsidR="0068726B" w:rsidRDefault="00000000">
      <w:r>
        <w:t xml:space="preserve">I found that a picture is a much easier way for them to see it than with just like a dude like a drawing of the dog. So creating tests for all types of test makers is another good supporting material. And all of these things are, it's like little things, but they're so important. And you're constantly going to be thinking of more because there's always going to be more things you can do to help encourage your students and help them learn. Students who are coming to you usually aren't going to be necessary i mean, I don't believe necessarily in laziness in general, but they're not being lazy if they're not getting their stuff done, or they're not doing it, or they're not learning, it's there's usually something of something that you're teaching them is not clicking for them. </w:t>
      </w:r>
      <w:r>
        <w:br/>
      </w:r>
    </w:p>
    <w:p w:rsidR="0068726B" w:rsidRDefault="00000000">
      <w:r>
        <w:t xml:space="preserve">And so there's always other ways to teach them something, so it can be really easy to get frustrated when a student, you keep teaching them something and they keep not understanding it. Having these other supporting materials and stuff like that and having peer review of things can really help you be more open minded on how to give them the information. The next step would be creating your catalogue. So your catalogue is going to be how everybody gets all of the information about your school. You can have it on the website and stuff, but a lot of times someone, a lot of times I found people prefer to just have that catalogue with everything in it. </w:t>
      </w:r>
      <w:r>
        <w:br/>
      </w:r>
    </w:p>
    <w:p w:rsidR="0068726B" w:rsidRDefault="00000000">
      <w:r>
        <w:t xml:space="preserve">I have all my policies, I have all my programs. Any information about the school that a student would need to know is in my catalogue. That way it's one place that they can look and see everything because, and you want to make sure that it is finding you want to make sure that it works for what your state requires again, each state is different, so you want to make sure you talk to your state about what needs to be in your catalog. </w:t>
      </w:r>
      <w:r>
        <w:br/>
      </w:r>
    </w:p>
    <w:p w:rsidR="0068726B" w:rsidRDefault="00000000">
      <w:r>
        <w:t xml:space="preserve">For my state, it actually needed to have certain policies. I added a few extras that I thought of afterwards, but they were like you need this policy and this policy in there and you need to have you know this type of summary or you know you have to have this information about your teachers in the catalog. So you want to make sure you get all of the information that they require, and then decide what info you want listed, making sure that you're you don't want to overload them, but you also want to make sure that they're getting all they're able to find all of the information. </w:t>
      </w:r>
      <w:r>
        <w:br/>
      </w:r>
    </w:p>
    <w:p w:rsidR="0068726B" w:rsidRDefault="00000000">
      <w:r>
        <w:t xml:space="preserve">One of the big things is make sure you have some sort of index or table of content contents because no one wants to have to go through the entire catalog to find that one blurb about. You know, their dress code, so having all of it listed in the in the table of context so they can easily find the parts that they're looking for. That also is a big help. So decide what info you </w:t>
      </w:r>
      <w:r>
        <w:lastRenderedPageBreak/>
        <w:t xml:space="preserve">want listed and then you're going to create a template within your theme. </w:t>
      </w:r>
      <w:r>
        <w:br/>
      </w:r>
    </w:p>
    <w:p w:rsidR="0068726B" w:rsidRDefault="00000000">
      <w:r>
        <w:t xml:space="preserve">I'm very big on branding, so my entire brand is based off of plants and growing, which is why I have the program's name, seed, seedling sprouts and plants. So my entire catalogue, I did it with the theme and I kept it. I kept the whole look of it the same. You want to make sure that you're being cohesive with those things, because design of things can really throw off the way that someone comprehends it. Something you might say, depending on the way that things are designed it, they might not be able to process it at all. </w:t>
      </w:r>
      <w:r>
        <w:br/>
      </w:r>
    </w:p>
    <w:p w:rsidR="0068726B" w:rsidRDefault="00000000">
      <w:r>
        <w:t xml:space="preserve">They might not be able to read it very well. So you want to make sure that you're very careful with that. Canva, like I'll say it again, is a great one for designing these things because they already have some templates so you can, you know, like the slideshow, I use someone's template and I changed it around to work for me. So you can kind of get ideas from another catalog, that template that's already on there. But you want to create that template and then you're going to put all of your information in there. All of that stuff that your state requires, you want to make sure it's in there. </w:t>
      </w:r>
      <w:r>
        <w:br/>
      </w:r>
    </w:p>
    <w:p w:rsidR="0068726B" w:rsidRDefault="00000000">
      <w:r>
        <w:t xml:space="preserve">You want to make sure that you have the order that they want because they will be particular about the order as well and just make it really nice so that you can. Mostly mine's a digital file, so I just send them the digital file, but I can, I do have a few printed off that people can look at if they come into the school. So I have like a really nice one that they can go through that's like spiral bound and all fancy. But it really helps, too, when you're having a new student come in asking you questions you can say, let's look through and I want to show you all of this information and you can say, you know, you can sometimes a lot of times, the first thing i tell people when they message me about questions, I'll try to answer them, answer some of them but a lot of times I don't have enough information. </w:t>
      </w:r>
      <w:r>
        <w:br/>
      </w:r>
    </w:p>
    <w:p w:rsidR="0068726B" w:rsidRDefault="00000000">
      <w:r>
        <w:t xml:space="preserve">So I'll say I can't answer your question based off the information I have, but let me send you the catalog. I send them the catalog and I'll say like get back to me. Once you look through it and I I'll answer any other questions you have. That really helps people to be able to really get a chance to look through everything without being on the spot. And then the last thing is market your program. </w:t>
      </w:r>
      <w:r>
        <w:br/>
      </w:r>
    </w:p>
    <w:p w:rsidR="0068726B" w:rsidRDefault="00000000">
      <w:r>
        <w:t xml:space="preserve">There's lots of different ways that you can do that. One, advertising on social media i do a lot of social media advertising. That's another thing where branding can really come in helpful or come in. Yeah, can be helpful and it's you can do it pretty well for free. There's also paid options for that, finding in person events that offer booth space. So I do. </w:t>
      </w:r>
      <w:r>
        <w:br/>
      </w:r>
    </w:p>
    <w:p w:rsidR="0068726B" w:rsidRDefault="00000000">
      <w:r>
        <w:lastRenderedPageBreak/>
        <w:t xml:space="preserve">I always get, I always go to a pride event nearby because I just love going to the pride event anyways. But like I've went to dog rescue like events where like rescues put together things. I've gone to some farmers markets, I've gone you can go to, you can contact schools cause a lot of times they'll have career fairs just looking at you can go IA lot of times will go through Facebook they have like an events thing and you can go through and just see what's nearby and find out which ones have booths that maybe you would be able to find students at you use local resources you can like for me, I actually got in touch with a local. </w:t>
      </w:r>
      <w:r>
        <w:br/>
      </w:r>
    </w:p>
    <w:p w:rsidR="0068726B" w:rsidRDefault="00000000">
      <w:r>
        <w:t xml:space="preserve">It's a department that does. They help people with disabilities find careers. So for me that was a really great one. I know one person who's working on opening a school and they specifically want to work with people who were previously incarcerated for non violent crimes, but they want to work with them to be able to, you know, give them a career once, you know, so that they can start living a normal life. And so like she talked to her local parole office and she talked to her local, her local jail or prison. I don't remember which one it was, but like, she talked to those local resources, so local resources that you know of that would work within you, your niche are really good. </w:t>
      </w:r>
      <w:r>
        <w:br/>
      </w:r>
    </w:p>
    <w:p w:rsidR="0068726B" w:rsidRDefault="00000000">
      <w:r>
        <w:t xml:space="preserve">And then outside teaching opportunities, a lot of people think it's weird that I keep traveling all over for and teaching seminars when they're like, but you could, you know, don't you want to just teach at your school and I'm like, yeah, but I want my students to not only be able to find me, I want that reach but I also want that when I want to get my name out there and my business name out there so that my students, when they go to look for a job and say I went to the meditative groomer Academy, I want that owner, the owner of that shop to be like, oh, OK, i know that one i know their curriculum. </w:t>
      </w:r>
      <w:r>
        <w:br/>
      </w:r>
    </w:p>
    <w:p w:rsidR="0068726B" w:rsidRDefault="00000000">
      <w:r>
        <w:t xml:space="preserve">So I want them to have that. I want, I want them to be able to not only be proud of being from, you know, coming from my school, but also be able to use that to help them get the jobs that they want. Having a good background can really make a big difference for a student. So yeah, that is any that is pretty much it. Let me see if I can get questions. I don't know if there's any questions right now this comments, there are comments. So if anyone has any questions, please type them in the chat. And I just first of all, I want to do a shameless plug and a congratulations because Stephanie is one of my students stephanie has gone through create that program and I would just want to say just how proud I am of her because this is a phenomenal program you did a great job. </w:t>
      </w:r>
      <w:r>
        <w:br/>
      </w:r>
    </w:p>
    <w:p w:rsidR="0068726B" w:rsidRDefault="00000000">
      <w:r>
        <w:t xml:space="preserve">Thank you awesome thank you yeah well, Mary definitely helped me a lot. You were the one that actually pushed me into the my specialization of neurodivergence, and I am really thankful for that 'cause that was a huge thing. So, all right, so we'll we'll give it another minute. There is on this last slide, that is the QR code that goes to your link tree yes and also my phone number if anybody ever wants to just text me to. Ok, all right so we will be back. </w:t>
      </w:r>
      <w:r>
        <w:lastRenderedPageBreak/>
        <w:t xml:space="preserve">Let's stop the recording. </w:t>
      </w:r>
      <w:r>
        <w:br/>
      </w:r>
    </w:p>
    <w:sectPr w:rsidR="0068726B"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1312" w:rsidRDefault="00E71312">
      <w:pPr>
        <w:spacing w:after="0" w:line="240" w:lineRule="auto"/>
      </w:pPr>
      <w:r>
        <w:separator/>
      </w:r>
    </w:p>
  </w:endnote>
  <w:endnote w:type="continuationSeparator" w:id="0">
    <w:p w:rsidR="00E71312" w:rsidRDefault="00E7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8726B" w:rsidRDefault="00000000">
    <w:pPr>
      <w:pStyle w:val="Footer"/>
      <w:jc w:val="center"/>
    </w:pPr>
    <w:r>
      <w:t xml:space="preserve">Page </w:t>
    </w:r>
    <w:r>
      <w:fldChar w:fldCharType="begin"/>
    </w:r>
    <w:r>
      <w:instrText>PAGE</w:instrText>
    </w:r>
    <w:r w:rsidR="00E43E48">
      <w:fldChar w:fldCharType="separate"/>
    </w:r>
    <w:r w:rsidR="00E43E48">
      <w:rPr>
        <w:noProof/>
      </w:rPr>
      <w:t>1</w:t>
    </w:r>
    <w:r>
      <w:fldChar w:fldCharType="end"/>
    </w:r>
    <w:r>
      <w:t>/</w:t>
    </w:r>
    <w:r>
      <w:fldChar w:fldCharType="begin"/>
    </w:r>
    <w:r>
      <w:instrText>NUMPAGES</w:instrText>
    </w:r>
    <w:r w:rsidR="00E43E48">
      <w:fldChar w:fldCharType="separate"/>
    </w:r>
    <w:r w:rsidR="00E43E4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1312" w:rsidRDefault="00E71312">
      <w:pPr>
        <w:spacing w:after="0" w:line="240" w:lineRule="auto"/>
      </w:pPr>
      <w:r>
        <w:separator/>
      </w:r>
    </w:p>
  </w:footnote>
  <w:footnote w:type="continuationSeparator" w:id="0">
    <w:p w:rsidR="00E71312" w:rsidRDefault="00E7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65386445">
    <w:abstractNumId w:val="8"/>
  </w:num>
  <w:num w:numId="2" w16cid:durableId="737170768">
    <w:abstractNumId w:val="6"/>
  </w:num>
  <w:num w:numId="3" w16cid:durableId="847058300">
    <w:abstractNumId w:val="5"/>
  </w:num>
  <w:num w:numId="4" w16cid:durableId="2036032615">
    <w:abstractNumId w:val="4"/>
  </w:num>
  <w:num w:numId="5" w16cid:durableId="263542638">
    <w:abstractNumId w:val="7"/>
  </w:num>
  <w:num w:numId="6" w16cid:durableId="1510099289">
    <w:abstractNumId w:val="3"/>
  </w:num>
  <w:num w:numId="7" w16cid:durableId="592318468">
    <w:abstractNumId w:val="2"/>
  </w:num>
  <w:num w:numId="8" w16cid:durableId="554967578">
    <w:abstractNumId w:val="1"/>
  </w:num>
  <w:num w:numId="9" w16cid:durableId="1645968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8726B"/>
    <w:rsid w:val="00AA1D8D"/>
    <w:rsid w:val="00B47730"/>
    <w:rsid w:val="00CB0664"/>
    <w:rsid w:val="00E43E48"/>
    <w:rsid w:val="00E7131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0045C203-A734-F24E-8C35-2F98EBA9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5686</Words>
  <Characters>32416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2023-10-23T20:56:00Z</dcterms:created>
  <dcterms:modified xsi:type="dcterms:W3CDTF">2023-10-23T20:56:00Z</dcterms:modified>
  <cp:category/>
</cp:coreProperties>
</file>