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50644" w:rsidRDefault="00000000">
      <w:pPr>
        <w:pStyle w:val="Title"/>
      </w:pPr>
      <w:r>
        <w:t>Starting A Pet Sitting Business</w:t>
      </w:r>
    </w:p>
    <w:p w:rsidR="00650644" w:rsidRDefault="00650644"/>
    <w:p w:rsidR="00650644" w:rsidRDefault="00000000">
      <w:r>
        <w:rPr>
          <w:b/>
        </w:rPr>
        <w:t>Date</w:t>
      </w:r>
      <w:r>
        <w:t xml:space="preserve">    2023-10-22</w:t>
      </w:r>
    </w:p>
    <w:p w:rsidR="00650644" w:rsidRDefault="00650644"/>
    <w:p w:rsidR="00650644" w:rsidRDefault="00000000">
      <w:r>
        <w:t xml:space="preserve">So welcome to the fourth session of Life After Grooming Online Summit from Positive Educational Training. So we're starting off this session on how to start a pet sitting business with Lisa Herbold. All yours. All right, thank you. Welcome, everybody who's joining us. And I'm gonna go over how to start a pet sitting business. There is Life after Grooming. I know me and Mary were just discussing the fact that you hit a certain age and your body starts telling you that you need to come up with a backup plan. </w:t>
      </w:r>
      <w:r>
        <w:br/>
      </w:r>
    </w:p>
    <w:p w:rsidR="00650644" w:rsidRDefault="00000000">
      <w:r>
        <w:t xml:space="preserve">Well, we always have pet handling knowledge already from our grooming, and you can use that on a new adventure you can continue to build up a relationship with the pets in your area by becoming their pet sitter. So these are the things we're gonna go over today. If you have any questions, Mary's on the other end and she will interrupt me, So feel free to ask whatever you need to. Here's one quote I like to keep in mind. The way to get started is to quit talking and begin doing so talking about something won't make it happen you have to start doing so i'm gonna go over making a business plan. </w:t>
      </w:r>
      <w:r>
        <w:br/>
      </w:r>
    </w:p>
    <w:p w:rsidR="00650644" w:rsidRDefault="00000000">
      <w:r>
        <w:t xml:space="preserve">I'm not going to go into too much detail on this part because you could have an A whole hour talking about how to write a business plan, but I'm just going to touch on the important stuff. You make a business plan basically because it forces you to put into writing the questions and problems you may come up with. You really have to start thinking about all the little things about running a business. </w:t>
      </w:r>
      <w:r>
        <w:br/>
      </w:r>
    </w:p>
    <w:p w:rsidR="00650644" w:rsidRDefault="00000000">
      <w:r>
        <w:t xml:space="preserve">When you make up your business plan, it helps you decide who you're gonna service, what kind of services you will offer, and it just makes sure that you're putting thought into your business, not just starting something on a whim. So the contents of a business plan is the executive summary that's usually first in the content, but you actually write that last to be a summary of everything else that you have in your business plan. </w:t>
      </w:r>
      <w:r>
        <w:br/>
      </w:r>
    </w:p>
    <w:p w:rsidR="00650644" w:rsidRDefault="00000000">
      <w:r>
        <w:t xml:space="preserve">You're going to hit on the key parts so that people can kind of skim that cause a lot of times places don't actually read the entire business plan. The company description, you'll go into detail about what your company is going to offer, your target demographic, your advantages. This is the time to brag about your accomplishments and what your business can offer in the market analysis that helps you decide on your pricing. You will also be </w:t>
      </w:r>
      <w:r>
        <w:lastRenderedPageBreak/>
        <w:t xml:space="preserve">researching all the other companies in your area that handle the same service that you do. </w:t>
      </w:r>
      <w:r>
        <w:br/>
      </w:r>
    </w:p>
    <w:p w:rsidR="00650644" w:rsidRDefault="00000000">
      <w:r>
        <w:t xml:space="preserve">So it kind of helps you learn how to differentiate yourself from everybody else. The organization and management section that's just your organizational chart sorry, who lost my words there? Who runs what aspects of the business? Usually pet sitting businesses are pretty small and it's usually just one or two people running now you always want to keep things legal. Registration is absolutely important thing to do you don't want to ever get shut down because you didn't fill out a form, so you always want to register your business with the federal level. </w:t>
      </w:r>
      <w:r>
        <w:br/>
      </w:r>
    </w:p>
    <w:p w:rsidR="00650644" w:rsidRDefault="00000000">
      <w:r>
        <w:t xml:space="preserve">It is obtaining your Employee Identification number, which is also known as your tax ID number that is used to identify a business as a separate business entity. You can apply really quickly online at IRS dot. Gov and there's no charge for this for once and you get your number immediately. You fill out the form and they immediately send you the form that you need to print out and keep in a nice safe place to show that you do have your employee identification number. This is also needed if you want to get a business bank account, which is always recommended you want to keep your business expenses separate from your personal expenses. </w:t>
      </w:r>
      <w:r>
        <w:br/>
      </w:r>
    </w:p>
    <w:p w:rsidR="00650644" w:rsidRDefault="00000000">
      <w:r>
        <w:t xml:space="preserve">On the state level, you register you your unique name. You cannot register the name of a business that already exists, so this forces everyone to have a very unique name. At this time too, you decide on your ownership structure. Again, I'm not going to go into too much detail listing you know every little thing about this. I usually recommend you actually talk to your tax provider. There are different levels of personal liability that may or may not be protected in each of those things there's also many different tax laws that pertain to each of those. </w:t>
      </w:r>
      <w:r>
        <w:br/>
      </w:r>
    </w:p>
    <w:p w:rsidR="00650644" w:rsidRDefault="00000000">
      <w:r>
        <w:t xml:space="preserve">Generally though, the sole proprietorship is the easiest one to form, but it also has the least amount of personal liability coverage. In the sole proprietorship, the business, the business part of you and the personal part of you is all the same thing, whereas in some of the other ones you the business is a completely separate entity, so you are not personally obliged to handle any debts or liabilities from that and that's how you protect yourself you want to have your personal stuff separate from your business stuff. If, God forbid something bad happens with your business, you want to make sure that your house is safe, your car is safe, and all your personal belongings cannot be taken away. </w:t>
      </w:r>
      <w:r>
        <w:br/>
      </w:r>
    </w:p>
    <w:p w:rsidR="00650644" w:rsidRDefault="00000000">
      <w:r>
        <w:t xml:space="preserve">Say you're in a sole proprietorship and something bad happens, you lose a pet, or a pet dies in your care. The people can actually go after you personally, so you don't have that protection of having your personal assets and your business assets separate. You also want to check with the city you live in. You need to familiarize yourself with your city's rules for </w:t>
      </w:r>
      <w:r>
        <w:lastRenderedPageBreak/>
        <w:t xml:space="preserve">operating a business. Apply to get a business license. Make sure you are following their rules cause each city has different rules for how businesses are run within their confines. </w:t>
      </w:r>
      <w:r>
        <w:br/>
      </w:r>
    </w:p>
    <w:p w:rsidR="00650644" w:rsidRDefault="00000000">
      <w:r>
        <w:t xml:space="preserve">Again, you don't want to get shut down or fined because you're doing something against the law in your city that may be perfectly fine in another city. So you do have to become very familiar with the business rules in your area. Now I'm going to go over a little bit about insurance and bonding. I will have you tell you the first time I started a pet sitting business was back in the late eighties and no one had ever heard about this so I had a hard time getting insured and bonded, which I knew I wanted for an extra protection. </w:t>
      </w:r>
      <w:r>
        <w:br/>
      </w:r>
    </w:p>
    <w:p w:rsidR="00650644" w:rsidRDefault="00000000">
      <w:r>
        <w:t xml:space="preserve">Nowadays though, it's a lot easier. So what does it mean to be bonded? We often see that in other business ads where they say that they're insured and bonded. A bond is also known as a dishonesty bond. It's insurance that will cover any dishonest, dishonest acts by you or your employees, such as theft. It can give Peace of Mind to the clients and you may or may not be included under your general liability insurance. So some of these points I want you to remember you can take notes if you need me to send you some information, that's fine because not every insurance policy covers everything, so it's really important that you read through it and know what is covered and what not is covered. </w:t>
      </w:r>
      <w:r>
        <w:br/>
      </w:r>
    </w:p>
    <w:p w:rsidR="00650644" w:rsidRDefault="00000000">
      <w:r>
        <w:t xml:space="preserve">Doing background checks also puts your clients mind at ease. If you're starting a pet sitting business where you're going into their house. Of course they want to know that they're letting in someone who's trustworthy, doing a background check, reports any criminal records or lack thereof and also verifies your identity so you know someone's not giving you a fake name when you hire them and also goes over your driving record. Do they have a lot of accidents or a lot of tickets because that can kind of go with, you know, the type of person you are. And some of them, not all of them, can show your educational history, your work history and court records. </w:t>
      </w:r>
      <w:r>
        <w:br/>
      </w:r>
    </w:p>
    <w:p w:rsidR="00650644" w:rsidRDefault="00000000">
      <w:r>
        <w:t xml:space="preserve">And again, some can even show all your property information and your media profile. I know some businesses will check their future employees media profile and some people have actually not gotten a job for what they post on social media, so always keep that in mind too. Now liability insurance. Again, you have to know what you're signing. Many things can go wrong when you're doing pet sitting work. Most of the time it covers you if a third party is injured and their property is damaged. Like the examples shown if you're walking a dog and the dog bites someone, your liability insurance will cover that. </w:t>
      </w:r>
      <w:r>
        <w:br/>
      </w:r>
    </w:p>
    <w:p w:rsidR="00650644" w:rsidRDefault="00000000">
      <w:r>
        <w:t xml:space="preserve">You forget to lock the crate and the dog chews on the furniture. That may or may not be covered by your liability insurance, and I'll tell you why in a little bit, but generally it covers medical bills that may come up, attorney fees if you do get sued and court order judgments so if you go to court and the judge finds that you are negligent, the liability insurance can </w:t>
      </w:r>
      <w:r>
        <w:lastRenderedPageBreak/>
        <w:t xml:space="preserve">pay for whatever fines that you're needing to pay. So now I mentioned that liability insurance may or may not cover that if the pet choose the couch at your at the owner's house. </w:t>
      </w:r>
      <w:r>
        <w:br/>
      </w:r>
    </w:p>
    <w:p w:rsidR="00650644" w:rsidRDefault="00000000">
      <w:r>
        <w:t xml:space="preserve">Some general liability policies do not cover accidents or damage to property that's under your care. It will only cover the damage to your property. So it's not so much a concern if you're bringing the pets into your own house because that should be covered. But if you're going to their house, you really want to look into this and make sure that your regular liability coverage will cover anything that happens at the client's house. In my research, I learned that just some general liability policies do not cover if you are overseeing someone else's property. </w:t>
      </w:r>
      <w:r>
        <w:br/>
      </w:r>
    </w:p>
    <w:p w:rsidR="00650644" w:rsidRDefault="00000000">
      <w:r>
        <w:t xml:space="preserve">So it won't cover if the dog is hurt, and it won't cover if say they chew a wall and break a pipe, which I actually had happen one time in one of my clients houses. Even if you're just guarding the property you're in charge of it, you have power over that property. Some liability policies do not cover that, so it's really important that you cover yourself and make sure that your liability policy covers everything. You can even ask them about CCC insurance coverage if you're not sure if your general liability policy covers that. </w:t>
      </w:r>
      <w:r>
        <w:br/>
      </w:r>
    </w:p>
    <w:p w:rsidR="00650644" w:rsidRDefault="00000000">
      <w:r>
        <w:t xml:space="preserve">And some other things to consider depending on how much you want to cover yourself and how big a business you have i know most of the pet sitting businesses are pretty small and they might not have some of these, but I like you to be informed of what else is out there for you can get an E and O policy which is also known as a professional liability insurance. It covers the legal costs of mistakes or omissions of your business, such like you forget to go let a dog out and it gets sick or it gets hurt you the client may come after you for that for forgetting the errors in emission policy can help cover for that. </w:t>
      </w:r>
      <w:r>
        <w:br/>
      </w:r>
    </w:p>
    <w:p w:rsidR="00650644" w:rsidRDefault="00000000">
      <w:r>
        <w:t xml:space="preserve">We all know what workers compensation is and it in some states is required if you have employees. I know in Illinois it's not required but it's strongly recommended and I only know this 'cause my husband got hurt on the job and his employer did not have workers comp. They did pay all the medical bills, but if you don't want to be stuck paying all the medical bills if one of your employee gets hurt, then I would look into the worker's compensation. You can also get cyber excuse me, I'm getting over cold. You can also get cyber liability insurance if you're going to store credit cards or people's personal information on your computer programs. </w:t>
      </w:r>
      <w:r>
        <w:br/>
      </w:r>
    </w:p>
    <w:p w:rsidR="00650644" w:rsidRDefault="00000000">
      <w:r>
        <w:t xml:space="preserve">You want to get cyber liability insurance if there is a data breach that helps cover expenses, with you having to deal with that. If you're not planning on holding credit card information or personal information, it's not something you need to worry about. But in this day and age, people always store credit card numbers for repeat customers that way it makes it </w:t>
      </w:r>
      <w:r>
        <w:lastRenderedPageBreak/>
        <w:t xml:space="preserve">easier for everybody involved. But you do want to get liability insurance then. Also, if you're using your car for work, you're driving pets around, you might want to look into some commercial auto insurance. </w:t>
      </w:r>
      <w:r>
        <w:br/>
      </w:r>
    </w:p>
    <w:p w:rsidR="00650644" w:rsidRDefault="00000000">
      <w:r>
        <w:t xml:space="preserve">Your personal policy may not. So if you're transporting a pet from a client's house, maybe to the grooming shop where you can groom it and you get into an accident, your personal policy may not cover any injuries to the dog and it'll end up coming out of your pocket. And again, I know I'm going over a lot of stuff pretty quickly. You can always email, me i can send you copies of everything and hopefully I'm not going too fast now certifications. </w:t>
      </w:r>
      <w:r>
        <w:br/>
      </w:r>
    </w:p>
    <w:p w:rsidR="00650644" w:rsidRDefault="00000000">
      <w:r>
        <w:t xml:space="preserve">If you can read my background, I'm big into certifications i like having as much knowledge on anything as I can. That also helps set yourself apart from other pet sitting businesses nowadays people, especially with COVID, you know, people were out of work, they were looking for things to do a lot of pet sitting businesses popped up and many of them are just pet owners that are looking to make some extra money. So having certifications gives you more professionalism and it sets you apart from, you know, Joe Blow down the street that has had a dog for 10 years and it's now doing pet sitting. </w:t>
      </w:r>
      <w:r>
        <w:br/>
      </w:r>
    </w:p>
    <w:p w:rsidR="00650644" w:rsidRDefault="00000000">
      <w:r>
        <w:t xml:space="preserve">Since we're starting off as groomers, we already have some good handling experience, but can you offer something that no other service can? I started my pet sitting business when I was working as a vet tech and we had a couple clients with very sick pets that needed watching. They didn't want to kind of them because they knew they wouldn't do well, so I offered to watch them. </w:t>
      </w:r>
      <w:r>
        <w:br/>
      </w:r>
    </w:p>
    <w:p w:rsidR="00650644" w:rsidRDefault="00000000">
      <w:r>
        <w:t xml:space="preserve">I would go to their house and make visits, usually three or four visits a day, and check on their pet and from there I went on to bringing in a partner. We ended up with 12 employees and we covered 4 counties in the area. What again separated us is all of our employees were veterinary professionals. They were either vet techs or receptionists that knew a lot. We were very picky on who we would have worked for us because we did offer that service that we can watch your elderly or sickly pet and the people could be safe in the knowledge that you know a professional was watching them. </w:t>
      </w:r>
      <w:r>
        <w:br/>
      </w:r>
    </w:p>
    <w:p w:rsidR="00650644" w:rsidRDefault="00000000">
      <w:r>
        <w:t xml:space="preserve">So look for and earn different certifications pertaining to healthcare. Anything that you do is a is a plus. At the very minimum I would get pet CPR certified from a hands on course. And I'm not saying that just because they teach it, I actually teach it because I think every pet professional should have pet CPR hands on courses. It's something like rooming you can't really learn it all over the Internet you really need to be able to practice hands on and have someone look at your technique and finesse it if needed. </w:t>
      </w:r>
      <w:r>
        <w:br/>
      </w:r>
    </w:p>
    <w:p w:rsidR="00650644" w:rsidRDefault="00000000">
      <w:r>
        <w:lastRenderedPageBreak/>
        <w:t xml:space="preserve">So again, the very minimum make sure all your employees are CCPR certified. There are two different organizations dealing with pet sitting businesses that were not available when I started. One is the Pet Sitters International, the other is the National Association of Professional Pet Sitters and both of those offer classes and certifications and you can look both of them up online and see everything that they offer i think some of they offer mentoring and other business aspects too. If you're if you have questions about starting your business and the services you offer, there can be a numerable amount of services that you offer. And it gets again, it depends on your business model. Are you going to make visits to their houses? Are they coming to you? Are you going to stay at their house? You have to actually sit down and discover what services you plan on offering. </w:t>
      </w:r>
      <w:r>
        <w:br/>
      </w:r>
    </w:p>
    <w:p w:rsidR="00650644" w:rsidRDefault="00000000">
      <w:r>
        <w:t xml:space="preserve">Again, you kind of want to set yourself apart, so again, depending on your business plan, you're going to outline what you will offer. Each can have special services like I mentioned, and you want to have all of that down in writing. Either so you can show the client what you offer, send it to people who ask, or just to keep things straight in your own mind. So for instance, we made visits. I did have one sitter that would stay at the house, but generally the pets stayed in their own house and we came and made visits. We would bring in the mail we would take out their garbage cans and water plants at no charge. </w:t>
      </w:r>
      <w:r>
        <w:br/>
      </w:r>
    </w:p>
    <w:p w:rsidR="00650644" w:rsidRDefault="00000000">
      <w:r>
        <w:t xml:space="preserve">You can offer, you know, to clean up the house. Of course you're going to clean up any messes that the pet makes, but maybe the client would like to pay you for cleaning the house and you know, it's always more fun to clean someone else's house than your own. You can give daily updates with pictures. That's real easy to do nowadays with texting. Will you charge for that or will you do that for free? If you have experience in training, will you help train the dog you know teach it to heal when you're walking or, you know, help with the house breaking? We're all groomers, so you might even want to groom the dog. </w:t>
      </w:r>
      <w:r>
        <w:br/>
      </w:r>
    </w:p>
    <w:p w:rsidR="00650644" w:rsidRDefault="00000000">
      <w:r>
        <w:t xml:space="preserve">Of course we're going to charge for that, but you can offer that any other chores too. And walks. Some dogs, you know have a nice big yard and they don't need to be taken for a walk every day, but other people may want their dog to have a walk. Again, any extra care that you're giving you should think about charging for. Also, I want to mention with the house cleaning, I know I've been in a few houses that were not so clean and the one I really remember is he had I think 5 cats and the one day a cat vomited in the kitchen so I went to clean that up but the floor was so dirty that I ended up cleaning his entire kitchen floor because the spot that I clean, you know, stood out so much so I end up luckily it wasn't that big a kitchen, but you know, stuff like that you can charge extra for if you're doing things in your house, the animal is coming to you can still do daily updates and daily pictures. </w:t>
      </w:r>
      <w:r>
        <w:br/>
      </w:r>
    </w:p>
    <w:p w:rsidR="00650644" w:rsidRDefault="00000000">
      <w:r>
        <w:t xml:space="preserve">You can still groom. A lot of us have grooming supplies and stuff in our own homes so will you be transporting the pet to your work or will you be grooming the pet at your own home? Again, you can offer training. I have one friend that I helped start a pet business </w:t>
      </w:r>
      <w:r>
        <w:lastRenderedPageBreak/>
        <w:t xml:space="preserve">service and she charges extra for letting the pet sleep in her bed 'cause that's again over and above what's normal. And again, if the owner wants you to walk the dog even though it's staying at your house, you can charge extra for that. </w:t>
      </w:r>
      <w:r>
        <w:br/>
      </w:r>
    </w:p>
    <w:p w:rsidR="00650644" w:rsidRDefault="00000000">
      <w:r>
        <w:t xml:space="preserve">And just like in grooming, it really depends on your area and how much people are willing to pay honestly. But don't shorten your value. Just like with grooming, you want to charge what you're worth. And keep in mind that they are getting specialized care, so your price should always be higher than a kennel. And a kennel they're, you know, put in a cage or in a run and they're not really walked some of them have play dates and stuff, but in general they're in a cage the whole time. </w:t>
      </w:r>
      <w:r>
        <w:br/>
      </w:r>
    </w:p>
    <w:p w:rsidR="00650644" w:rsidRDefault="00000000">
      <w:r>
        <w:t xml:space="preserve">So you by bringing personalized service, by allowing the pet stay in its own house where it's comfortable or coming to your house. It's still a lot better than going to the kennel. So always keep that in mind when you are discussing your payment structure. Now for contracts, always spell everything out in writing. You must have a written contract. We live in a very litigious time and people are suing over this. I'll miss things sometimes having a written contract that's signed by both you and your client can save some disagreements. So even if it's a client that I've been doing for years, every time they call to get my service again, I send them another contract with those dates. </w:t>
      </w:r>
      <w:r>
        <w:br/>
      </w:r>
    </w:p>
    <w:p w:rsidR="00650644" w:rsidRDefault="00000000">
      <w:r>
        <w:t xml:space="preserve">So I know it's kind of easy when you've been working with someone for a long time to kind of start sloughing off, oh, I don't need a contract, we've never had an issue, but you never know when you will have an issue. As groomers, we've all heard the horror stories where you know someone's been grooming a dog for its entire life. One little thing happens and the owner is, you know, all sorts of upset and ripping them on social media and people will even sue you. </w:t>
      </w:r>
      <w:r>
        <w:br/>
      </w:r>
    </w:p>
    <w:p w:rsidR="00650644" w:rsidRDefault="00000000">
      <w:r>
        <w:t xml:space="preserve">So having the contract every time it saves that everything is written out, the dates and times of service, so no one can come back and say, well I told you I needed you this extra day or I wanted you to start at this time. Also if they extend their stay, have them sign a new contract and luckily with all you know the technology now I'm dating myself with all these. With the new technology you can electronically send a contract that they can sign. </w:t>
      </w:r>
      <w:r>
        <w:br/>
      </w:r>
    </w:p>
    <w:p w:rsidR="00650644" w:rsidRDefault="00000000">
      <w:r>
        <w:t xml:space="preserve">So always cover yourself. So your contract, you want it to contain detailed information on what the client can expect from you as well as what you expect from the client and it is a legal document and you will both be held accountable. This handles all the expectations that you may have and all the expectations that they may have. So if your contract says, you know, I expect to be paid at my last visit, whether they leave you a check or transfer the money to your account, it is in that contract that the client must pay you at such and such a </w:t>
      </w:r>
      <w:r>
        <w:lastRenderedPageBreak/>
        <w:t xml:space="preserve">time, in such and such a way. </w:t>
      </w:r>
      <w:r>
        <w:br/>
      </w:r>
    </w:p>
    <w:p w:rsidR="00650644" w:rsidRDefault="00000000">
      <w:r>
        <w:t xml:space="preserve">That way it saves from them going well, I thought I could pay you know, next time I saw you or I thought I'd pay you next week. It's all in the contract now things you should have on your contract, of course you want the client's name and address and you want the pets information. You want the dates and times of service. So for instance, I mostly did visits, so I would have on my contract the day I start and the time 'cause maybe they were leaving, you know, late afternoon. </w:t>
      </w:r>
      <w:r>
        <w:br/>
      </w:r>
    </w:p>
    <w:p w:rsidR="00650644" w:rsidRDefault="00000000">
      <w:r>
        <w:t xml:space="preserve">Then I only have to make like an evening appointment and then I will have how many visits a day I will be doing and then also my end date and time with it being written down and both of us signing that is the agreed time so then they can't come back and say well I needed you know to do 2 more visits or I needed you to hold my, you know take care of my pet for two more days it just saves any confusion and it again it covers you from liability you want to also put on there's the services you will provide. On my contract I had a list of services and I had a little square and I would check off all the things that I would be doing for that client during those visits. </w:t>
      </w:r>
      <w:r>
        <w:br/>
      </w:r>
    </w:p>
    <w:p w:rsidR="00650644" w:rsidRDefault="00000000">
      <w:r>
        <w:t xml:space="preserve">An important part of this contract too is any medical or behavior information on that pet. You don't want to walk into a home and the pet is trying to eat you now even though it met you once before because it's very aggressive or it's very protective of its environment. You want to know that before you get into the visits. You also want to know medical issues. For instance, if you're watching a diabetic pet and they don't tell you it's diabetic, how are you going to know what size to look for that you have to feed it and then give insulin or it's on anti anxiety meds. </w:t>
      </w:r>
      <w:r>
        <w:br/>
      </w:r>
    </w:p>
    <w:p w:rsidR="00650644" w:rsidRDefault="00000000">
      <w:r>
        <w:t xml:space="preserve">You have to know all anything about the medical and behavioral information on that pet maybe it doesn't like, you know, when you're near it's food bowl or you kind of have to put the I had one where I had to put the food bowl down and kind of slide it across the floor to him because he didn't want me anywhere near it if he was near it. Also make a note on the pets routines. It's also good to find out if they have a specific hiding spot because a lot of times you know once they're not used to you. </w:t>
      </w:r>
      <w:r>
        <w:br/>
      </w:r>
    </w:p>
    <w:p w:rsidR="00650644" w:rsidRDefault="00000000">
      <w:r>
        <w:t xml:space="preserve">Pets may hide when you first come over at least the first couple of times. Or cats, they may hide all the time there are times where I had to physically go find the cat to make sure it was OK 'cause they never came out when I was there. So no, they're routines no, you know, they like to go potty before they eat, or they go potty before and after they eat they like this certain part of the yard or, you know, they walk this route. </w:t>
      </w:r>
      <w:r>
        <w:br/>
      </w:r>
    </w:p>
    <w:p w:rsidR="00650644" w:rsidRDefault="00000000">
      <w:r>
        <w:lastRenderedPageBreak/>
        <w:t xml:space="preserve">The more information you can get on their routines, the easier it is for you to try and follow those. So the pet is not thrown into all sorts of fits because things aren't going his way. Also, discuss the house rules if you will be going into their house. Sometimes clients mark certain rooms or certain areas off limits. Of course you always want to respect those wishes. I do let them know that if in an emergency situation, say I walk in the house and I smell smoke, I'm going to look around in every room, whether or not, you know, even the rooms that they told me don't go into. </w:t>
      </w:r>
      <w:r>
        <w:br/>
      </w:r>
    </w:p>
    <w:p w:rsidR="00650644" w:rsidRDefault="00000000">
      <w:r>
        <w:t xml:space="preserve">I will go in, you know, briefly just to make sure there's no fire in there, you know or if we have a bad storm, I may just open the door and peek to make sure that, you know, the windows are intact, that no damage has been done there's no flooding. Some people are like, you know, use this bathroom and not that bathroom so again, write down any house rules so you can make sure you follow them on your contract you also want to add prices. You don't want surprises and they don't want surprises, so make sure it's lined up and very easy to read and decipher that you expect this amount of money for this amount of visits. </w:t>
      </w:r>
      <w:r>
        <w:br/>
      </w:r>
    </w:p>
    <w:p w:rsidR="00650644" w:rsidRDefault="00000000">
      <w:r>
        <w:t xml:space="preserve">You can put payment information on your contract too, where the client can write down you know their credit card numbers and give you permission to run their credit card when the service is over. I would also add in a cancellation policy. Most of the time people can only do certain amount of visits or and take care of certain amount of pets unless you have multiple employees so you set aside those dates and those times strictly for that person. </w:t>
      </w:r>
      <w:r>
        <w:br/>
      </w:r>
    </w:p>
    <w:p w:rsidR="00650644" w:rsidRDefault="00000000">
      <w:r>
        <w:t xml:space="preserve">If they cancel last minute, just like with grooming, you are now out that money and you may not be able to find someone that you already turned down for a job so you're losing out on that income. I would also put on there non payment rules if you're expecting payment within 24 hours of your last visit, make that stipulated on your contract. So again there's no you know, I thought I could pay you next week type thing. I would also put contact information and this may be the same every time it may be different, but I always have them fill it out on every service contract, the contact information of the owner. </w:t>
      </w:r>
      <w:r>
        <w:br/>
      </w:r>
    </w:p>
    <w:p w:rsidR="00650644" w:rsidRDefault="00000000">
      <w:r>
        <w:t xml:space="preserve">Again, back when I was doing it, there wasn't as much stuff online, so I would also ask you know, where are you gonna stay? Often times they would leave me their itinerary if they had one. With the places where they're staying and even phone numbers. Nowadays we can just text the owner. Hopefully they're in an area where they can receive texts. So I also would get a contact number of someone in the area that can make decisions or help you in time of need and also get their preferred contact method do they want to be called do they want to be text do they want to be emailed and again with the contact information of getting someone that can help that's important over the years I mentioned the dog chewing through the wall and breaking a water pipe. </w:t>
      </w:r>
      <w:r>
        <w:br/>
      </w:r>
    </w:p>
    <w:p w:rsidR="00650644" w:rsidRDefault="00000000">
      <w:r>
        <w:lastRenderedPageBreak/>
        <w:t xml:space="preserve">I've had dogs that chewed furniture up i've had another dog chew through a wall but didn't chew a pipe luckily on both of those or on all of those occasions, we did have someone else in the family to call and they came by and you know, kind of witnessed that the dog did it and they handled contracting someone to fix that. You also want to know the veterinarian contact information, and on top of that, I would get emergency clinic phone numbers on top of that, in case you ever run across an emergency, you know where you can go and who to call. </w:t>
      </w:r>
      <w:r>
        <w:br/>
      </w:r>
    </w:p>
    <w:p w:rsidR="00650644" w:rsidRDefault="00000000">
      <w:r>
        <w:t xml:space="preserve">And if possible get more than one 'cause I know from i work for years and years, and it seems nowadays a lot of emergency clinics are actually telling people that they can't help them, that they're over overwhelmed with emergencies or the doctors in surgery. So you want to make sure you always have more than one emergency veterinary number to call. I'm in the Chicagoland area i'm lucky in I'd say a 20 mile radius. I have 4, actually five different emergency clinics that we can refer. </w:t>
      </w:r>
      <w:r>
        <w:br/>
      </w:r>
    </w:p>
    <w:p w:rsidR="00650644" w:rsidRDefault="00000000">
      <w:r>
        <w:t xml:space="preserve">I will say most of them refer back to us, but a lot of people get bounced around i know one night we literally had someone drive from Rockford to Schaumburg, which is, you know, hour and a half drive about just to put their cat to sleep because they couldn't find anyone that would even help them with that. So it is important that you get more than one emergency contact. Your contract should also include a little section where the owner signs off, giving you permission to treat that animal should some emergency happen. Most clinics will kind of, you know, stabilize and do the minimum if someone other than the owner brings it in, but you don't want to have to waste time than trying to contact the owner trying to get permission. </w:t>
      </w:r>
      <w:r>
        <w:br/>
      </w:r>
    </w:p>
    <w:p w:rsidR="00650644" w:rsidRDefault="00000000">
      <w:r>
        <w:t xml:space="preserve">You'll have it all in your contract stating that should an emergency happen, you have permission to take that pet to the emergency room and that they will pay for it that's important too. Unless you do something really negligent and that pet is hurt, then you of course should pay that bill. But anything else, make sure it's in writing that the owner will pay the bill. And again, make sure you get a local contact. I was watching this one, he was a priest and he had eight boorzois and at their first visit at the meet and greet, which I always did, and I'll be going over that in a bit. </w:t>
      </w:r>
      <w:r>
        <w:br/>
      </w:r>
    </w:p>
    <w:p w:rsidR="00650644" w:rsidRDefault="00000000">
      <w:r>
        <w:t xml:space="preserve">All the dogs were fine when the first time I went to go let them all out, the one male Borzoit, suddenly decided that he wanted to eat me alive. So I ended up calling the local contact and I stopped going to that house, 'cause he literally they had the double doors you know when you have the door on top that opens in the bottom door? I was literally behind the bottom door, hiding out of reach 'cause he was really trying to get me. So it's important there are times for one region or another that we cannot continue to watch those pets and we need a contact number in the area that can take over for us. </w:t>
      </w:r>
      <w:r>
        <w:br/>
      </w:r>
    </w:p>
    <w:p w:rsidR="00650644" w:rsidRDefault="00000000">
      <w:r>
        <w:lastRenderedPageBreak/>
        <w:t xml:space="preserve">Excuse me, my voice is getting hoarse. Some other important information that is really a good thing to get is the pets likes and dislikes. Maybe they don't like having their air scratched, or maybe they don't like getting their tummy rubbed you want to know that ahead of time. Know their favorite spot to sleep. Say you come in and they don't greet you at the door you want to go check out the spot where they spend the most time or their favorite spot to hide. </w:t>
      </w:r>
      <w:r>
        <w:br/>
      </w:r>
    </w:p>
    <w:p w:rsidR="00650644" w:rsidRDefault="00000000">
      <w:r>
        <w:t xml:space="preserve">Especially with the kitties, the kitties like to hide when you get there, so no places to look you don't know these people's houses, so make sure you know all their secret spots. You of course want a list of medications and the dosages, the time given and how it's given. It's amazing again, working when we have pets hospitalized, there are many that you know you have to do there's like steps involved in getting the pet to take their medication, and you want to know that because if you're in charge of them, you want to make sure their medications are given on time. </w:t>
      </w:r>
      <w:r>
        <w:br/>
      </w:r>
    </w:p>
    <w:p w:rsidR="00650644" w:rsidRDefault="00000000">
      <w:r>
        <w:t xml:space="preserve">I always ask too, who else has a key or access to the house? There have been times where I'm talking to the client and they want me to maybe do the morning visit and the night visit, but they're having someone else do in between visits to me that is a big no. I tell people that either I'm doing all of the care or I'm not doing any of the care. And that is basically is they have a friend coming in and that friend may be doing something wrong. </w:t>
      </w:r>
      <w:r>
        <w:br/>
      </w:r>
    </w:p>
    <w:p w:rsidR="00650644" w:rsidRDefault="00000000">
      <w:r>
        <w:t xml:space="preserve">They're not going to blame them, they're going to blame you. So I always let people know that it's either only me or I'm not going to help them at all. There's just too many things that can go wrong again, we're they're professionals. We know a lot more about pet care than most, you know, regular owners and they may be doing something to cause issues. And I learned that too from experience i had a client that had their neighbor come in during the afternoon to let him out and the neighbor kept giving the dog treats and I would get there at night and there would be diarrhea everywhere. </w:t>
      </w:r>
      <w:r>
        <w:br/>
      </w:r>
    </w:p>
    <w:p w:rsidR="00650644" w:rsidRDefault="00000000">
      <w:r>
        <w:t xml:space="preserve">And I finally called the owner and said, you know, please tell them not to do that anymore. And they stopped giving the treats. And eventually in day or two, the diarrhea had subsided. But just know that they're going to come after you for anything that goes wrong and not blame their neighbor. You also want an emergency pet guardian form. Again, this is like what I was mentioning on the contract. It gives you permission to handle that owner or handle sorry that pet if there is an emergency. </w:t>
      </w:r>
      <w:r>
        <w:br/>
      </w:r>
    </w:p>
    <w:p w:rsidR="00650644" w:rsidRDefault="00000000">
      <w:r>
        <w:t xml:space="preserve">Also an emergency pet guardian form stipulates what happens to the pet if the owner does not return. Accidents happen sometimes flights are delayed or you know they may have been injured and not able to come home. So it was nice to know if you have a number to call and instructions on what to do with the pet. You know, maybe the person had an accident </w:t>
      </w:r>
      <w:r>
        <w:lastRenderedPageBreak/>
        <w:t xml:space="preserve">and they had surgery and now they want you to maybe take the pet to their mother's house or something because they don't want to have you keep doing it, but have them sign a form to give you permission to do that. </w:t>
      </w:r>
      <w:r>
        <w:br/>
      </w:r>
    </w:p>
    <w:p w:rsidR="00650644" w:rsidRDefault="00000000">
      <w:r>
        <w:t xml:space="preserve">If you're holding keys to house, it's good to have some kind of written information where they are giving you permission to hold their key and to make visits into their house. Or some pet sitters use a key lock box. Like the Realtors use where there's a lock box with a code on the door and the key goes in there. Again, make sure you have written permission from the owner that you can use that comes in handy i actually had a neighbor call the police, 'cause they saw me going into someone's house and at the time, you know, I didn't think ahead. I did not have any type of information i didn't have my contract with me i didn't have any form saying yes. </w:t>
      </w:r>
      <w:r>
        <w:br/>
      </w:r>
    </w:p>
    <w:p w:rsidR="00650644" w:rsidRDefault="00000000">
      <w:r>
        <w:t xml:space="preserve">I am contracted to come in. So I mean we called the owner and luckily they answered and it was cleared up. But it's nice you can give them, you know, a piece of paper saying I have permission to be on these on this property. Also as with grooming, once you're actually working with that pet, you may run into some issues. So I always had a clause in my contract, just like I do on my grooming contract, that the price may go up if the pet becomes sick 'cause you're doing more work or becomes aggressive because again, there's more work and that's actually dangerous for you. </w:t>
      </w:r>
      <w:r>
        <w:br/>
      </w:r>
    </w:p>
    <w:p w:rsidR="00650644" w:rsidRDefault="00000000">
      <w:r>
        <w:t xml:space="preserve">So if you have a clause in your contract, it's written right there, the client signed off on it, so they can't, you know, fight you too much on that. Some other things I learned over the years to ask is the location of cleaning supplies. Not everybody keeps them in the same place not everybody keeps them in a place that seems to make sense. You know we're dealing with animals, we all know they make messes, so make sure you know the location of the cleaning supplies. </w:t>
      </w:r>
      <w:r>
        <w:br/>
      </w:r>
    </w:p>
    <w:p w:rsidR="00650644" w:rsidRDefault="00000000">
      <w:r>
        <w:t xml:space="preserve">I would always ask too which cleaner I could use if they have an accident on the carpet. So if the owner is supplying all that and tells you use this on the carpet, if by any chance you know you use it and there's some damage, again they can't come back complaining that you know you use the wrong cleaner. You use the cleaner that they told you to use. Also know the location of a fuse box. Some of these you're probably thinking, oh, you know, this is this is overkill. </w:t>
      </w:r>
      <w:r>
        <w:br/>
      </w:r>
    </w:p>
    <w:p w:rsidR="00650644" w:rsidRDefault="00000000">
      <w:r>
        <w:t xml:space="preserve">But again, in case of emergency, you want to know the location of some of these things in order for it not to become a big blown up problem. So knowing the location of the fuse box, say you walk in and you flip in the light switch and it doesn't work because something tripped the breaker. You'll know where to go to get the lights turned back on. Or again, you smelled smoke, smells like an electrical fire then you want to make sure you know where </w:t>
      </w:r>
      <w:r>
        <w:lastRenderedPageBreak/>
        <w:t xml:space="preserve">the fuse box is again so you can make sure there's no fire from that. </w:t>
      </w:r>
      <w:r>
        <w:br/>
      </w:r>
    </w:p>
    <w:p w:rsidR="00650644" w:rsidRDefault="00000000">
      <w:r>
        <w:t xml:space="preserve">I actually had one of my fuse boxes start on fire one year and then you also know where the Breakers are and you can shut off the electricity until you find out where that smoke or smell is coming from. Also know the location of the water shut off. This was really important when that dog chewed through the bathroom wall and chewed a pipe and the pet sitter walked into a flood. She ended up having to call the owner and she couldn't get a hold of them right away and she was searching around for the water shut off. So again, make sure you know where that is. </w:t>
      </w:r>
      <w:r>
        <w:br/>
      </w:r>
    </w:p>
    <w:p w:rsidR="00650644" w:rsidRDefault="00000000">
      <w:r>
        <w:t xml:space="preserve">Hopefully you never need to know where it is, but if you do, time is of the essence. Also know the location of the thermostat and how to adjust it. I know in the Chicagoland area especially like about now, it could be 80 degrees one day and 30 degrees the next. Unless they have one of those thermostats that automatically change depending on the temperature, you may have to turn on air conditioner, turn off an air conditioner, turn on the heat, whatever to make that pet comfortable so you want to know where the thermostat is and how to make adjustments. You also want to know if they have any fire extinguishers or other safety equipment to say you're staying at their house and they tell you to sleep on the bedroom floor or in the bedroom on the second floor, hopefully not the bedroom floor. </w:t>
      </w:r>
      <w:r>
        <w:br/>
      </w:r>
    </w:p>
    <w:p w:rsidR="00650644" w:rsidRDefault="00000000">
      <w:r>
        <w:t xml:space="preserve">You want to know if they have one of those ladders that they can, you know, use attached to the window frame and you can climb out to safety if there's a fire. But really know where fire extinguishers are you never know what can happen. You also want to know the location of the pet supplies, where they keep their leashing collar, where the litter box is, where the poop bags are, the litter scoop, anything you'll be using for that pet it's nice to know where they are ahead of time. I know most of my clients would actually take all this stuff and I'll accept the locations, but take any equipment, fire extinguishers, everything, and they would put them right on the kitchen counter so it was easy to find. </w:t>
      </w:r>
      <w:r>
        <w:br/>
      </w:r>
    </w:p>
    <w:p w:rsidR="00650644" w:rsidRDefault="00000000">
      <w:r>
        <w:t xml:space="preserve">But not everybody will do that. Also, I learned over the years, is to ask where they want the Mace waste material thrown out. I had one client who would use a special receptacle outside and only wanted the poop to be placed there 'cause I got yelled at for putting it in the garbage. But whatever, everyone's different. So make sure you ask them where and again, ask if there's a neighbor nearby that can assist you if something is needed. That one with the broken pipe I was telling you about, you know, she went frantically running out to her car to try and find some tools and the neighbor was there and he actually came over and helped her with that. </w:t>
      </w:r>
      <w:r>
        <w:br/>
      </w:r>
    </w:p>
    <w:p w:rsidR="00650644" w:rsidRDefault="00000000">
      <w:r>
        <w:t xml:space="preserve">So again, you're like, it's nice to have a backup plan. I'm big on backup plans. Other forms that you consider getting to an emergency pet guardian form should the owner not return i </w:t>
      </w:r>
      <w:r>
        <w:lastRenderedPageBreak/>
        <w:t xml:space="preserve">kind of mentioned that earlier. A key handling or a lot box form. You can make up a daily visit checklist with the little boxes that you can check off as you do things. I always recommend people make a pet medication log. That way you list every drug and you list the times you're supposed to give it and again you check off each day when it was given. It's always cute to have a little pet report card that you can leave on your last visit. </w:t>
      </w:r>
      <w:r>
        <w:br/>
      </w:r>
    </w:p>
    <w:p w:rsidR="00650644" w:rsidRDefault="00000000">
      <w:r>
        <w:t xml:space="preserve">Also, a nice deposit form can help that is, if you're taking a deposit for a job in the future. Most places will schedule you only if you make a deposit again it's like with grooming 'cause if they cancel last minute you're out of that money. Have a nice client invoice that you can give them and a receipt you can leave for them. Or if you're doing everything electronically, have the payment authorization form. </w:t>
      </w:r>
      <w:r>
        <w:br/>
      </w:r>
    </w:p>
    <w:p w:rsidR="00650644" w:rsidRDefault="00000000">
      <w:r>
        <w:t xml:space="preserve">And again, I would have them sign it every time they go out of town or every time I watch their pet because the prices change and people change so you always want to make sure you have authorization to charge their credit card every time you need to, no pricing. Again, pricing is a little different just like with grooming, it really depends on we're doing and the services you'll be performing. </w:t>
      </w:r>
      <w:r>
        <w:br/>
      </w:r>
    </w:p>
    <w:p w:rsidR="00650644" w:rsidRDefault="00000000">
      <w:r>
        <w:t xml:space="preserve">Of course you're going to charge more if there is more than one pet. I know I had one rate for one pet per visit and then I would offer a discounted rate on any additional pets. Do you have extra value to pet owners like we would take all the old sickly pets and we charged a little more than other pet sitting businesses that popped up years later. Because like I said, all of our sitters were veterinary professionals, most of them were technicians, so we could easily handle the diabetics, we could handle, you know, ones that were on their end stage of life. So again, if you have something special, you can charge a little more and whether you'll be staying at the pet's house or the pet will be staying at your house or you'll be dropping in for visits, that all comes into play on your pricing. </w:t>
      </w:r>
      <w:r>
        <w:br/>
      </w:r>
    </w:p>
    <w:p w:rsidR="00650644" w:rsidRDefault="00000000">
      <w:r>
        <w:t xml:space="preserve">If you're doing visits, how long will you be staying? I would offer a half hour at a certain price, and if they wanted me longer or take them for walks or do whatever, then I would charge extra. I also charged mileage and that started because we started having clients that were farther and farther away. So it kind of makes a difference because you're using a lot of gas. Especially now with gas being not so cheap but charge mileage, you can look online and see what the mileage write off amount is and you can charge that amount and get it back from the client. </w:t>
      </w:r>
      <w:r>
        <w:br/>
      </w:r>
    </w:p>
    <w:p w:rsidR="00650644" w:rsidRDefault="00000000">
      <w:r>
        <w:t xml:space="preserve">Also your price depends on the area you're working in. You can charge a higher price in a more upscale neighbourhood than you could in you know all the blue collar neighbourhood and always check and this is what you did while making your business plan is check the going rate of other pet sitters in your area. You also want to keep in mind your expenses and </w:t>
      </w:r>
      <w:r>
        <w:lastRenderedPageBreak/>
        <w:t xml:space="preserve">how much you would like to make that like with grooming, you don't want to price yourself out of the market, but if you have things to offer that other pet sitters don't, you will find people willing to pay your price. </w:t>
      </w:r>
      <w:r>
        <w:br/>
      </w:r>
    </w:p>
    <w:p w:rsidR="00650644" w:rsidRDefault="00000000">
      <w:r>
        <w:t xml:space="preserve">Some other things to consider And this I think I have the hardest time with people i've helped in establishing prices because they think all the pets coming into my house or I'm just making visits, you know, it's better than a kennel. Remind yourself you are giving personalized care. You are not just putting that dog in a kennel and you know you throw some food in there and you clean it up a couple times a day. You are offering them high quality personalized care. You should be more expensive than any kind of in the area, pets on medication, or pets with a disease they need more care and they need a more careful, watchful eye, so consider that in your price list it's also aggressive animals that need special care or caution should have an extra fee involved. </w:t>
      </w:r>
      <w:r>
        <w:br/>
      </w:r>
    </w:p>
    <w:p w:rsidR="00650644" w:rsidRDefault="00000000">
      <w:r>
        <w:t xml:space="preserve">I know again, we had one dog who's a Great Pyrenees and it was a regular at the Animal Hospital. I had taken care of it when it was sick i had groomed it, 'cause I was also grooming there. I went for the meet and greet and was happy to see me. That first visit I made, I feared for my life, 'cause I walked into the kitchen and he came at me so aggressively. Luckily she kind of backed off. But yeah, that was when I called the owner and I did like just the one visit just to see how things would go so she ended up just boarding the dog at the Animal Hospital but yeah, I did have some. </w:t>
      </w:r>
      <w:r>
        <w:br/>
      </w:r>
    </w:p>
    <w:p w:rsidR="00650644" w:rsidRDefault="00000000">
      <w:r>
        <w:t xml:space="preserve">I had one that I literally would have to open the case she was crate trained i would open the crate door and have to block her from me until she got over her running out of the cage and barking, trying to eat me, and then she would be OK. So again, they had a little special handling fee added on to their account. So keep all those things in mind when you're pricing things now employees, this is a hard one. Who do you trust? Always do a background check and always talk to references. Ask about their qualifications before you think of hiring them you want to figure out what you'll be paying them and how you'll be paying for them. </w:t>
      </w:r>
      <w:r>
        <w:br/>
      </w:r>
    </w:p>
    <w:p w:rsidR="00650644" w:rsidRDefault="00000000">
      <w:r>
        <w:t xml:space="preserve">And especially with new employees, you want to get feedback from the clients after they have finished the job. And again, as with grooming we got, you can have them as 1099 or W2 But also like grooming, there are differences between them. If you're paying them as a 1099 they should be doing all their own schedule, handling all the money. That doesn't really give you being the boss of the pet sitting business. If you're W2 then you hand out the jobs, you train them and they follow your rules and methods. </w:t>
      </w:r>
      <w:r>
        <w:br/>
      </w:r>
    </w:p>
    <w:p w:rsidR="00650644" w:rsidRDefault="00000000">
      <w:r>
        <w:t xml:space="preserve">They can actually get benefits too. If you come to that point and you set the pay scale than when they get paid you're also taking out all the state, federal unemployment tax, you know, Social Security taxes and all of that. But they're more of an employee. That's what I had i had </w:t>
      </w:r>
      <w:r>
        <w:lastRenderedPageBreak/>
        <w:t xml:space="preserve">the clients would contact me and I would then hand out the jobs to whoever was closest. With 1099 you don't really have control of that. </w:t>
      </w:r>
      <w:r>
        <w:br/>
      </w:r>
    </w:p>
    <w:p w:rsidR="00650644" w:rsidRDefault="00000000">
      <w:r>
        <w:t xml:space="preserve">To do it legally is they are doing all of the work and you really have no control over things so you won't. Just like with grooming, you want to have W2 employees. Now there is involved a lot involved with playing and employment taxes. I always say it's best to hire a payroll company or have your accountant do it. There are payroll companies that do it really cheaply, 'cause they do so many and they have it all computerized and IT and it's really easy for them. They can also help you because you have to deposit taxes on a set schedule and you have to file quarterly and annually of all the taxes held so there is kind of a bit involved and it's usually easier to just hire someone else who knows what they're doing. </w:t>
      </w:r>
      <w:r>
        <w:br/>
      </w:r>
    </w:p>
    <w:p w:rsidR="00650644" w:rsidRDefault="00000000">
      <w:r>
        <w:t xml:space="preserve">One thing I learned too is you want to make your expectations extremely clear. Have a written contract that is signed by both you and your new employee stipulating your expectations. What I learned is what's common sense to me is not common sense to everybody. I actually had one sitter that I hired she was single and living on her own and she would do overnights if the client asked so she would go and stay at the people's house. Luckily, the first time she did that, it was one of my regular clients, and they knew me well, They knew my business well. But that was, this was, you know, a special circumstance, so we thought we'd try this. </w:t>
      </w:r>
      <w:r>
        <w:br/>
      </w:r>
    </w:p>
    <w:p w:rsidR="00650644" w:rsidRDefault="00000000">
      <w:r>
        <w:t xml:space="preserve">When they came home, I received a very angry call because that pet sitter had left the kitchen in disarray, she said there was pop. What she thought was pop spilled all over the counter, all over the floor, she said when she walked in the kitchen, you know her feet were sticking to the floor. There were food wrappers and crumbs everywhere, especially in the living room, because she was sleeping on the couch and she had noticed that i caught this call later that the girl was making long distance phone calls from her house. </w:t>
      </w:r>
      <w:r>
        <w:br/>
      </w:r>
    </w:p>
    <w:p w:rsidR="00650644" w:rsidRDefault="00000000">
      <w:r>
        <w:t xml:space="preserve">So while it's common sense to me that if I'm watching someone's house or pet that pet and house be returned in the same condition that I got it or better, but some people it's not common sense i have another friend who hired a pet sitter who also left the kitchen a complete mess. And there were messes from the dogs that were not cleaned up. So you want to make your expectations clear that you know, if a pet message, it's that it's the sitter's responsibility to clean it. You know, don't use the people's phone, don't use the people you know, eat the people's food or drink the people's liquids, you know, unless you're given permission but again, if you're given permission, you kind of want to spell it out, you know, 'cause you know you don't want to clear out the covers and clear out their fridge and well, now we have cell phones, but back then you didn't and you know you don't make long distance phone calls from a client's house. </w:t>
      </w:r>
      <w:r>
        <w:br/>
      </w:r>
    </w:p>
    <w:p w:rsidR="00650644" w:rsidRDefault="00000000">
      <w:r>
        <w:lastRenderedPageBreak/>
        <w:t xml:space="preserve">So again, it might be common sense to you, but put it in writing in case you have any issues. Now, for procedures, I do a phone consult first where people call and ask you information, and you can go over all your procedures at that time i'm getting close to my time, so let me let me finish this up quickly. You want to give them an estimate you want to get their contact information and the information on the pet and set up a meet and greet. I always do a meet and greet no matter what we're doing if I'm staying there, they're coming to me i still will do a meet and greet. </w:t>
      </w:r>
      <w:r>
        <w:br/>
      </w:r>
    </w:p>
    <w:p w:rsidR="00650644" w:rsidRDefault="00000000">
      <w:r>
        <w:t xml:space="preserve">If the pet's coming to my house, I do that to make sure that he's going to get along with my pets. For older sickly pets, if they're coming over to me, I will have them do a couple visits, so maybe an hour here, a couple hours there, so they can be comfortable in my house for a longer extended time. The times I haven't done that, I've gotten very little sleep because the pet is very restless and nervous and whining. So if they're used to being at your house for little short periods of time, they'll be a lot more comfortable if they have to stay longer term. </w:t>
      </w:r>
      <w:r>
        <w:br/>
      </w:r>
    </w:p>
    <w:p w:rsidR="00650644" w:rsidRDefault="00000000">
      <w:r>
        <w:t xml:space="preserve">If the pets stay in its own house and you're doing visits, then you want to know that you're not an intruder you want to make friends with them so they let you in the house. If, again, the pet is aggressive or protective, you might even want to do a couple visits just to make sure things are going to work out. And before you leave, make sure the key works. There have been times where the people give me the wrong set of keys and I always test them at the meet and greet and again, double check all the info on the owner and the pods, get the likes and dislikes, locate supplies, all that stuff. </w:t>
      </w:r>
      <w:r>
        <w:br/>
      </w:r>
    </w:p>
    <w:p w:rsidR="00650644" w:rsidRDefault="00000000">
      <w:r>
        <w:t xml:space="preserve">But again, make sure the key works and at the first visit I would always go around and check make sure you know the curling irons weren't left plug it in. You know safety gates are up if needed. I just want to make sure everything is safe because I don't want that pet to get hurt when it's under my care. I'll also make sure the other doors and windows are locked and you do what you're contracted to do. And then again, make sure you lock the door when you leave. </w:t>
      </w:r>
      <w:r>
        <w:br/>
      </w:r>
    </w:p>
    <w:p w:rsidR="00650644" w:rsidRDefault="00000000">
      <w:r>
        <w:t xml:space="preserve">And if you're staying in their house, you do all the above and you can also set up your little space. During my subsequent visits, I do everything I'm contracted to do, clean up any messes, make sure all the pets are well. And on that last visit, and this is what can help set you apart again, you're making sure they're all well and in good condition the house, again, should be in the same condition as it was when you first got there. I'll leave a copy of the bill and you can always get nice little cards printed up with your business information thanking them for trusting you and again, make sure the door is locked. </w:t>
      </w:r>
      <w:r>
        <w:br/>
      </w:r>
    </w:p>
    <w:p w:rsidR="00650644" w:rsidRDefault="00000000">
      <w:r>
        <w:t xml:space="preserve">Especially with a new client, whether you know a new client or a new employee, follow up again and get some feedback on things you can improve on, things that maybe they wish </w:t>
      </w:r>
      <w:r>
        <w:lastRenderedPageBreak/>
        <w:t xml:space="preserve">you offered you can always get ideas from them. So in advertising the basics you want to have business cards keep them handy all the time. In my next slide I also mentioned getting T-shirts or jackets i had a jacket with my business information on it and I'd be in the grocery store and people would ask me for cards so make sure you always have cards. Get a website done and social media is a big thing now, so make sure you have a nice presence on social media. </w:t>
      </w:r>
      <w:r>
        <w:br/>
      </w:r>
    </w:p>
    <w:p w:rsidR="00650644" w:rsidRDefault="00000000">
      <w:r>
        <w:t xml:space="preserve">The more your name gets out there, the more people are going to use you. Or also consider writing A blog or making videos. Like I said, you can get T-shirts or jackets or a car sign i also had a sign, a magnet on my car with my business and contact information. The one thing I would do though is if you are making visits because the people are out of town, I would take off my jacket before going off up to the house and I would also take off the car signs because the car parked in front of a house or in the driveway with, you know, pet sitting business information on it is kind of a neon light flashing going nobody's home, nobody's home. </w:t>
      </w:r>
      <w:r>
        <w:br/>
      </w:r>
    </w:p>
    <w:p w:rsidR="00650644" w:rsidRDefault="00000000">
      <w:r>
        <w:t xml:space="preserve">So keep that in mind. You can also do things in your area that bring attention to your business. There's parades, there's pet fairs you can donate, you know a certain number of visits or certain monetary amount to charities. You can always get pet toys or bananas or something with your business info and leave them with your clients on your last visit. And again, a pet sitting business can bridge the gap between your life as a groomer and life after grooming. It's not that difficult or expensive to start a pet sitting business there's a lot of little details, though. And in this litigious society, you must be careful in what you do. And always, CYA. </w:t>
      </w:r>
      <w:r>
        <w:br/>
      </w:r>
    </w:p>
    <w:p w:rsidR="00650644" w:rsidRDefault="00000000">
      <w:r>
        <w:t xml:space="preserve">Thank you everybody here is my contact information should you have any questions. Hi, Mary. Pretty it was it was excellent thank you. Oh, sure. All right so we'll give it a minute for questions. Ok. The first three recordings are already up on the website, and we will be back in a half hour with Michelle Knowles for the final workshop of today nice. No questions, no questions. </w:t>
      </w:r>
      <w:r>
        <w:br/>
      </w:r>
    </w:p>
    <w:p w:rsidR="00650644" w:rsidRDefault="00000000">
      <w:r>
        <w:t xml:space="preserve">Again they know how to reach you, and anybody watching this later will know how to reach you. Ok, perfect. All right, let me stop the recording, then I'll stop my share. </w:t>
      </w:r>
      <w:r>
        <w:br/>
      </w:r>
    </w:p>
    <w:sectPr w:rsidR="00650644"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B3DE6" w:rsidRDefault="009B3DE6">
      <w:pPr>
        <w:spacing w:after="0" w:line="240" w:lineRule="auto"/>
      </w:pPr>
      <w:r>
        <w:separator/>
      </w:r>
    </w:p>
  </w:endnote>
  <w:endnote w:type="continuationSeparator" w:id="0">
    <w:p w:rsidR="009B3DE6" w:rsidRDefault="009B3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50644" w:rsidRDefault="00000000">
    <w:pPr>
      <w:pStyle w:val="Footer"/>
      <w:jc w:val="center"/>
    </w:pPr>
    <w:r>
      <w:t xml:space="preserve">Page </w:t>
    </w:r>
    <w:r>
      <w:fldChar w:fldCharType="begin"/>
    </w:r>
    <w:r>
      <w:instrText>PAGE</w:instrText>
    </w:r>
    <w:r w:rsidR="00E864FF">
      <w:fldChar w:fldCharType="separate"/>
    </w:r>
    <w:r w:rsidR="00E864FF">
      <w:rPr>
        <w:noProof/>
      </w:rPr>
      <w:t>1</w:t>
    </w:r>
    <w:r>
      <w:fldChar w:fldCharType="end"/>
    </w:r>
    <w:r>
      <w:t>/</w:t>
    </w:r>
    <w:r>
      <w:fldChar w:fldCharType="begin"/>
    </w:r>
    <w:r>
      <w:instrText>NUMPAGES</w:instrText>
    </w:r>
    <w:r w:rsidR="00E864FF">
      <w:fldChar w:fldCharType="separate"/>
    </w:r>
    <w:r w:rsidR="00E864F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B3DE6" w:rsidRDefault="009B3DE6">
      <w:pPr>
        <w:spacing w:after="0" w:line="240" w:lineRule="auto"/>
      </w:pPr>
      <w:r>
        <w:separator/>
      </w:r>
    </w:p>
  </w:footnote>
  <w:footnote w:type="continuationSeparator" w:id="0">
    <w:p w:rsidR="009B3DE6" w:rsidRDefault="009B3D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04813264">
    <w:abstractNumId w:val="8"/>
  </w:num>
  <w:num w:numId="2" w16cid:durableId="555632109">
    <w:abstractNumId w:val="6"/>
  </w:num>
  <w:num w:numId="3" w16cid:durableId="553783465">
    <w:abstractNumId w:val="5"/>
  </w:num>
  <w:num w:numId="4" w16cid:durableId="778716073">
    <w:abstractNumId w:val="4"/>
  </w:num>
  <w:num w:numId="5" w16cid:durableId="956183518">
    <w:abstractNumId w:val="7"/>
  </w:num>
  <w:num w:numId="6" w16cid:durableId="1882547285">
    <w:abstractNumId w:val="3"/>
  </w:num>
  <w:num w:numId="7" w16cid:durableId="126512328">
    <w:abstractNumId w:val="2"/>
  </w:num>
  <w:num w:numId="8" w16cid:durableId="1381902600">
    <w:abstractNumId w:val="1"/>
  </w:num>
  <w:num w:numId="9" w16cid:durableId="2072999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650644"/>
    <w:rsid w:val="009B3DE6"/>
    <w:rsid w:val="00AA1D8D"/>
    <w:rsid w:val="00B47730"/>
    <w:rsid w:val="00CB0664"/>
    <w:rsid w:val="00E864F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338B7181-1B25-0345-B320-7E3A3E5AB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7779</Words>
  <Characters>44344</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52019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2023-10-22T22:34:00Z</dcterms:created>
  <dcterms:modified xsi:type="dcterms:W3CDTF">2023-10-22T22:34:00Z</dcterms:modified>
  <cp:category/>
</cp:coreProperties>
</file>