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2274A" w:rsidRDefault="00000000">
      <w:pPr>
        <w:pStyle w:val="Title"/>
      </w:pPr>
      <w:r>
        <w:t>Switching To Dog Training</w:t>
      </w:r>
    </w:p>
    <w:p w:rsidR="0052274A" w:rsidRDefault="0052274A"/>
    <w:p w:rsidR="0052274A" w:rsidRDefault="00000000">
      <w:r>
        <w:rPr>
          <w:b/>
        </w:rPr>
        <w:t>Date</w:t>
      </w:r>
      <w:r>
        <w:t xml:space="preserve">    2023-10-22</w:t>
      </w:r>
    </w:p>
    <w:p w:rsidR="0052274A" w:rsidRDefault="0052274A"/>
    <w:p w:rsidR="0052274A" w:rsidRDefault="00000000">
      <w:r>
        <w:t xml:space="preserve">OK welcome to the third session of Life after grooming from positive educational training summits. So we're here with Chrissy Newmeyer Smith and is a switch to dog training right from you now Chrissy, I am here. Do you want me to interrupt for questions or are you going to catch them yeah. Do you want to interrupt for questions? I'll, I'll try to catch them but screen sharing, the whole screen presentation style, so I might not see chat. Ok, very good. And please ask questions. All right. Well, hello, I am Christina Meyer Smith. </w:t>
      </w:r>
      <w:r>
        <w:br/>
      </w:r>
    </w:p>
    <w:p w:rsidR="0052274A" w:rsidRDefault="00000000">
      <w:r>
        <w:t xml:space="preserve">And if you don't know me yet, I am a groomer who also is a trainer and some of the mumbo jumbo next to my name i'm a master groomer behavior specialist. I'm a certified professional groomer, but I'm also a certified behavior consultant for canines. Ka means knowledge assessed. Certified Professional Dog trainer knowledge assessed and a fear Free certified professional. So I've been working in dog training and in dog grooming for as long as I've been doing both of them. So I'm also the host of the Creating Great Grooming Dogs podcast. </w:t>
      </w:r>
      <w:r>
        <w:br/>
      </w:r>
    </w:p>
    <w:p w:rsidR="0052274A" w:rsidRDefault="00000000">
      <w:r>
        <w:t xml:space="preserve">And I do a lot of dog training not as much anymore because I don't have the time. But dog training is fantastic. And if you're thinking about how do I take my grooming skills, my mad skills, and move to a different field, Dog training might be right for you. Well, first, let's talk about what skills do groomers already have right where We want to transition from something we already do to something that also interests us. </w:t>
      </w:r>
      <w:r>
        <w:br/>
      </w:r>
    </w:p>
    <w:p w:rsidR="0052274A" w:rsidRDefault="00000000">
      <w:r>
        <w:t xml:space="preserve">And as groomers, we do have some skills that are going to serve you well as a dog trainer. And the first of those is that we have great observational skills. Groomers can read that dog body language so well. And I know I'm generalizing, but most of us can really tell when a dog has just stiffened or before a dog decides to bolt you know, we are really good at seeing dog body language. We're really good at observing if a dog seems stressed out, if a dog seems upset, if a dog seems relaxed. And those are really good skills because dog training of course is going to require an obsolete an awful lot of observation and to helping us learn how to observe these animals you already have a leg up because that is really tough to Start learning how to find behavior, what we're looking at. </w:t>
      </w:r>
      <w:r>
        <w:br/>
      </w:r>
    </w:p>
    <w:p w:rsidR="0052274A" w:rsidRDefault="00000000">
      <w:r>
        <w:lastRenderedPageBreak/>
        <w:t xml:space="preserve">And we are also used to talking to owners. We know owners, we know dog owners we can classify them in all sorts of groups they're the fur mommies, which by the way, I know sometimes people don't like that term, but I make wonderful living off of the fur mommies i am fine if they want to call themselves fur mommies, they are really committed to their pups, and dog trainers see the same kind of people. </w:t>
      </w:r>
      <w:r>
        <w:br/>
      </w:r>
    </w:p>
    <w:p w:rsidR="0052274A" w:rsidRDefault="00000000">
      <w:r>
        <w:t xml:space="preserve">What I will say is that dog trainers are a little bit spoiled. I know groomers are going to hear this, but they're a little bit spoiled because we as dog trainers see people who know they have a problem, recognize that they have a behavior problem and are actively looking to solve it. Whereas as groomers, we see people are like, I don't know, he's just like that. You won't let him sit on the couch next to him when he has a bone, you know. So we actually are dealing with a different type of customer in many cases, but our customer service knowledge and our customer service talking to dog owners, knowledge and skill set are really important and we already are coming with that. </w:t>
      </w:r>
      <w:r>
        <w:br/>
      </w:r>
    </w:p>
    <w:p w:rsidR="0052274A" w:rsidRDefault="00000000">
      <w:r>
        <w:t xml:space="preserve">How awesome is that? So if you're a dog groomer and you're like, oh, you know, do I want to become a dog trainer how much do I need to learn? I want you to know you've already got some skills that will serve you very well. And talking to owners is a big one. So what skills do we need beyond what we've learned as dog groomers and our observation skills and our customer service skills what kind of skills do we need if we want to become a dog trainer? And I'm going to boil that whoops i'm going to boil that down to something really small. </w:t>
      </w:r>
      <w:r>
        <w:br/>
      </w:r>
    </w:p>
    <w:p w:rsidR="0052274A" w:rsidRDefault="00000000">
      <w:r>
        <w:t xml:space="preserve">We need to understand why the behavior happens and to learn a variety of ways to change behavior. I know I just took the entire field of dog training and lumped it into one tiny little sentence, but really, that's what's key and we as groomers aren't usually well trained on looking at why a behavior is happening or how to change behavior, and a variety of ways, because every dog is an individual. So what is fun about behavior is that it's never the same answer twice. </w:t>
      </w:r>
      <w:r>
        <w:br/>
      </w:r>
    </w:p>
    <w:p w:rsidR="0052274A" w:rsidRDefault="00000000">
      <w:r>
        <w:t xml:space="preserve">Every dog is very individual, and that's fun for those of us who love behavior. It is not so much fun for anybody who just wants a quick answer. And so if you are not the type of person who likes to find clues, you know, likes to read a murder mystery and think about all the clues to figure out why a behavior is happening, you might find behavior frustrating, and you might find some aspects of dog training frustrating but not all, not all. </w:t>
      </w:r>
      <w:r>
        <w:br/>
      </w:r>
    </w:p>
    <w:p w:rsidR="0052274A" w:rsidRDefault="00000000">
      <w:r>
        <w:t xml:space="preserve">But that's some of what we need to learn as groomers so if you are thinking about switching, this is kind of where you would go next. All right, I need to start thinking about why is he doing it? Because if we don't know why, we can't really change what he's doing. Knowing why is important. So what do dog trainers do? We all think we know, don't we just like everyone thinks they know what dog groomers do. Every Tom, Dick and Harry thinks </w:t>
      </w:r>
      <w:r>
        <w:lastRenderedPageBreak/>
        <w:t xml:space="preserve">they know our job and they don't. You know, So what do dog trainers really do? And there are a variety of dog trainers, but let's talk about what they do. </w:t>
      </w:r>
      <w:r>
        <w:br/>
      </w:r>
    </w:p>
    <w:p w:rsidR="0052274A" w:rsidRDefault="00000000">
      <w:r>
        <w:t xml:space="preserve">Dog trainers help people. This is a very people y industry. Dog trainers help people. That's who our customer is our dog is our customer also. But unlike dog grooming where we have our customers and we might be helping people keep their dogs healthy and clean and pretty, but for the most part, we're helping the dogs be healthy, clean and pretty. Dog trainers sometimes aren't even the one touching the dog. So we are all about people now i love people and if you're a groomer who loves people, loves people who, you might get a chance to really get in there and switch into a new role as a dog trainer, helping people. </w:t>
      </w:r>
      <w:r>
        <w:br/>
      </w:r>
    </w:p>
    <w:p w:rsidR="0052274A" w:rsidRDefault="00000000">
      <w:r>
        <w:t xml:space="preserve">So what do we help people with? So your basic learning about how to be a responsible pet owner, that's your basic puppy classes and obedience classes we're like, hey, so you have a dog and he is a dog. He's never going to be a human. He's not necessarily going to understand every nuance of your home. These are things that you have to learn how to do, and you have to learn how to interact with your individual pet. These are things that are OK these are things that are not OK, right responsible pet ownership. </w:t>
      </w:r>
      <w:r>
        <w:br/>
      </w:r>
    </w:p>
    <w:p w:rsidR="0052274A" w:rsidRDefault="00000000">
      <w:r>
        <w:t xml:space="preserve">Ideally when somebody gets a new puppy or gets a dog from rescue or obtains a dog from their mother-in-law you know. But anytime you have a new pet, especially ideally everyone should be taking that pet to some sort of dog training because that's part of learning about your dog with some professional beside you helping you along. So we want to think about professionals helping with the responsible pet ownership and that also turns into what I tell dog trainers because I talked to dog trainers too. What I tell dog trainers is I want them to word it as how was he at the groomer, how was he at the vet? You know, like make them think they are behind. </w:t>
      </w:r>
      <w:r>
        <w:br/>
      </w:r>
    </w:p>
    <w:p w:rsidR="0052274A" w:rsidRDefault="00000000">
      <w:r>
        <w:t xml:space="preserve">That dog needs to be going to grooming just as early as he needs to be going to training and he probably should have already gone to the vet if he's in training, because that's safety. But I want you to think about the responsible pet ownership part. This is the user manual for your pet, going to classes or working with a trainer, we'll go over a variety of different types of training but working with a trainer is your pet's user manual, and a good trainer is going to help you understand your dog really well so that we can avoid problems that owners have never even thought about. </w:t>
      </w:r>
      <w:r>
        <w:br/>
      </w:r>
    </w:p>
    <w:p w:rsidR="0052274A" w:rsidRDefault="00000000">
      <w:r>
        <w:t xml:space="preserve">And boy, there are some problems that you might not even know about. We don't want you to know about them. A lot of this is about prevention, so we help people learn how to be responsible pet owners and prevent problems. We also help people enjoy their pets, which seems kind of crazy but if you have a dog at home that is annoying you or destruction, destroying your carpets, destroying your furniture, your enjoyment of that pet goes way </w:t>
      </w:r>
      <w:r>
        <w:lastRenderedPageBreak/>
        <w:t xml:space="preserve">down. We might still love them, but we don't want to enter abusive relationships with our pets, right we want to enjoy our pets, and that's what dog trainers help people do. Dog trainers help people enjoy their pet. </w:t>
      </w:r>
      <w:r>
        <w:br/>
      </w:r>
    </w:p>
    <w:p w:rsidR="0052274A" w:rsidRDefault="00000000">
      <w:r>
        <w:t xml:space="preserve">To see this particular dog as different than their last dog, To see this particular dog of this particular breed different than the others of that breed, to really enjoy the individualism and to really enjoy having fun with their pets and there are lots of ways to have fun with pets. And I'm also going to say here that as a dog trainer, I bring my dogs to training or work with another trainer when I first get one, because it's fun and it gives you time to just be with your dog and do the stuff. </w:t>
      </w:r>
      <w:r>
        <w:br/>
      </w:r>
    </w:p>
    <w:p w:rsidR="0052274A" w:rsidRDefault="00000000">
      <w:r>
        <w:t xml:space="preserve">And I kind of like it when people don't know that I'm a dog trainer also but sometimes I get thrown under the bus sometimes my disguise falls and somebody's like, oh, hey, Chrissy might be able to answer that and they're all like, why would Chrissy know? But i also enjoy bringing my pets to another trainer. It's just another set of eyes. So we help people, and we also help people find solutions for their pet problems. </w:t>
      </w:r>
      <w:r>
        <w:br/>
      </w:r>
    </w:p>
    <w:p w:rsidR="0052274A" w:rsidRDefault="00000000">
      <w:r>
        <w:t xml:space="preserve">And a lot of our pets have problems, and these owners need solutions for that. As dog groomers, we often are telling people like, OK, this is a problem let me see how I if I can help you or if I need to help you find a trainer to help you with that problem. But as the trainer, you're trying to help them find solutions. And that could be the dog that barks that could be the dog that is afraid of the elevator, right that could be the dog with separation anxiety that could be the dog who pulls on leash. </w:t>
      </w:r>
      <w:r>
        <w:br/>
      </w:r>
    </w:p>
    <w:p w:rsidR="0052274A" w:rsidRDefault="00000000">
      <w:r>
        <w:t xml:space="preserve">That could be the dog who's afraid of children. There are lots of problems out there, so many different types of problems out there that we as trainers help people find solutions for so dog training all about people and trainers help dogs. You know, as usual, we are used to helping dogs stay clean and comfortable and pretty and healthy. But dog trainers help dogs stay in their homes, right prevention again, we're all about that prevention owner, education, owner understanding, help them find solutions so that these dogs stay in these homes so that these dogs are going to be a happy member of this person's family and smooth things over. </w:t>
      </w:r>
      <w:r>
        <w:br/>
      </w:r>
    </w:p>
    <w:p w:rsidR="0052274A" w:rsidRDefault="00000000">
      <w:r>
        <w:t xml:space="preserve">I will also say here that sometimes you are running a multi generational, multi species classroom as a dog trainer you're teaching people and you're teaching dogs, and sometimes you have adults and kids and you know, the grandparents and maybe an adult dog and a puppy, right? We're trying to help everybody stay together. So that's how we help dogs. We help them stay in their homes, and we also help them have happier lives. </w:t>
      </w:r>
      <w:r>
        <w:br/>
      </w:r>
    </w:p>
    <w:p w:rsidR="0052274A" w:rsidRDefault="00000000">
      <w:r>
        <w:lastRenderedPageBreak/>
        <w:t xml:space="preserve">And what do I mean by that? What I mean by that is some of these dogs are being expected to live a life that doesn't meet their needs. And we're going to talk a lot about that because that that's part of where the fun of dog training comes in. You know, like how can we help these dogs meet their needs so that these owners can have a better time with their dog? I'm going to give you an example as someone with Border Collies, these dogs are going to have happier lives with me than if they live someplace where they're expected to, like be in a crate all day and go for a half hour walk on leash at night. </w:t>
      </w:r>
      <w:r>
        <w:br/>
      </w:r>
    </w:p>
    <w:p w:rsidR="0052274A" w:rsidRDefault="00000000">
      <w:r>
        <w:t xml:space="preserve">That would not satisfy these two border collies that I live with. It wouldn't meet their needs. Dog trainers are helping to bridge that gap again through the user manual they're like, hey, listen, let's see if we can find ways for your dog to be amused, for your dog to be happy, for your dog to get enough exercise within your lifestyle, or maybe expand your lifestyle because you bought a dog that needs more than you're used to. But that's how we help dogs and that's how we keep them in the homes that they have yep and we also can help them find new homes. </w:t>
      </w:r>
      <w:r>
        <w:br/>
      </w:r>
    </w:p>
    <w:p w:rsidR="0052274A" w:rsidRDefault="00000000">
      <w:r>
        <w:t xml:space="preserve">Sorry about that i've jumped a slide. When we have dogs in shelter situations, that is a great chance for dog trainers to often work with dogs that are in shelters or in foster care and to help these dogs be prepared for their next home perhaps they have already had somebody give up on them. Perhaps they were a poor fit, and in my own life one of my guys came to me. The owners loved him i know they loved him, and they jumped through hoops to get him into Border Collie Rescue. But he was not right for their home he's a lot of dog and he's right from my home, right so we're trying to help dogs get into their next home in many cases also so that's another role that we have as dog trainers. </w:t>
      </w:r>
      <w:r>
        <w:br/>
      </w:r>
    </w:p>
    <w:p w:rsidR="0052274A" w:rsidRDefault="00000000">
      <w:r>
        <w:t xml:space="preserve">We're helping dogs find new homes too. So let's talk about some types of dog training and if there are any questions or anything, you guys got to let me know. All right? I can't see the chat, but types of dog training, There are lots of types, and I'm just going to kind of glaze over a whole bunch of them. We've only got an hour, so I want you to think about the types of dog training. So here's a video this is what puppy classes look like. </w:t>
      </w:r>
      <w:r>
        <w:br/>
      </w:r>
    </w:p>
    <w:p w:rsidR="0052274A" w:rsidRDefault="00000000">
      <w:r>
        <w:t xml:space="preserve">Puppy classes took the world by storm in the mid nineties. It's an opportunity for our owners to have their puppy get a chance for a little bit of free play, but also be around other people, be passed to other people, learn how to listen to us and be called away from free play. How cool is that? And you literally get to work with puppies all day with puppies all day. </w:t>
      </w:r>
      <w:r>
        <w:br/>
      </w:r>
    </w:p>
    <w:p w:rsidR="0052274A" w:rsidRDefault="00000000">
      <w:r>
        <w:t xml:space="preserve">Like how cute is this, you know, look at this little guy and he was so cute. Poor Neville, trying to learn how to socialize. So puppy classes are a great venue and you don't need to have a huge facility to run a puppy class. Lots of fun things to do with puppy classes, </w:t>
      </w:r>
      <w:r>
        <w:lastRenderedPageBreak/>
        <w:t xml:space="preserve">obedience classes i think this is what most of us think of when we think about dog training. Like, yeah, well, we're going to. And I didn't even bother pulling up a video because we all know what obedience classes look like. </w:t>
      </w:r>
      <w:r>
        <w:br/>
      </w:r>
    </w:p>
    <w:p w:rsidR="0052274A" w:rsidRDefault="00000000">
      <w:r>
        <w:t xml:space="preserve">You know, like, oh, when we're on leash and we're going to practice walking around and we're going to practice sits and downs and stands and stays and around other dogs and maybe add some distractions and really basic training stuff. And I like a nice obedience class i think that's where our owner should be starting. And unless it's a puppy classes start up first. But obedience classes, awesome and they can be a lot of fun, a lot of fun. It's basic training and most people know to take their dog through a basic first basic obedience class. </w:t>
      </w:r>
      <w:r>
        <w:br/>
      </w:r>
    </w:p>
    <w:p w:rsidR="0052274A" w:rsidRDefault="00000000">
      <w:r>
        <w:t xml:space="preserve">Just get them started and get them started off right. What I find with dog groomers is that we think of dog training as just obedience classes and our owners don't do also so our owners also think oh obedience classes i got this, I understand we already went to obedience class So what more could a trainer do for us? He already knows sit down and stay and how to walk on a leash. What else is there? Oh, there's so much more. So basic training in a group setting can also help an owner and a dog bond and get to know each other and learn how to communicate together. The dog learns how to read the person and listen for cues and watch for hand signals. </w:t>
      </w:r>
      <w:r>
        <w:br/>
      </w:r>
    </w:p>
    <w:p w:rsidR="0052274A" w:rsidRDefault="00000000">
      <w:r>
        <w:t xml:space="preserve">And the owner learns about their dog and learns how their dog thinks and maybe learns to appreciate their dog in a different way because they're in a group setting looking at other dogs and going, my dog is a character because they are. They're all characters. So obedience classes, basic training in a group setting and a lot of people run out, run in obedience classes out there. Great money maker. Now this one is the canine good citizen test. Actually, let me pause this real quick because I do see that there's a question in here. </w:t>
      </w:r>
      <w:r>
        <w:br/>
      </w:r>
    </w:p>
    <w:p w:rsidR="0052274A" w:rsidRDefault="00000000">
      <w:r>
        <w:t xml:space="preserve">What ages are recommended for, recommended for puppy classes? Oh, that's a great question. You know what i think that it's going to depend on the area you're in because sometimes you have to wait until they've had a certain amount of their vaccines, but usually puppy classes are going to be about till they're about six months old, Ish. It really is going to depend on what we're looking for in puppy classes is that they're young and they are still at that puppy stage where their play styles are matching up like puppies. Because play styles change as they get into adolescence and as they get into adulthood. Puppies really benefit from being around other puppies and learning how to interact with other puppies and learning how to play appropriately. </w:t>
      </w:r>
      <w:r>
        <w:br/>
      </w:r>
    </w:p>
    <w:p w:rsidR="0052274A" w:rsidRDefault="00000000">
      <w:r>
        <w:t xml:space="preserve">Which is why a lot of breeders now keep their puppies just a couple weeks longer than they ever used to, so that those puppies spend more time with their mother and with their litter mates, hopefully learning how to have a gentle mouth when they play, and learning how to </w:t>
      </w:r>
      <w:r>
        <w:lastRenderedPageBreak/>
        <w:t xml:space="preserve">read social cues a little bit better before they end up with an owner who may never have owned a dog. So great question. Like I said, usually that's about as early as you can to about six months ish, and there's some wiggle room in there. So this book is The Canine Good Citizen Test. </w:t>
      </w:r>
      <w:r>
        <w:br/>
      </w:r>
    </w:p>
    <w:p w:rsidR="0052274A" w:rsidRDefault="00000000">
      <w:r>
        <w:t xml:space="preserve">Sorry, back over there. The Canine Good Citizen Test is another type of obedience class, but it's actually 10 different things they're testing out on and so you might find a Canine Good citizen class and you might have seen just a second ago people all walking around and the dog walking through what seems to be a pretend crowd, you know, down stairs and greeting a friendly stranger. Actually, I think the CGC test is really beneficial for us because this is also the friendly stranger who's going to pet your dog, reach down, touch your dog and then brush your dog a little bit and learning how to be around that. </w:t>
      </w:r>
      <w:r>
        <w:br/>
      </w:r>
    </w:p>
    <w:p w:rsidR="0052274A" w:rsidRDefault="00000000">
      <w:r>
        <w:t xml:space="preserve">Because we as groomers know we wish more people would expose their dogs to such things. But taking them on a walk, making sure that they can walk on a loose leash, lots of those things and that's canine, good citizen, that's an AKC program, but often there are classes based on just AKC, canine, good citizen program and it's a lot of fun. Like I said, like you get a chance to just pretend you're a bunch of people milling around rowdy Rover classes i have trouble finding a good video of this but when we have dogs that are leash reactive, maybe they're reactive to people or to other dogs this is another whole genre of dog training. </w:t>
      </w:r>
      <w:r>
        <w:br/>
      </w:r>
    </w:p>
    <w:p w:rsidR="0052274A" w:rsidRDefault="00000000">
      <w:r>
        <w:t xml:space="preserve">And sometimes those are group classes where every single dog has some sort of an issue and we put up barriers and we get to expose them gently and gradually in a very controlled way with owners who are also experiencing the same kind of problems and aren't being super judgy because your dog is barking at them. Keep in mind too, having a dog with a behavior issue for many owners makes them feel embarrassed, makes them feel sad, makes them feel like everyone's watching them. </w:t>
      </w:r>
      <w:r>
        <w:br/>
      </w:r>
    </w:p>
    <w:p w:rsidR="0052274A" w:rsidRDefault="00000000">
      <w:r>
        <w:t xml:space="preserve">So having something like a rowdy Rover class or reactive dog class. Is another whole venue that many trainers are doing so that these dogs can get a chance to work in an environment that is going to set them up for success. It's not just like, hey, we put them all in here until they bark their heart out. It's about setting them up for success and gradually building some skill levels in a group setting or perhaps just one or two people but a but a setting that's setting them up so that they can be around other dogs and experience life in a new way. So that is another really popular type of class. And then there's behavior consulting, which is what I do. </w:t>
      </w:r>
      <w:r>
        <w:br/>
      </w:r>
    </w:p>
    <w:p w:rsidR="0052274A" w:rsidRDefault="00000000">
      <w:r>
        <w:t xml:space="preserve">I also have done a lot of the OBD in this class stuff, but I really like one-on-one problem solving and that's where behavior consulting really comes in that one-on-one like why is he </w:t>
      </w:r>
      <w:r>
        <w:lastRenderedPageBreak/>
        <w:t xml:space="preserve">like this what can we do at your house? You know, he's really afraid of your grandkids, or he's terrified of when the microwave goes off or, you know, whatever those fears phobias behavior issues are. Many of those fall under behavior consulting, and there are a couple of different types of behavior consultants. Sometimes people think they need to go to a behaviorist, but I'm going to make the distinction here that a behaviorist, a behaviorist in the United States anyway, is a veterinarian with a specialty in behavior who went above and beyond so think about like behaviorist, Cardiologist, dermatologist, Behaviorist. </w:t>
      </w:r>
      <w:r>
        <w:br/>
      </w:r>
    </w:p>
    <w:p w:rsidR="0052274A" w:rsidRDefault="00000000">
      <w:r>
        <w:t xml:space="preserve">Yeah, Behavior consultant is the trade level dog training version of. I specialize in helping dogs with behavior problems, but I am not a medical professional so I'm not a veterinary specialist or a PHD in behavior, which would PhD in behavior could be a behaviorist. So just throwing that out there, but behavior consulting is a little bit like being a master groomer. You know it's a specialty and one-on-one problem solving or perhaps two on one problem solving if they how many dogs do they have but it's one family house call private lessons, that's another whole venue and I did that for years. I kind of miss it, but working one-on-one in a customer's home because a lot of our owners cannot imagine how to take what they learned in class and make it happen in their living room, or make it happen in their side yard, or make it happen with their neighbor's dog barking. </w:t>
      </w:r>
      <w:r>
        <w:br/>
      </w:r>
    </w:p>
    <w:p w:rsidR="0052274A" w:rsidRDefault="00000000">
      <w:r>
        <w:t xml:space="preserve">So house call private lessons is another whole venue and much like house call grooming, which I also do, much like house call grooming, it is a premium price because you can only work one dog at a time. You know, you can only be at one customer's house at once. And it has a whole different level of involvement and you've got to love people, got to love people. But house call private lessons are another really interesting way to become a dog trainer. Then we also have board and train. </w:t>
      </w:r>
      <w:r>
        <w:br/>
      </w:r>
    </w:p>
    <w:p w:rsidR="0052274A" w:rsidRDefault="00000000">
      <w:r>
        <w:t xml:space="preserve">So that's when the dog stays for you for training, followed by lessons with owners. And sometimes a boarding kennel might offer that, you know, your dog is boarding with us anyway and we're going to work some training while he's here. And that's sort of like a jump start. A lot of our owners think, well, that 'd be great because I don't feel like I have the time and if someone can teach him the basic stuff and then tell me how to do it, board and train is really great business. If you have the space, if you want to commit to taking care of that dog twenty four seven for a little while they're learning something new and followed by lessons with owners if we don't follow it with lessons to owners, well, let's just say I can get a dog to behave for me, but it does you no good when I leave the room and you go back to doing the same things you were doing before. </w:t>
      </w:r>
      <w:r>
        <w:br/>
      </w:r>
    </w:p>
    <w:p w:rsidR="0052274A" w:rsidRDefault="00000000">
      <w:r>
        <w:t xml:space="preserve">So we have to think about that again it's about the people. Dog training is all about the people if they don't follow through, it's sort of like brushing a dog out and sending them home and telling them to brush, right? Could work, maybe not. But they probably need a brushing lesson, so Gordon Train is another really great venue. Like I said, there are lots of </w:t>
      </w:r>
      <w:r>
        <w:lastRenderedPageBreak/>
        <w:t xml:space="preserve">different ways for us to train dogs and lots of different topics that we can come up with. </w:t>
      </w:r>
      <w:r>
        <w:br/>
      </w:r>
    </w:p>
    <w:p w:rsidR="0052274A" w:rsidRDefault="00000000">
      <w:r>
        <w:t xml:space="preserve">So I just wanted to give you a little bit of an overview on that. Now let's talk about some of these dog sports and dog hobbies. And you might be wondering why? Because part of what modern dog training is looking at, I say modern dog training because we're in 2023 right now and a lot of what we're looking at is dogs that were bred for jobs and have some needs that are really hard to meet in our world. Right in our regular, like I work 40 hours a week and you know we have commitments on the weeknights and it's really hard to fit in time for your dog's needs. </w:t>
      </w:r>
      <w:r>
        <w:br/>
      </w:r>
    </w:p>
    <w:p w:rsidR="0052274A" w:rsidRDefault="00000000">
      <w:r>
        <w:t xml:space="preserve">But dog sports and the hobbies are a great way to do that. So we have competition obedience, and I just added some videos in here there's no sound but competition, obedience, a K C U K C a. Lot of heel work. Look at this marvelous couple here. I mean, this dog and this handler are In Sync. I believe this was one of the winners high in trial. But look at this dog. He's having a great time the owner's having a great time. Remember, we want to help owners enjoy their dogs we want to help keep dogs happy, and some of these dog sports are the way to do that. </w:t>
      </w:r>
      <w:r>
        <w:br/>
      </w:r>
    </w:p>
    <w:p w:rsidR="0052274A" w:rsidRDefault="00000000">
      <w:r>
        <w:t xml:space="preserve">Even if we don't have time to work on something every day, we are committing to some activities with our dogs. Oh, look at that. It's beautiful, beautiful. And to the next one, Rallying obedience. This is a much more casual version of obedience stuff this is a really popular hobby because you don't need a whole lot of time to do it you don't need to compete in any of these things anyway. But this one has signs that you go through, Yep, somebody in a scooter doing it right. This one has signs you go through almost like an agility course, which we'll talk about agility to, and you go through and you do this heel work, sits down stairs, different levels some of them are on leash, some of them are off leash, but you're having fun with your dog. </w:t>
      </w:r>
      <w:r>
        <w:br/>
      </w:r>
    </w:p>
    <w:p w:rsidR="0052274A" w:rsidRDefault="00000000">
      <w:r>
        <w:t xml:space="preserve">And rally obedience is one that I've done with my guys. It's casual because I'm kind of a casual girl. You get a chance to talk to your dog, give some cookies, right? These are ways that dog trainers can get people working with their dog, having fun with their dog, getting some enjoyment while also meeting their dog's need for social work. You know, enjoying time with us, working their brain, working their body a little bit. So like I said, the dog sports are a great way to do that. Let's go on to the next one, agility i think we're all familiar with agility, but I mean, how can we? How can we not talk about agility? You might be surprised to know that agility is actually really helpful for some of our shy and nervous dogs, because it actually can help them build some confidence. </w:t>
      </w:r>
      <w:r>
        <w:br/>
      </w:r>
    </w:p>
    <w:p w:rsidR="0052274A" w:rsidRDefault="00000000">
      <w:r>
        <w:t xml:space="preserve">Like, wow, look at me, I balanced on a teeter totter. Wow, look at me i could be up high. And believe it or not, it's actually something that we recommend sometimes for dogs that are </w:t>
      </w:r>
      <w:r>
        <w:lastRenderedPageBreak/>
        <w:t xml:space="preserve">nervous, for dogs that are a little bit scared of things like let's see if we can build this dog's confidence by doing stuff like this. Look at it. It's beautiful. It's beautiful, but there are dog trainers in the dog sports part of why I'm mentioning dog sports because the hobbyists in dog sports are super committed hobbyists, right? Dog obedience classes you do an obedience class and it's done. Dog sports people just keep going and going and going, right? You might have an agility class that goes on and on and on with the same customer is coming for years. </w:t>
      </w:r>
      <w:r>
        <w:br/>
      </w:r>
    </w:p>
    <w:p w:rsidR="0052274A" w:rsidRDefault="00000000">
      <w:r>
        <w:t xml:space="preserve">And here's of course my favorite fly ball. So let me tell you what's going on in here. There are two lanes, There's a racing lane here and a racing lane here. And these dogs, the this drag racing lights are going to go off and then the first dogs go, second dogs go third, dogs go fourth, dogs go racing for best team time, these dogs have to run down the lane over the jumps, hit the trigger box, get the ball, carry it back. And dogs are running past each other, full speed, entirely off leash. This is actually the Can Am classic from last year, which is actually going on right now this weekend. </w:t>
      </w:r>
      <w:r>
        <w:br/>
      </w:r>
    </w:p>
    <w:p w:rsidR="0052274A" w:rsidRDefault="00000000">
      <w:r>
        <w:t xml:space="preserve">But the Canadian, American, this is the Super Bowl of dog sport. But look at this, right? So much fun and there's a lot of skills in there and these dogs go home. Maybe they're not exhausted. Tell you my border collies aren't tired, but they are content, right? They get a chance to play a sport and they're like, that was nice that was fun. Nose work. Nose work is another interesting one that a lot of owners can work on, even at home. But some of these sports are in demand. This dog is looking through, He's got to find the one that has the scent and then he's going to be like, bam, that's it. </w:t>
      </w:r>
      <w:r>
        <w:br/>
      </w:r>
    </w:p>
    <w:p w:rsidR="0052274A" w:rsidRDefault="00000000">
      <w:r>
        <w:t xml:space="preserve">Look how beautiful that is, right? And these are ways for owners to really enjoy their dog. And there are trainers who specialize in each of these sports. Protection sports. I really don't have any experience with protection sports, but there is some really awesome stuff in here these dogs are look at how focused this dog is on his handler. He's got to go past some bite suits, some people in bite suits right on past it's not just about bite work, you know, and going back to his hurt, his human, you know, the avoiding the distractions, not being afraid. </w:t>
      </w:r>
      <w:r>
        <w:br/>
      </w:r>
    </w:p>
    <w:p w:rsidR="0052274A" w:rsidRDefault="00000000">
      <w:r>
        <w:t xml:space="preserve">Think about the kind of dogs that people are having problems with at home because they expect their Malinois, their malligator like this little dude to just be at home and be relaxed. This dog needs something to do and maybe we can give him an outlet that's safe, that's building impulse control and helping him be a safer dog. So protection sports, that's the one that we can talk about. Lure coursing and fast cat. I know I'm going through all the dog sports super quick, but lure coursing. </w:t>
      </w:r>
      <w:r>
        <w:br/>
      </w:r>
    </w:p>
    <w:p w:rsidR="0052274A" w:rsidRDefault="00000000">
      <w:r>
        <w:t xml:space="preserve">Look at this Dalmatian go. He is having the time of his life. Some of our dogs that want to run off, that want to chase things if we give them an outlet for that and are able to put it on cue </w:t>
      </w:r>
      <w:r>
        <w:lastRenderedPageBreak/>
        <w:t xml:space="preserve">and build some impulse control around it, that's why the sports are so popular because you know what, I bet that owner also works on calling him off of that. How cool is that look at this guy go, you know, and to do it in a way that's safe. </w:t>
      </w:r>
      <w:r>
        <w:br/>
      </w:r>
    </w:p>
    <w:p w:rsidR="0052274A" w:rsidRDefault="00000000">
      <w:r>
        <w:t xml:space="preserve">When I tried lure cursing, lure coursing with my 2 border collies this summer, they had no idea what they were doing and it was all fenced in, you know, and it was, it was perfectly safe they were going to have a good time they mostly just wanted to spend time with me. They didn't understand what it was all about but that's OK. Herding, of course, we've all seen herding stuff. Herding trials can be really interesting think about these dogs that were bred for jobs that we don't give them an outlet for. </w:t>
      </w:r>
      <w:r>
        <w:br/>
      </w:r>
    </w:p>
    <w:p w:rsidR="0052274A" w:rsidRDefault="00000000">
      <w:r>
        <w:t xml:space="preserve">You know that that's where a lot of our behavior problems happen and dog trainers are very aware of like, let's see if we can get some of these instincts met. So of course hurting hunting dog stuff. There are still a large, large community of people who actively hunt for feeding their family and these hunting dogs are doing jobs not just for sport. Some of these dogs are actively working the job, sending them out to something that just got shot. </w:t>
      </w:r>
      <w:r>
        <w:br/>
      </w:r>
    </w:p>
    <w:p w:rsidR="0052274A" w:rsidRDefault="00000000">
      <w:r>
        <w:t xml:space="preserve">Awesome look at GO, You know, so these are another other sports that dog trainers are heavily involved in. And if you're a dog groomer who has a particular interest in any of these, right, maybe you can become a trainer who helps people with these sports. Earth dog and Barn hunt. Think about our little doxies and stuff who are like, I'm supposed to be sniffing things out and rooting into the ground some of our terriers, give them an outlet. Give them an outlet that's safe for them to play in and have some fun. And maybe reduce some of the problems at home because they're going to do what their instincts tell them to do anyway. </w:t>
      </w:r>
      <w:r>
        <w:br/>
      </w:r>
    </w:p>
    <w:p w:rsidR="0052274A" w:rsidRDefault="00000000">
      <w:r>
        <w:t xml:space="preserve">So yeah, this one's barn hunt they are just about to decide where they know it is. Yep, there we go we've got an alert. It's here. Oh, my God, it's here. They tried Barn Hunt with my border Collies. They both liked it and they both actually signaled when they found. So that was kind of fun. Tricks and games. You can get trick dog titles online, sending in videos of doing your dogs, doing tricks. How fun is that? And owners can work on that stuff. When I used to do obedience classes, I would have people teach a trick because they needed to do some sort of dog training that was purely for fun, to really have that go through their head like, oh, this is for fun. </w:t>
      </w:r>
      <w:r>
        <w:br/>
      </w:r>
    </w:p>
    <w:p w:rsidR="0052274A" w:rsidRDefault="00000000">
      <w:r>
        <w:t xml:space="preserve">We have freestyle, Canine freestyle, right? Not my cup of tea, but dancing with your dog look at the accuracy of this right. The people who are into this just, I mean they're bond with their dogs is phenomenal phenomenal so there are lots of things for us to choose from and if someone wants to get into freestyle to have a trainer who's there to help them and help them problem solve and figure out how to get a dog to go out that far and remember to </w:t>
      </w:r>
      <w:r>
        <w:lastRenderedPageBreak/>
        <w:t xml:space="preserve">come around that's pretty fun right it's there are so many different things that we can do with our dogs, and it's so far beyond just sit, stay down and walking on leash. </w:t>
      </w:r>
      <w:r>
        <w:br/>
      </w:r>
    </w:p>
    <w:p w:rsidR="0052274A" w:rsidRDefault="00000000">
      <w:r>
        <w:t xml:space="preserve">And because we don't have dogs running around loose and living their best lives the way they used to, right? Most of our dogs aren't farm dogs. My dogs live in a residential neighborhood, fenced backyard. They need outlets, and that's what modern dog training is moving toward. Let's find some good outlets. Disc dog. I know there are disc dog leagues. They have league nights it's almost like joining a Bowling Club come on guys, this is fun stuff and if you're a dog trainer who's running a league, how cool is that? But this dog, this is some of the trick stuff but then they also have disc for distance look at this dog go his best life. </w:t>
      </w:r>
      <w:r>
        <w:br/>
      </w:r>
    </w:p>
    <w:p w:rsidR="0052274A" w:rsidRDefault="00000000">
      <w:r>
        <w:t xml:space="preserve">So much fun. Dock diving. This is really popular i'm surprised how many dock diving pools there are. Sometimes they're jumping for height, sometimes they're jumping for distance. This dog is phenomenal look how far this dog has gone i think they said this was 36 feet, so there are a number of pools here in my area i'm in Southern New Hampshire it's kind of surprising how much dock diving there is. But this is another way to play with your dog. </w:t>
      </w:r>
      <w:r>
        <w:br/>
      </w:r>
    </w:p>
    <w:p w:rsidR="0052274A" w:rsidRDefault="00000000">
      <w:r>
        <w:t xml:space="preserve">And what about those retrievers who don't really get a chance to retrieve run in the water retrieve stuff? How cool. So let's get into our working dogs because that's another whole venue for dog trainers. And if you guys have questions, let me know i'm just checking my time awesome double checking my time. There are lots of different types of working dogs. So first of all we have a variety of service dogs and there are so many that really we're just naming a couple but allergy detection service dogs for kids with autism or adults with autism. </w:t>
      </w:r>
      <w:r>
        <w:br/>
      </w:r>
    </w:p>
    <w:p w:rsidR="0052274A" w:rsidRDefault="00000000">
      <w:r>
        <w:t xml:space="preserve">Diabetic alert Guide Dogs for guiding eyes for the blind. Hearing assistance dogs, mobility assistance, seizure alert. I knew a dog that would indicate for his owner when he needed to take pain medication and because of that he was taking less medication and taking only when he needed and really reduced his pain medications. There are so many different types of service dogs and that's a really in demand venue, you know, to get involved with one of the service dogs groups and help train these dogs for people who really need these dogs to help them. So many different types of service dogs. And then the emotional support dogs, many of them are kind of borderline into service dogs, but just so that, you know, the emotional support dogs, if it's for PTSD or ADHD, depression, autism, learning disabilities, motor skills disorders and stuff. </w:t>
      </w:r>
      <w:r>
        <w:br/>
      </w:r>
    </w:p>
    <w:p w:rsidR="0052274A" w:rsidRDefault="00000000">
      <w:r>
        <w:t xml:space="preserve">Emotional support dogs do not have the same kind of access to everywhere that service dogs do, but they might start off A service dog might start off as an emotional support dog. And these dogs need a lot of extra work because we want them to be so safe for a human </w:t>
      </w:r>
      <w:r>
        <w:lastRenderedPageBreak/>
        <w:t xml:space="preserve">who maybe has trouble with a dog that has any sort of a behavior issue. As an example, I remember I helped an owner with a dog that was sent as a service dog for her daughter with ADHD and autism. And this dog would bark a lot, which was making the child really anxious. </w:t>
      </w:r>
      <w:r>
        <w:br/>
      </w:r>
    </w:p>
    <w:p w:rsidR="0052274A" w:rsidRDefault="00000000">
      <w:r>
        <w:t xml:space="preserve">So sometimes it's like, all right, how can I help with the problem that you're experiencing so that this dog can be a better fit for someone who needs an emotional support dog or a service dog. There are so many types. And then we also have therapy dogs this is another whole venue, therapeutic visitation have you seen the therapy dogs that go into hospitals? There are people who, that's what they want to do with their dog they're getting a dog, They work in a hospital already or they work in a nursing home and they are really excited to say, like, all right, these people light up when a therapy dog comes in and they want their dog to be able to do that and there's a large amount of training to do that, to help this dog be well prepared for all of the things that they're going to see and smell and people they're going to be around and to be super gentle with people. </w:t>
      </w:r>
      <w:r>
        <w:br/>
      </w:r>
    </w:p>
    <w:p w:rsidR="0052274A" w:rsidRDefault="00000000">
      <w:r>
        <w:t xml:space="preserve">Lots of therapy dog things and in fact, reading to Rover really catches my eye every time I see it. You might not have heard of that one, but they, the dogs are supposed to just lie down next to little kids who have trouble reading out loud or maybe have a stutter. Kids will read to a dog because they feel like the dog needs to know the end of the story. And dogs don't judge. So it's a wonderful program some of these therapy dog programs are the reason why someone gets a dog and we really want to make sure there are enough trainers out there to help them achieve that goal. </w:t>
      </w:r>
      <w:r>
        <w:br/>
      </w:r>
    </w:p>
    <w:p w:rsidR="0052274A" w:rsidRDefault="00000000">
      <w:r>
        <w:t xml:space="preserve">Like I said, there's so many types of training out there. And then we have our detection dogs, lots of different types of detection dogs there are tracking dogs, right those are dogs that are somebody walks away from their home and they have Alzheimer's like a tracking dog might be the person, the one who finds that person detection for drugs, for alcohol. They use them to see if people are bringing in agricultural stuff in the airports. And I got to say I added the landmine one because my dad in Vietnam, they were all saved because a dog found a trip wire for a landmine that they didn't see. I am alive today because a happy lab was like, hey look guys, there's a wire. </w:t>
      </w:r>
      <w:r>
        <w:br/>
      </w:r>
    </w:p>
    <w:p w:rsidR="0052274A" w:rsidRDefault="00000000">
      <w:r>
        <w:t xml:space="preserve">So these detection dogs, lots of different types of detection dogs, police and military dogs this is another big venue for dog trainers there's so many different types of dog training. But what do they do they deter suspects. Hopefully just having a dog there is the suspect is going to be like, yeah, just don't send the dog after me yep, sure, hands are up. Ok, no problem put the cuffs on. </w:t>
      </w:r>
      <w:r>
        <w:br/>
      </w:r>
    </w:p>
    <w:p w:rsidR="0052274A" w:rsidRDefault="00000000">
      <w:r>
        <w:lastRenderedPageBreak/>
        <w:t xml:space="preserve">And if not, they help apprehend somebody runs, they're not going to outrun the dog. They can track, they can search for drugs, water searches, things like that. A lot of different types of police and military dogs. So how do I become a dog trainer? So it hopefully you're thinking, oh, dog training sounds kind of fun. Like I said, there is so many different versions, but how do you become a dog trainer? So becoming a dog trainer is really similar to becoming a dog groomer. And I want you to think about how many of us got into grooming it might have been job experience, like you got a job someplace and there happened to be trainers there or they happened to be groomers there. </w:t>
      </w:r>
      <w:r>
        <w:br/>
      </w:r>
    </w:p>
    <w:p w:rsidR="0052274A" w:rsidRDefault="00000000">
      <w:r>
        <w:t xml:space="preserve">You might apprentice or you might find a trade school, something like that. It is very similar to dog grooming. The dog training world and the dog grooming world are in parallel. And then of course you know there any organization that is training for service dogs or lease dogs, that's another way that you could probably get some job experience if you can be hired for something like that. And I will throw in there because it is so similar to grooming. A lot of people get their start with one of the big chain stores like PetSmart or Petco and they start off with a pretty reasonable background and then move on so it is really similar to dog grooming. </w:t>
      </w:r>
      <w:r>
        <w:br/>
      </w:r>
    </w:p>
    <w:p w:rsidR="0052274A" w:rsidRDefault="00000000">
      <w:r>
        <w:t xml:space="preserve">That's how you become a trainer. But there are some dog organizations, and that's really helpful for you to know. If you are interested in becoming a dog trainer, finding out about these organizations are educational organizations and community of dog trainers and you do not need to be a dog trainer to join these organizations, right. I think that most of us as dog trainers are like, yes, join us. Come on in. There's the Association of Professional Dog Trainers i am a member of that one that one is an educational group. </w:t>
      </w:r>
      <w:r>
        <w:br/>
      </w:r>
    </w:p>
    <w:p w:rsidR="0052274A" w:rsidRDefault="00000000">
      <w:r>
        <w:t xml:space="preserve">They have a conference every year. There's the International Association of Animal Behavior Consultants that's the I double ABC i'm a member of that one too. Again, a group that can offer some certifications you can do testing through them, but they also offer a lot of continuing Ed, which is awesome the dog training world, I will say if you have a certification at the dog training world, usually requires a certain amount of continuing Ed units so we'll talk about that a little bit next. And just like in dog grooming, you do not need to be certified to be a trainer. It's the Wild West out there, just like it is with dog groomers. </w:t>
      </w:r>
      <w:r>
        <w:br/>
      </w:r>
    </w:p>
    <w:p w:rsidR="0052274A" w:rsidRDefault="00000000">
      <w:r>
        <w:t xml:space="preserve">So, but knowing that there is some organizations, the National Association of Dog Obedience Instructors, I'm not as familiar with them because I don't really run classes so a lot of their information is based on running obedience classes and they're an excellent organization. The International Association of Canine Professionals, another great organization. I'm not a member of that one because really at the at the end of the day, being a groomer and a trainer with multiple organizations and stuff starts getting pricey. </w:t>
      </w:r>
      <w:r>
        <w:br/>
      </w:r>
    </w:p>
    <w:p w:rsidR="0052274A" w:rsidRDefault="00000000">
      <w:r>
        <w:lastRenderedPageBreak/>
        <w:t xml:space="preserve">But they are another organization that you could look up and maybe go to one of their conferences in fact, Michelle Knowles was just invited to the International Association of Canine Professionals to teach them about some dog grooming stuff so go Michelle. She just spoke at IACP this fall, and then there's the Certification Council for Professional Dog Trainers, which is a certifying organization. That's where I have my Certified Professional Dog Trainer and certified Behavior Consultant for canines through them. But just letting you know, these are some of the organizations you could easily look up. And I know Mary has the transcripts, so you should be able to find them in the transcript. </w:t>
      </w:r>
      <w:r>
        <w:br/>
      </w:r>
    </w:p>
    <w:p w:rsidR="0052274A" w:rsidRDefault="00000000">
      <w:r>
        <w:t xml:space="preserve">But these organizations are all about education and helping trainers be better trainers. No some of the certifications that are out there, gosh, there are so many much like in dog grooming, OK, there are so many. But there's a certified professional dog trainer that's one that I have, which is sort of like becoming a certified professional groomer, right, And certified behavior consultant for canines, which happens second it's a little bit more like being a master groomer. So just in parallel, right you have to have the first one first before you can move on to the next one. </w:t>
      </w:r>
      <w:r>
        <w:br/>
      </w:r>
    </w:p>
    <w:p w:rsidR="0052274A" w:rsidRDefault="00000000">
      <w:r>
        <w:t xml:space="preserve">That organization doesn't have another level beyond those two. There's the Certified Dog Behavior Consultant and Certified Cat Behavior Consultant. Did you guys know that there's cat training? Did you know that they're a cat behavior consultants? There are, and it's super exciting. But both of those are through International Association of Animal Behavior Consultants. There's KPA, Karen Pryor Academy Certified Training Partner, CTP. Those are just a few of them, just a few that I just quickly was like, what are the ones that I hear most often? And I'm also going to add in here, even though it's kind of not a dog training certification, but I think many groomers are used to Fear Free. </w:t>
      </w:r>
      <w:r>
        <w:br/>
      </w:r>
    </w:p>
    <w:p w:rsidR="0052274A" w:rsidRDefault="00000000">
      <w:r>
        <w:t xml:space="preserve">Well, Fear Free has a dog groomer version and a dog training version and a shelter version and a veterinary version so I have the dog training and the dog grooming version, but just so you know, like there are lots and lots and lots of different organizations out there and like I said, it's really similar to the dog grooming world in that way, checking my time while we're going cruising right along. There's also dog training, continuing education. And the reason why I am mentioning that is because you do not need to be a dog trainer to take any sort of classes or continuing Ed. </w:t>
      </w:r>
      <w:r>
        <w:br/>
      </w:r>
    </w:p>
    <w:p w:rsidR="0052274A" w:rsidRDefault="00000000">
      <w:r>
        <w:t xml:space="preserve">I'm going to say that again because it's so important. You do not need to be a dog trainer. Take continuing Ed classes for dog trainers. And this is where a lot of dog trainers get their start. They're like, wait a minute, I can buy the same class that they're taking i can learn more about something in particular, something that sparks my interest. So the CCPDT the certification council for professional dog Trainers, it has listings because they do actually require, and this is where dog grooming and dog training are a little different. </w:t>
      </w:r>
      <w:r>
        <w:br/>
      </w:r>
    </w:p>
    <w:p w:rsidR="0052274A" w:rsidRDefault="00000000">
      <w:r>
        <w:lastRenderedPageBreak/>
        <w:t xml:space="preserve">For my Certified Professional Dog Trainer certification, I need 36 hours of approved Continuing Ed every two years and that's why they have CEU listings on their site. My Certified Behavior Consultant for canines requires a separate 36 hours of Continuing Ed every five years to maintain my certification. So dog trainers are actively looking for classes, constantly looking for classes. And I got to say, because of that, there's a huge demand for classes and there's a lot of great stuff out there. </w:t>
      </w:r>
      <w:r>
        <w:br/>
      </w:r>
    </w:p>
    <w:p w:rsidR="0052274A" w:rsidRDefault="00000000">
      <w:r>
        <w:t xml:space="preserve">But also if you find it through one of these particular groups, it's also something that has been at least looked over. That this person is qualified to teach this class doesn't guarantee you're going to have a great class, but it does say that someone looked it over and said, oh, that does sound quite nice. Not just, you know, random person decided to put something up. But you can take continuing Ed classes through any of these. So the CCPDT has listings for classes online classes in person classes. You can go there and take a look. Benzie Dog Sports Academy does online classes and they usually do start dates and end dates and you can audit those you can have a working spot where you're actually working with your dog. </w:t>
      </w:r>
      <w:r>
        <w:br/>
      </w:r>
    </w:p>
    <w:p w:rsidR="0052274A" w:rsidRDefault="00000000">
      <w:r>
        <w:t xml:space="preserve">Lots of opportunities there. Karen Pryor Academy i have not taken classes through Karen Pryor Academy, but that's another venue for people who are becoming dog trainers. She has a couple of really good classes there raising canine so Mary, you might find raising canine kind of interesting because they are a little bit like what positive Ed is. They have tons and tons and tons of recordings up of seminars and webinars and summits because they have been doing this since, oh gosh, I think Susan Smith started raising canine 2010 So there's a ton ton of classes that are available on demand and always new fresh webinars that you can be part of live, which is really exciting. </w:t>
      </w:r>
      <w:r>
        <w:br/>
      </w:r>
    </w:p>
    <w:p w:rsidR="0052274A" w:rsidRDefault="00000000">
      <w:r>
        <w:t xml:space="preserve">There are so many ways for you guys to learn about dog training if you choose to, if you want to become a dog trainer, if you want to get your toe wet, find a class that you think is interesting. There's Dog Ibox, which is another venue where it's webinars and you can watch videos and learn a lot more there and that's just to name a few. </w:t>
      </w:r>
      <w:r>
        <w:br/>
      </w:r>
    </w:p>
    <w:p w:rsidR="0052274A" w:rsidRDefault="00000000">
      <w:r>
        <w:t xml:space="preserve">There is so many different types of trainer, continuing Ed and including things like conferences. I know we don't really think about going to conferences for others, but yeah, go to a dog training conference and I keep trying to get dog trainers to go to a dog grooming conference i think that they would really benefit from seeing what dog groomers do. Just checking my time, what's my time? I don't want to. There we go all right, we're doing well. So those are some of the continuing Ed that we have available for anybody who wants to take it and a lot of owners take these too. A lot of dog owners take these. </w:t>
      </w:r>
      <w:r>
        <w:br/>
      </w:r>
    </w:p>
    <w:p w:rsidR="0052274A" w:rsidRDefault="00000000">
      <w:r>
        <w:t xml:space="preserve">And I'm also going to list here if you guys are into podcasts cause Mary of course has women, pet preneurs and the traveling groomers and I have a podcast creating great </w:t>
      </w:r>
      <w:r>
        <w:lastRenderedPageBreak/>
        <w:t xml:space="preserve">grooming dogs but if you guys are into podcasts, there are some that are awesome for dog training. The Animal Training Academy and that's Ryan Cartilage. Awesome show. Usually it's a hour every month that will come up with an episode. You don't need to be a dog trainer to listen to these guys. Get your feet wet, enjoy learning about behavior stuff, drinking from the toilet. </w:t>
      </w:r>
      <w:r>
        <w:br/>
      </w:r>
    </w:p>
    <w:p w:rsidR="0052274A" w:rsidRDefault="00000000">
      <w:r>
        <w:t xml:space="preserve">I love that name. Hannah Brand again and she is all about obedience and clicker training and she is wonderful and wonderful. Fenzy Dog Sports, I mentioned them in continuing Ed and organizations and stuff. Fenzy Dog Sports has a podcast, the Hunting Dog Podcast, if you're interested in what they're doing with hunting dogs, which for me is just purely like, I wonder how they do that you know, not interested in becoming a hunting dog person, but there's a hunting dog podcast and there is so much information in there the things that they're working on, the problems that they're having, it's really interesting and how they work through those problems. </w:t>
      </w:r>
      <w:r>
        <w:br/>
      </w:r>
    </w:p>
    <w:p w:rsidR="0052274A" w:rsidRDefault="00000000">
      <w:r>
        <w:t xml:space="preserve">It's a it's a whole other world that I wasn't even aware of until I found the Hunting Dog podcast. We have working Dog Radio they call it broadcasting the bite that's military dogs and police dogs and detection work that sometimes they're interviewing people, sometimes they're talking about how to get a dog to bite harder, how to get a dog to bite at all, which seems crazy to us as dog groomers we're like, how to get a dog to bite. </w:t>
      </w:r>
      <w:r>
        <w:br/>
      </w:r>
    </w:p>
    <w:p w:rsidR="0052274A" w:rsidRDefault="00000000">
      <w:r>
        <w:t xml:space="preserve">But The Working Dog Radio, another really interesting podcast, because it's talking about finding dogs who are willing to do that kind of work and how to work with these dogs that in pet homes can be really difficult to work with. Moving on. Fear Free has a podcast. So Fear Free Pets. They have a podcast. The Bitey End of the Dog. One of my favourites ever. </w:t>
      </w:r>
      <w:r>
        <w:br/>
      </w:r>
    </w:p>
    <w:p w:rsidR="0052274A" w:rsidRDefault="00000000">
      <w:r>
        <w:t xml:space="preserve">Michael Schicaccio often runs the Aggression and Dogs conference, which just wrapped up last month it's every year, but he has the show, The Bitey End of the Dog because his specialty is aggression. Fascinating show guys these are free resources. Free so get on there and find out what kind of podcasts are there? Do I like this stuff? Do I think this sounds interesting does it ever make me go? I wonder if I could try that with my dog, you know or are you the person who's like maybe dog training isn't for me, but I'd rather you find that out by exploring some of these free venues too. </w:t>
      </w:r>
      <w:r>
        <w:br/>
      </w:r>
    </w:p>
    <w:p w:rsidR="0052274A" w:rsidRDefault="00000000">
      <w:r>
        <w:t xml:space="preserve">But the bitey end of the dog? Awesome show because it is definitely about working aggression cases and really seeing from the owner's point of view again, dog training's all about people, but seeing from the owner's point of view, like what's happening, looking at the dog's point of view, what's happening, trying to find a solution that fits the owner's point of view and the dog's point of view. So an excellent show, and I'm going to put a shameless plug in here for the Creating Great Grooming Dogs podcast because I mix </w:t>
      </w:r>
      <w:r>
        <w:lastRenderedPageBreak/>
        <w:t xml:space="preserve">grooming and behavior specifically for teaching dogs to be good for grooming, which in dog grooming terms we usually call holistic grooming, but the dog training world calls it cooperative care. </w:t>
      </w:r>
      <w:r>
        <w:br/>
      </w:r>
    </w:p>
    <w:p w:rsidR="0052274A" w:rsidRDefault="00000000">
      <w:r>
        <w:t xml:space="preserve">And I got to say, i really prefer the term cooperative care i think it speaks more to what we're trying to teach, but just letting you know, we have all of these resources for free. So yeah, my shameless plug in there and how to find me so you can find me on Facebook this is how I meet people. Chrissy Newmeyer Smith. Also you can find creatinggreatgroomingdogs.com because my podcast is on wherever you can listen to podcasts. I also last year in August started putting it up as video. So the videos, the podcast there's some blog entries there on the.com and the blog entries include things like a safety policy that's already print ready to print for you with a cute little dog on it. </w:t>
      </w:r>
      <w:r>
        <w:br/>
      </w:r>
    </w:p>
    <w:p w:rsidR="0052274A" w:rsidRDefault="00000000">
      <w:r>
        <w:t xml:space="preserve">Lots of things on there. And then Master Groomer Behavior Specialist, which is the diploma program that I teach if you are interested you can scan the QR code also there that's my online business card and I would love to help any of you become dog trainers it's super rewarding and if anybody has questions, just hop on in. But yeah, dog training is so rewarding it is such a really fun thing to watch someone who is having trouble or a dog that was having trouble and really help them overcome it, really help them have fun together actually I'm going to move that over so you can see. </w:t>
      </w:r>
      <w:r>
        <w:br/>
      </w:r>
    </w:p>
    <w:p w:rsidR="0052274A" w:rsidRDefault="00000000">
      <w:r>
        <w:t xml:space="preserve">Also want to point out my picture over here with my guys. So I've got Brock beside me on my right, Poe is on my left. And this is during COVID where we were all kind of going stir crazy that we weren't doing stuff and I put a couple of our fly ball club T-shirts on them and posted it for our club. But you know, having fun with your pets to have two border collies who are like, you sure, let's put T-shirts on and pose right. There are just so many fun things we can be doing with our dogs. </w:t>
      </w:r>
      <w:r>
        <w:br/>
      </w:r>
    </w:p>
    <w:p w:rsidR="0052274A" w:rsidRDefault="00000000">
      <w:r>
        <w:t xml:space="preserve">And watching an owner have a breakthrough with their dog and deciding that their dog is a lot of fun is really what keeps you going. It's the dog trainer's version of the epic perfect hair, hair in every place, perfect trim, right to really be inspired, to try to help people keep their dogs in their home. So I believe that's the end of my slides if anyone wants me to go back to something, oh, that was very good thank you, Chrissy. </w:t>
      </w:r>
      <w:r>
        <w:br/>
      </w:r>
    </w:p>
    <w:p w:rsidR="0052274A" w:rsidRDefault="00000000">
      <w:r>
        <w:t xml:space="preserve">It's so much fun. Ok, so we'll give it a minute for some questions yeah i just want to make mention that the first two workshops are already up on the website as a recording in the transcript nice. The next workshop will be with Lisa Herbold she's going to talk about Pet sitting good. I'm just moving back to Fly ball we're going to wait for. No we went over to the website Raising Canine to check and yeah, read stuff on that website too yeah yeah, absolutely absolutely i feel like she's been around since about 2010 Yeah, probably i </w:t>
      </w:r>
      <w:r>
        <w:lastRenderedPageBreak/>
        <w:t xml:space="preserve">launched Positive Ed in 2011 not the way it is today, but yeah. </w:t>
      </w:r>
      <w:r>
        <w:br/>
      </w:r>
    </w:p>
    <w:p w:rsidR="0052274A" w:rsidRDefault="00000000">
      <w:r>
        <w:t xml:space="preserve">So she's got a lot of stuff up there. Yeah yeah. Yeah, absolutely. And there's so many resources. You know, there's so many different things to do and to see and to learn about. Yeah so in podcast, I just want to say free education there is so much free education out there. And podcast is simply one of those avenues of free education yeah all right is it possible to be a virtual dog trainer? Your teaching is mainly done via zoom, phone calls, etcetera. </w:t>
      </w:r>
      <w:r>
        <w:br/>
      </w:r>
    </w:p>
    <w:p w:rsidR="0052274A" w:rsidRDefault="00000000">
      <w:r>
        <w:t xml:space="preserve">Yeah, I just saw that yes, it is, absolutely and a lot of dog trainers had to make that pivot during COVID. And what we found was that it expanded your zone. You know, I know myself, I had a number of people that we were like, OK, where are you going to set up your camera or cameras so that we can observe what you're doing with your dog can you walk me around over to your side yard can you show me, like, what the problem is? Definitely something that you can do online. </w:t>
      </w:r>
      <w:r>
        <w:br/>
      </w:r>
    </w:p>
    <w:p w:rsidR="0052274A" w:rsidRDefault="00000000">
      <w:r>
        <w:t xml:space="preserve">It's a little bit more of a specialty. And that's cool, right so Yep, definitely can. And I'm just, you know, like I said, leaving the fly ball on because I can. Ok, so I'm going to stop the recording now. All right, well, enjoy everybody and find me if you want any. </w:t>
      </w:r>
      <w:r>
        <w:br/>
      </w:r>
    </w:p>
    <w:sectPr w:rsidR="0052274A"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5452" w:rsidRDefault="00F15452">
      <w:pPr>
        <w:spacing w:after="0" w:line="240" w:lineRule="auto"/>
      </w:pPr>
      <w:r>
        <w:separator/>
      </w:r>
    </w:p>
  </w:endnote>
  <w:endnote w:type="continuationSeparator" w:id="0">
    <w:p w:rsidR="00F15452" w:rsidRDefault="00F15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274A" w:rsidRDefault="00000000">
    <w:pPr>
      <w:pStyle w:val="Footer"/>
      <w:jc w:val="center"/>
    </w:pPr>
    <w:r>
      <w:t xml:space="preserve">Page </w:t>
    </w:r>
    <w:r>
      <w:fldChar w:fldCharType="begin"/>
    </w:r>
    <w:r>
      <w:instrText>PAGE</w:instrText>
    </w:r>
    <w:r w:rsidR="00290191">
      <w:fldChar w:fldCharType="separate"/>
    </w:r>
    <w:r w:rsidR="00290191">
      <w:rPr>
        <w:noProof/>
      </w:rPr>
      <w:t>1</w:t>
    </w:r>
    <w:r>
      <w:fldChar w:fldCharType="end"/>
    </w:r>
    <w:r>
      <w:t>/</w:t>
    </w:r>
    <w:r>
      <w:fldChar w:fldCharType="begin"/>
    </w:r>
    <w:r>
      <w:instrText>NUMPAGES</w:instrText>
    </w:r>
    <w:r w:rsidR="00290191">
      <w:fldChar w:fldCharType="separate"/>
    </w:r>
    <w:r w:rsidR="002901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5452" w:rsidRDefault="00F15452">
      <w:pPr>
        <w:spacing w:after="0" w:line="240" w:lineRule="auto"/>
      </w:pPr>
      <w:r>
        <w:separator/>
      </w:r>
    </w:p>
  </w:footnote>
  <w:footnote w:type="continuationSeparator" w:id="0">
    <w:p w:rsidR="00F15452" w:rsidRDefault="00F154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9840603">
    <w:abstractNumId w:val="8"/>
  </w:num>
  <w:num w:numId="2" w16cid:durableId="115343625">
    <w:abstractNumId w:val="6"/>
  </w:num>
  <w:num w:numId="3" w16cid:durableId="1622106137">
    <w:abstractNumId w:val="5"/>
  </w:num>
  <w:num w:numId="4" w16cid:durableId="2143114453">
    <w:abstractNumId w:val="4"/>
  </w:num>
  <w:num w:numId="5" w16cid:durableId="618149924">
    <w:abstractNumId w:val="7"/>
  </w:num>
  <w:num w:numId="6" w16cid:durableId="2027098933">
    <w:abstractNumId w:val="3"/>
  </w:num>
  <w:num w:numId="7" w16cid:durableId="1654026943">
    <w:abstractNumId w:val="2"/>
  </w:num>
  <w:num w:numId="8" w16cid:durableId="461309692">
    <w:abstractNumId w:val="1"/>
  </w:num>
  <w:num w:numId="9" w16cid:durableId="582109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0191"/>
    <w:rsid w:val="0029639D"/>
    <w:rsid w:val="00326F90"/>
    <w:rsid w:val="0052274A"/>
    <w:rsid w:val="00AA1D8D"/>
    <w:rsid w:val="00B47730"/>
    <w:rsid w:val="00CB0664"/>
    <w:rsid w:val="00F1545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B1ECB9F6-5A66-0547-ACB5-06C86B8AA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8082</Words>
  <Characters>46071</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54045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2023-10-22T20:44:00Z</dcterms:created>
  <dcterms:modified xsi:type="dcterms:W3CDTF">2023-10-22T20:44:00Z</dcterms:modified>
  <cp:category/>
</cp:coreProperties>
</file>