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2C55" w:rsidRDefault="00000000">
      <w:pPr>
        <w:pStyle w:val="Title"/>
      </w:pPr>
      <w:r>
        <w:t>Bad Dogs Deserve To Be Cute</w:t>
      </w:r>
    </w:p>
    <w:p w:rsidR="00A02C55" w:rsidRDefault="00A02C55"/>
    <w:p w:rsidR="00A02C55" w:rsidRDefault="00000000">
      <w:r>
        <w:rPr>
          <w:b/>
        </w:rPr>
        <w:t>Date</w:t>
      </w:r>
      <w:r>
        <w:t xml:space="preserve">    2023-11-28</w:t>
      </w:r>
    </w:p>
    <w:p w:rsidR="00A02C55" w:rsidRDefault="00A02C55"/>
    <w:p w:rsidR="00A02C55" w:rsidRDefault="00000000">
      <w:r>
        <w:t xml:space="preserve">Everybody, welcome to the last session of the Positive Educational Training, Behavior and Handling Summit we are finishing up the summit with Marky James and bad dogs deserve to be cute too. All yours, Marky. Thank you very much, Mary i appreciate it i am honored to be here and to be able to share this with everybody it's one of my favorite classes to teach. Usually I do an opening with, you know, like questions or where people are from but this is my first virtual teaching, so bear with me but I think it'll be a fun, educational thing and so hopefully my two goals are always to one teaching for people to have fun and to learn at least one thing. </w:t>
      </w:r>
      <w:r>
        <w:br/>
      </w:r>
    </w:p>
    <w:p w:rsidR="00A02C55" w:rsidRDefault="00000000">
      <w:r>
        <w:t xml:space="preserve">So hopefully we'll get that, you know, squared away really quick. I usually just breeze over this stuff because you know, I'm not important the knowledge is. But my name is Marky James i am from North Carolina and I like to warn people that I am Southern, so sometimes the Southern slips out a little bit when I get talking fast so I am sorry if it does, but I have been a member of team All for groomers for probably close to a year now and they're amazing people. I'm a member of the NDGAA and I don't even think I put it on there, but I recently did my certification in non sporting through them so I am certified in that and I'm pursuing the others. </w:t>
      </w:r>
      <w:r>
        <w:br/>
      </w:r>
    </w:p>
    <w:p w:rsidR="00A02C55" w:rsidRDefault="00000000">
      <w:r>
        <w:t xml:space="preserve">I've been grooming forever 15 years. I feel super old. I feel like I'm 60 but I recently celebrated my five year anniversary with my salon i opened it in 2018 and it's been going now really well i have six employees and we've just been growing and I started home based. I will more like a house call then home based then storefront and it's just gone crazy. Let's see, I like to compete. I do competition grooming as well as show my poodle, my mini poodle at AKC and UKC and we did fast cat and I want to expand into more dog sports so I want to do all the things with all the dogs. </w:t>
      </w:r>
      <w:r>
        <w:br/>
      </w:r>
    </w:p>
    <w:p w:rsidR="00A02C55" w:rsidRDefault="00000000">
      <w:r>
        <w:t xml:space="preserve">But I am especially known for handling difficult dogs. I call them bad dogs, quote unquote bad. I don't think any of them are really that bad you know, you have some special scenarios I would say, but especially the ones that we see in the salon day-to-day they're not bad dogs they're just don't understand or they're scared and they need the training and the nurturing. Let's see. Oh, and I always forget about it i did win up and coming speaker of the year at the Barclay Honors Awards this past September. </w:t>
      </w:r>
      <w:r>
        <w:br/>
      </w:r>
    </w:p>
    <w:p w:rsidR="00A02C55" w:rsidRDefault="00000000">
      <w:r>
        <w:lastRenderedPageBreak/>
        <w:t xml:space="preserve">So I say a huge thank you to all of my students and I love teaching i have a love for teaching, a passion for it. I would not be where I am today without great teachers, so I would love to pass that on when and however I can so thanks again to Mary for these opportunities to get education out to everyone and make it a little more accessible. But to begin with, bad dogs deserve to be cute too. What we will cover. So categories of bad dogs and these categories are how I categorize them, how I analyze the situation and figure out what avenue and how to handle these dogs. </w:t>
      </w:r>
      <w:r>
        <w:br/>
      </w:r>
    </w:p>
    <w:p w:rsidR="00A02C55" w:rsidRDefault="00000000">
      <w:r>
        <w:t xml:space="preserve">I touch on physical conditions and anatomy to keep in mind tools and when to use them and how I like to use them that may not be exactly how you use them, but sometimes you know, grooming most of us groomers will know that we have to think on our toes and every dog is a different experience and a different challenge and a different, you know, every grooming session is different and so we have to be able to adapt and evolve with every single one. I know the haircuts can be repetitive you know, summertime here it's number five teddy bear head shave trim tail ears, number five teddy bear head trim tail ears, you know and but the situations with each pet is different. </w:t>
      </w:r>
      <w:r>
        <w:br/>
      </w:r>
    </w:p>
    <w:p w:rsidR="00A02C55" w:rsidRDefault="00000000">
      <w:r>
        <w:t xml:space="preserve">Let's see, molding your trims and that's kind of a term that I kind of talk about and I'll discuss with you speaking to your clients and when to just say no and that's a difficult one for us. I am definitely one of those that it's a hard thing for me to just say no to things i like to make everybody happy, but it is there are times for it. </w:t>
      </w:r>
      <w:r>
        <w:br/>
      </w:r>
    </w:p>
    <w:p w:rsidR="00A02C55" w:rsidRDefault="00000000">
      <w:r>
        <w:t xml:space="preserve">Categories of bad dogs, quote unquote. So I put dogs into two categories just for my way of approaching them. So the first category is predictable and that's how it's not necessarily the dog is a predictable dog, it's what the dog likes. So they're going to enjoy and thrive off of that routine. We're going to keep every scenario as similar as possible each session, even down to minor details like what dryer you use i have some dogs and I'll have examples in here and I'll show you that, you know, I wash the dog with the same tub, the same setup, the towels are set up the same, like in the same position. </w:t>
      </w:r>
      <w:r>
        <w:br/>
      </w:r>
    </w:p>
    <w:p w:rsidR="00A02C55" w:rsidRDefault="00000000">
      <w:r>
        <w:t xml:space="preserve">So every movement that I do, every sound, every noise, that dog knows what's coming next. Therefore, they're not going to be as afraid. They are going to have that confidence of knowing, OK, I kind of know what's going to happen i'm not afraid of the unknown. So let me oh, and I just realized I can get the chat and see it. </w:t>
      </w:r>
      <w:r>
        <w:br/>
      </w:r>
    </w:p>
    <w:p w:rsidR="00A02C55" w:rsidRDefault="00000000">
      <w:r>
        <w:t xml:space="preserve">Awesome OK, sorry. So like I said, it's my first live webinar, so I definitely want to not miss anything for anyone. So and I even get down to the dryer that I'm going to use and the station that I use, I have drying tables i have three in my salon and I will go to the same exact dryer, same exact table, because, you know, we may not be able to hear the difference in the motors in the dryers that we're using, but dogs certainly do. They can tell when a </w:t>
      </w:r>
      <w:r>
        <w:lastRenderedPageBreak/>
        <w:t xml:space="preserve">machine is working and which machine is working. </w:t>
      </w:r>
      <w:r>
        <w:br/>
      </w:r>
    </w:p>
    <w:p w:rsidR="00A02C55" w:rsidRDefault="00000000">
      <w:r>
        <w:t xml:space="preserve">So I'm trying to keep that environment as similar as possible every scenario, every session. Just like think of it like the scientific theory and the scientific approach testing theories. You want to have constants and get rid of as many variables as possible so for them to be more confident in themselves we want to be similar. Typically one pet works on the pet or one person works on the pet every time the entire groom. I do employ A bather and she will wash and blow dry dogs for us but certain dogs, certain cases I'm like Nope, I got it that way you start that bond and that relationship with the dog. </w:t>
      </w:r>
      <w:r>
        <w:br/>
      </w:r>
    </w:p>
    <w:p w:rsidR="00A02C55" w:rsidRDefault="00000000">
      <w:r>
        <w:t xml:space="preserve">You want to work on that relationship and build a bridge of bridge of trust with each dog that you work on, especially when you're in these situations because trust and foundation and confidence is what a lot of these dogs will need. So I will categorize how I'm going to approach the dog as predictable in this scenario. And what I like to say is if you'd say dog that it's your first time grooming them and you're assessing the behavior. I typically will tell them to not give any sedatives, not give any medications unless you know like heart medication but like those kind of medications. Because I want to be able to assess where we're at. </w:t>
      </w:r>
      <w:r>
        <w:br/>
      </w:r>
    </w:p>
    <w:p w:rsidR="00A02C55" w:rsidRDefault="00000000">
      <w:r>
        <w:t xml:space="preserve">And that first session is going to be a predictable session or an unpredictable session rather because it's going to be very new to the pet. And then your second session and I discuss all of this with the owners when I talking to clients, I'll dabble in that a little more, but I tell them to set up and how things are going to go. But I like to the second session is also there's going to be your predictable and see how the pet reacts to doing the same thing and the repetition and see if we need to evolve from and adapt with that. </w:t>
      </w:r>
      <w:r>
        <w:br/>
      </w:r>
    </w:p>
    <w:p w:rsidR="00A02C55" w:rsidRDefault="00000000">
      <w:r>
        <w:t xml:space="preserve">This is part of my predictable grooming. I just like to put it on here after 15 years of grooming in various different situations house call home base salon mom and pop corporate i vet everything as other than mobile i have not gotten to do mobile i want to dabble in that but I haven't gotten a chance to. But after 15 years of dealing with pets and getting the kind of grooming order right and my method, this is how what I've come up with. So my grooming order, I like to do it in this order because a few different things this is and this is after I've washed, blow dried and gotten the dog to the table and this is also for Sid scenario say the dog is not matted it's not, you know, in a certain condition where I would have to vary from this method, but I go through thoroughly brush and comb and a great groomer, gosh, I can't even remember the name but teaching a class, If you can't, Judy Hudson, if you cannot get a comb through your entire pet, then you haven't brushed it enough and I mean like elbows, underarms everywhere eyes, eye boogies, all that stuff, you know, get make sure it's all out i make sure eye boogies are out in the bathtub because that is your foundation to a great groom. </w:t>
      </w:r>
      <w:r>
        <w:br/>
      </w:r>
    </w:p>
    <w:p w:rsidR="00A02C55" w:rsidRDefault="00000000">
      <w:r>
        <w:lastRenderedPageBreak/>
        <w:t xml:space="preserve">Your prep work I talk about in another class I teach prep work makes the dream work. So we're going to definitely talk, you know, want to do that. But I shave the paw pad, scoop, eyes if needed, shave sanitary trimmer, file nails, start main Clipper work, shave neck area, trim or set in the head, Clean ears start scissor work. And I always start scissor work with my face and ears. And I usually when I'm teaching this I ask the crowd why do you think that is? But the reason for that is 2 reasons. </w:t>
      </w:r>
      <w:r>
        <w:br/>
      </w:r>
    </w:p>
    <w:p w:rsidR="00A02C55" w:rsidRDefault="00000000">
      <w:r>
        <w:t xml:space="preserve">If they come to pick up fluffy early and I've done everything but the head, how do you think that face is going to turn out, especially on a difficult dog. So that way I can get that done. My second reason is I'll finish the body and then I'll look at the face and go. If that looks awful, let me fix this because I always second guess myself and want to make sure that I give that finished product, especially the face, to be a very nice finished product and that's the first thing the owner sees they want to see a nice cute face. </w:t>
      </w:r>
      <w:r>
        <w:br/>
      </w:r>
    </w:p>
    <w:p w:rsidR="00A02C55" w:rsidRDefault="00000000">
      <w:r>
        <w:t xml:space="preserve">So as long as the dog allows it i try to get that done first, but also, let's see scissor, blend legs, body, tail go back overhead body to fix mistakes what may have been missed finalize the groom i like taking photos not everybody does, But this order that I do this method, it also sets you up to where you look at all four feet three different times, which in turn you're not going to forget to shave a paw pad, you're not going to forget to trim a set of nails. </w:t>
      </w:r>
      <w:r>
        <w:br/>
      </w:r>
    </w:p>
    <w:p w:rsidR="00A02C55" w:rsidRDefault="00000000">
      <w:r>
        <w:t xml:space="preserve">But also, if it's a dog that is reactive for his feet, if you it, you can split up how much you're messing with the feet. Some dogs, they like to just get, you get, have you get it done and over with, cool, let's get it all done all at the same time. But some dogs, if you mess with their feet a little bit, they'll tolerate it and then go to something else, mess with their feet a little bit and then they'll tolerate it and you can get this done safely and happily. </w:t>
      </w:r>
      <w:r>
        <w:br/>
      </w:r>
    </w:p>
    <w:p w:rsidR="00A02C55" w:rsidRDefault="00000000">
      <w:r>
        <w:t xml:space="preserve">Let's see not predictable. This is the different, the other way that I like to approach grooms and grooming sessions but your first grooming session will always be a not predictable scenario, because like I said, the dog will not know exactly what's going to happen, what's going on. But you're going to set up that foundation to make the next session a predictable and then assess how the dog reacts to that. I have few dogs that they thrive off unpredictability like I'll take a dog and I'll trim its nails in the tub instead of on the table. Or, you know, I'll just sit on the floor and do it, you know, or, you know, write at check in you get on my table instead of going back to the tub 1st. </w:t>
      </w:r>
      <w:r>
        <w:br/>
      </w:r>
    </w:p>
    <w:p w:rsidR="00A02C55" w:rsidRDefault="00000000">
      <w:r>
        <w:t xml:space="preserve">And it kind of just like makes them go, oh, I wasn't expecting that i didn't have that anticipation and the anxiety of that's going to happen oh crap i'm up to this level now, so they don't they're starting here, you know, and not getting to that level and you get the hard stuff done first. But I have set up these sessions. I split them up to give ample breaks, and </w:t>
      </w:r>
      <w:r>
        <w:lastRenderedPageBreak/>
        <w:t xml:space="preserve">I've even had some dogs that say they're not feeling well and they're just having a hard day. </w:t>
      </w:r>
      <w:r>
        <w:br/>
      </w:r>
    </w:p>
    <w:p w:rsidR="00A02C55" w:rsidRDefault="00000000">
      <w:r>
        <w:t xml:space="preserve">I'll have owners bring them back in a few days and I will finish them up and whatever works to make the pet happy, healthy and have a good time and get a good haircut and maintained. Let's see physical conditions and anatomy. And I like to go over these mostly because, you know, sometimes we can forget to consider these issues and these problems. And also we forget to ask that the parents like we'll ask them, hey, do you have any health or behavioral issues we need to know about? And nine times out of 10, they'll just skim over it. </w:t>
      </w:r>
      <w:r>
        <w:br/>
      </w:r>
    </w:p>
    <w:p w:rsidR="00A02C55" w:rsidRDefault="00000000">
      <w:r>
        <w:t xml:space="preserve">And then I've had some clients come in and I'll be like, well, Fluffy didn't like XYZ and they go, Oh yeah, because she has arthritis. Well, you didn't tell me in the beginning. So I like to remind people and we think about these things and so we can ask a little bit more in depth. So typically I will ask, I will say, does Fluffy have any health or behavioral issues I need to know about and if they skip over and say, Oh no, and I usually like to list out like any dental issues, age, any previous injuries, surgeries, pregnant, nursing, because I have had so many people think that, oh, my dog's due in six days, let me just go get her groomed. </w:t>
      </w:r>
      <w:r>
        <w:br/>
      </w:r>
    </w:p>
    <w:p w:rsidR="00A02C55" w:rsidRDefault="00000000">
      <w:r>
        <w:t xml:space="preserve">And they don't like to tell us. So kind of expanding that conversation with your client is a good way to keep these things in mind. I like to show this. A lot of people will show you the anatomy as in the bone structure of a pet. A lot of us will see that even in our books that show us how to do the haircuts, cause a lot of haircuts and are set up based off of structure. But I like to show also the inner anatomy of where everything is and where to consider, just to keep that in mind of, you know, especially when you're restraining less restraint the better for me, I'm not a full on no restraint but I feel like if you have to strap a dog in more than jet fighters strap themselves into a chair, then it's probably not you know, the way we need to do this. </w:t>
      </w:r>
      <w:r>
        <w:br/>
      </w:r>
    </w:p>
    <w:p w:rsidR="00A02C55" w:rsidRDefault="00000000">
      <w:r>
        <w:t xml:space="preserve">So, but keeping I like to remind people of to keep in mind where certain pieces and certain things are on a pet while grooming. Let's see. </w:t>
      </w:r>
      <w:r>
        <w:br/>
      </w:r>
    </w:p>
    <w:p w:rsidR="00A02C55" w:rsidRDefault="00000000">
      <w:r>
        <w:t xml:space="preserve">Tools and when to use them. So this is a long list some of these things, I don't use them exactly how they're supposed to be used. I am under the thought of there are tools out there on the market for a reason and nothing is you know you shouldn't use. I will kennel dry a dog if it is a safe option. You know I would much rather fluff dry hand fluff dry every single dog that comes into my salon, but some dogs just aren't going to tolerate it and not have a good time. Health issues, stress levels, you know, those kinds of things I like to keep in mind so I will fluff or I will kennel dry a dog, you know, and I don't look down on that whatsoever will it kind of impact my quality possibly, yes. </w:t>
      </w:r>
      <w:r>
        <w:br/>
      </w:r>
    </w:p>
    <w:p w:rsidR="00A02C55" w:rsidRDefault="00000000">
      <w:r>
        <w:lastRenderedPageBreak/>
        <w:t xml:space="preserve">But is it going to positively impact, you know, that dog's experience with that session and us getting things done in a safe manner? Yes. So I'm more than willing to do that. I typically don't use traditional muzzles in my salon i have them. I have probably used one in the last five years typically don't feel like i feel as though if you put one of those on you're going to get a dog already at a high anxiety level, stress level. </w:t>
      </w:r>
      <w:r>
        <w:br/>
      </w:r>
    </w:p>
    <w:p w:rsidR="00A02C55" w:rsidRDefault="00000000">
      <w:r>
        <w:t xml:space="preserve">But I have them in my salon because there is a time and place for those kind of tools. I typically use E collars and pole extenders a lot. Pole extenders are those things that attach to the loop here and attach to the pole. I have a type that I will show that I prefer if anyone wants to know where I got it, I will say it i think at the end because most of the time when I teach these seminars you're not supposed to be talking about certain brands, but I will suggest and say what I use at the end if anyone let me interrupt. </w:t>
      </w:r>
      <w:r>
        <w:br/>
      </w:r>
    </w:p>
    <w:p w:rsidR="00A02C55" w:rsidRDefault="00000000">
      <w:r>
        <w:t xml:space="preserve">I do not have a problem with you mentioning specific brands awesome that is great i usually try to abide by those rules, but this place Awesome i will definitely let you guys know where I got it, who I got it from and why I use that specific thing versus other brands that are out there and I won't name names on the brands I don't like i just will tell you what I do like air muzzles i have a couple different types i'll show you Combs. </w:t>
      </w:r>
      <w:r>
        <w:br/>
      </w:r>
    </w:p>
    <w:p w:rsidR="00A02C55" w:rsidRDefault="00000000">
      <w:r>
        <w:t xml:space="preserve">I'll tell you exactly how I use those table mats, ball tips, shears. If I were to tell you to buy anything out of this would be in my top three my ball tip shears. I learned with ball tip shears how to groom because I was a nervous Nelly, but I don't know how many times I'll just joke with the dog, you know of course they don't know what I'm saying, but I'll say, oh, you're making me bring out my preschool shears. </w:t>
      </w:r>
      <w:r>
        <w:br/>
      </w:r>
    </w:p>
    <w:p w:rsidR="00A02C55" w:rsidRDefault="00000000">
      <w:r>
        <w:t xml:space="preserve">But it has saved my butt so many times and I'm able to get things done safely rather than poking and stabbing and stuff so I highly suggest keeping that in your arsenal i call it an arsenal all of our tools are our arsenal and we want to arm ourselves for any situation. So that is in one of my top three for sure. Hammocks, belly bands, distractions, quiet time play pens, and then manual nail files these are all kinds of things that I have used in scenarios with difficult dogs or bad dogs. E collars i keep multiple styles, even the cat air muzzle. I like this one I got a few years ago from at one of the shows. </w:t>
      </w:r>
      <w:r>
        <w:br/>
      </w:r>
    </w:p>
    <w:p w:rsidR="00A02C55" w:rsidRDefault="00000000">
      <w:r>
        <w:t xml:space="preserve">Pet Store Direct I want to say had those. They're great, they're cheap. I have two or three on hand, but I also keep. This type of muzzle I or muzzle air muzzle or E collar I keep this type but I have a few that are like this big and I always like to ask the crowd, why do you think I have a few of those? Well, yes, for like teeny tiny dogs, but typically I won't use it on puppies or anything, but I like to take them, turn them upside down and put them on my top of my loop behind the head and in front of them. </w:t>
      </w:r>
      <w:r>
        <w:br/>
      </w:r>
    </w:p>
    <w:p w:rsidR="00A02C55" w:rsidRDefault="00000000">
      <w:r>
        <w:lastRenderedPageBreak/>
        <w:t xml:space="preserve">So when they try to chew my equipment, they're chewing that versus something that's pivotal and integral to me getting their groom accomplished or and or not hurting themselves. Like I said here can also be used various types i prefer the Velcro to the snap on ones just because snaps especially if you've got a skittish dog and then getting them on and off it's just, you know, a little scarier when you can kind of slowly take this off versus that. </w:t>
      </w:r>
      <w:r>
        <w:br/>
      </w:r>
    </w:p>
    <w:p w:rsidR="00A02C55" w:rsidRDefault="00000000">
      <w:r>
        <w:t xml:space="preserve">I have a dog, Henry. He is a doodle and he has takes medication for stroke and strokes he has had a lot of brain issues, so he gets stressed with his nails and I don't want to get him to that point where he's bucking and flailing so I do his nails with manual nail files. Does it hurt my hands? Yes but I am able to accomplish what needs to be done for the poor boy and keeping him happy and healthy. </w:t>
      </w:r>
      <w:r>
        <w:br/>
      </w:r>
    </w:p>
    <w:p w:rsidR="00A02C55" w:rsidRDefault="00000000">
      <w:r>
        <w:t xml:space="preserve">So this is something I like to keep in my arsenal. For puppies you know the first introductory senior citizens and then dogs that just have health issues and are scared of the noise of a Dremel you can still get the similar effect of a Dremel, but using these tools. </w:t>
      </w:r>
      <w:r>
        <w:br/>
      </w:r>
    </w:p>
    <w:p w:rsidR="00A02C55" w:rsidRDefault="00000000">
      <w:r>
        <w:t xml:space="preserve">Comb, it's a good distraction. I use it to distract and rub on heads and then also I like to a comb my combination of my comb and my preschool ball tip shears and I will put the comb on the hair, kind of like a hair stylist where they'll have the hair combed and they'll have their hand holding it and then trim so that they're having a barrier of where, how far they're going to cut i will use the comb instead because I don't want my hand bit too much. </w:t>
      </w:r>
      <w:r>
        <w:br/>
      </w:r>
    </w:p>
    <w:p w:rsidR="00A02C55" w:rsidRDefault="00000000">
      <w:r>
        <w:t xml:space="preserve">And I will have that and then I will go and trim the hair because which one would you rather a dog chew on or bite at a comb or your shears? So I typically will use that in certain situations to get the pet's face done. </w:t>
      </w:r>
      <w:r>
        <w:br/>
      </w:r>
    </w:p>
    <w:p w:rsidR="00A02C55" w:rsidRDefault="00000000">
      <w:r>
        <w:t xml:space="preserve">My ball tip shears I can sing the praises. This pair that you see here are easily over 20 years old. I got it from the my mentor who taught whom taught me a long time ago and she had used them for several years. But these are my handy dandy, trusty Dusty's Oldie Goldie's I highly suggest them get you a good set these are curved. I like the curved ones just because it's easier to do faces with but you can get some straight ball tip shears as well. </w:t>
      </w:r>
      <w:r>
        <w:br/>
      </w:r>
    </w:p>
    <w:p w:rsidR="00A02C55" w:rsidRDefault="00000000">
      <w:r>
        <w:t xml:space="preserve">Here is the pole extender I got this is from groom loop. She is on Etsy she is amazing she is such a sweet lady because she also you can ask for custom orders she made me some awesome paracord holders for my tubs because my tubs only had like 2 places in each one to hook dogs and so I asked her to make one that had hold like places to connect and she made it, you know? But why I personally love this setup more than the other ones on the market is because there's a lot more safety measures so I typically will attach this to a quick </w:t>
      </w:r>
      <w:r>
        <w:lastRenderedPageBreak/>
        <w:t xml:space="preserve">release at the top of my pole. </w:t>
      </w:r>
      <w:r>
        <w:br/>
      </w:r>
    </w:p>
    <w:p w:rsidR="00A02C55" w:rsidRDefault="00000000">
      <w:r>
        <w:t xml:space="preserve">This is locking, but then I also have this option here to snap that off if we need to quickly. This is where it attaches to the pole and it has that same option as well so say you just the dog gets upset and is flipping around. You don't want it to hurt himself you can easily unattach here along with there and there, but if they're biting your hand does not have to be in closer proximity to get this off. </w:t>
      </w:r>
      <w:r>
        <w:br/>
      </w:r>
    </w:p>
    <w:p w:rsidR="00A02C55" w:rsidRDefault="00000000">
      <w:r>
        <w:t xml:space="preserve">But then also this is not stationary on the pole, so it can go slide up and down with the pet. So they have a little more leeway, a little more room for the breathing and there's nothing, you know, choking them and then also they're not static to one spot it can move with them and they have a little more freedom of movement, noticing that, you know, their neck, their spine, everything is in a little bit more of an alignment instead of where we're tacking them down to. So this is my setup that I absolutely love. Groom loop on Etsy. Tell her I sent you because i love her products she takes feedback and yes, you can get these loops in Biothane and I have this in Biothane as well along with what's in my tubs i use all of her stuff in my bathtubs because it's easier to sanitize and we want to be sanitary for sure. </w:t>
      </w:r>
      <w:r>
        <w:br/>
      </w:r>
    </w:p>
    <w:p w:rsidR="00A02C55" w:rsidRDefault="00000000">
      <w:r>
        <w:t xml:space="preserve">Approach and holding techniques. Usually this is where I bring out my demo dog, which is an inflatable Dalmatian and I usually ask everyone to name it for me. So I've gotten anything from Spot to Alfred to Daisy so but this time, let's see oh, I'll do this first sorry, I got to get used to the I switched things up. So my good friend Kelsey and Sexton, I'll get to the demo in just a second but Kelsey and Sexton, what she likes to say, and we chat a lot, Dead flowers never bloom. </w:t>
      </w:r>
      <w:r>
        <w:br/>
      </w:r>
    </w:p>
    <w:p w:rsidR="00A02C55" w:rsidRDefault="00000000">
      <w:r>
        <w:t xml:space="preserve">I'm sure other people have said it, but she likes to say it and i enjoy that quote. And what it really means is for me the approach on how you're going to handle your day and how you're thinking about your day. Say you see Fluffy on your schedule a week from now and you know the Fluffy is difficult. You know, it's a hard time if you're worrying and waiting and saying things to yourself internally, externally. </w:t>
      </w:r>
      <w:r>
        <w:br/>
      </w:r>
    </w:p>
    <w:p w:rsidR="00A02C55" w:rsidRDefault="00000000">
      <w:r>
        <w:t xml:space="preserve">I really don't want to do fluffy is so difficult oh, I don't want to deal with this it's going to be so hard versus, you know, maybe this time's going to be better next or last session we got XYZ done versus what we normally do let's focus on the positive. You're going to set yourself up for a better time for you and the pet. And I am a firm believer in that pet can feel, it can feel whether you want to be there or not or want to deal with them or not. </w:t>
      </w:r>
      <w:r>
        <w:br/>
      </w:r>
    </w:p>
    <w:p w:rsidR="00A02C55" w:rsidRDefault="00000000">
      <w:r>
        <w:t xml:space="preserve">So I always say you know taking a positive approach and I know it's not easy it's there's days where I have a hard time taking a positive approach with seeing my schedule and </w:t>
      </w:r>
      <w:r>
        <w:lastRenderedPageBreak/>
        <w:t xml:space="preserve">knowing how difficult it's going to be. But I tell myself to do it anyways. And I also another little tip i like to tell people I will. I don't know the exact statistics, but if you even if you put a fake smile, it creates endorphins your body you can trick your body into it. </w:t>
      </w:r>
      <w:r>
        <w:br/>
      </w:r>
    </w:p>
    <w:p w:rsidR="00A02C55" w:rsidRDefault="00000000">
      <w:r>
        <w:t xml:space="preserve">So I will have Fluffy in a kennel or a playpen and go up to him and be like, hey Fluffy, we're going to have a good day today, aren't we we're going to try our best we're going to try our hardest to have a good day and to accomplish the goals that we are setting for today, aren't we you know, And so I will talk to myself and talk to Fluffy the same way so that we can both bloom the way we're supposed to. </w:t>
      </w:r>
      <w:r>
        <w:br/>
      </w:r>
    </w:p>
    <w:p w:rsidR="00A02C55" w:rsidRDefault="00000000">
      <w:r>
        <w:t xml:space="preserve">And this is really, you know, changing how you speak about the groom will assist in a better final product. Can help be more confident in yourself and the pet can be more confident because you know they can feel it. </w:t>
      </w:r>
      <w:r>
        <w:br/>
      </w:r>
    </w:p>
    <w:p w:rsidR="00A02C55" w:rsidRDefault="00000000">
      <w:r>
        <w:t xml:space="preserve">Do so here is my whole techniques. So I borrowed my son's handy dandy pug stuffed pug so we can come up with a name for him. If we want we can jazzy we'll say this is jazzy because we all know or a lot of us know Jazzy. If not, you need to meet and see Jazzy she's awesome, she is adorable and PJ but this is a hold technique that was taught to me by a by a vet assistant, a vet tech long time ago and it has helped me so many times. It's a proper way to hold them with leaving their air airway open and free, and you're able to access all four feet and the face at the same time without having too much restraint. </w:t>
      </w:r>
      <w:r>
        <w:br/>
      </w:r>
    </w:p>
    <w:p w:rsidR="00A02C55" w:rsidRDefault="00000000">
      <w:r>
        <w:t xml:space="preserve">So take your hand, your first hand. You're going to open it and you're, I always say you're going to make a cage. We're not going to be gripping the leg we're not going to be pulling the leg we're not going to be jerking it up we're just going to hover around the leg. I know this is hard to explain, but we're going to make a cage around it like so and we're going to go into the leg that is opposite of us so the leg that's going to be against our chest or wherever we're going to be holding and you can hold small dogs and bigger dogs the same way, just you adapt by having them still on the table versus you just holding them. </w:t>
      </w:r>
      <w:r>
        <w:br/>
      </w:r>
    </w:p>
    <w:p w:rsidR="00A02C55" w:rsidRDefault="00000000">
      <w:r>
        <w:t xml:space="preserve">So we're going to take and the opposite leg that will be closer to your chest we're going to make that cage around where the elbow is. Then we're going to like so and we're going to have the dog like this and their back end will be supported. You can also modify it by having this back leg here over your leg. So that one leg is it's straddling your arm so there's plenty of support for those longer dogs like dachshunds. </w:t>
      </w:r>
      <w:r>
        <w:br/>
      </w:r>
    </w:p>
    <w:p w:rsidR="00A02C55" w:rsidRDefault="00000000">
      <w:r>
        <w:t xml:space="preserve">And then you're going to take your other hand. </w:t>
      </w:r>
      <w:r>
        <w:br/>
      </w:r>
    </w:p>
    <w:p w:rsidR="00A02C55" w:rsidRDefault="00000000">
      <w:r>
        <w:lastRenderedPageBreak/>
        <w:t xml:space="preserve">And it's hard to see, but you're going to put their nose even like a brachycephalic breeds. We're going to put them in the crook of your elbow, just the chin, so that when you lift up, the neck is completely open nothing is pushing on that so that they're there and then you're going to take this hand and you're going to gently place it right behind the head. That basically creates A cradle. And I have a lot of dogs that they just, oh, and they're like, all right, this is what we're doing and so there are legs, nails, feet, all of that can be accessed and then also with this hand that's behind the head, especially those brachiosphallic breeds that have the smooshed nose, you can take this hand and gently pull the skin a little bit and you can get in here a little bit better. </w:t>
      </w:r>
      <w:r>
        <w:br/>
      </w:r>
    </w:p>
    <w:p w:rsidR="00A02C55" w:rsidRDefault="00000000">
      <w:r>
        <w:t xml:space="preserve">So, but yes, you can modify this for the size of pets, the length of pet, And I've used this hold on pretty much every breed out there and generally speaking you're also hitting some pressure points that help calm dogs so like behind the ears with your hands and then the cuddling and holding sensation also has a can have a calming effect. </w:t>
      </w:r>
      <w:r>
        <w:br/>
      </w:r>
    </w:p>
    <w:p w:rsidR="00A02C55" w:rsidRDefault="00000000">
      <w:r>
        <w:t xml:space="preserve">Let's see molding your trims. I will try to make this make sense this is how I explain it and I will have some examples event here in a little bit but what is molding your trims? Molding your trims is assessing the pet, considering their behavior, coat conditions, shape, size, age, and determining the best trim for them, but also considering the owners, how often they're willing to maintain, what they're willing to do at home. So having that hard discussion with the owner of well, I don't think we should leave 5 inches on Fluffy. Clearly it's not working out, so those are all things to consider to mold trims. </w:t>
      </w:r>
      <w:r>
        <w:br/>
      </w:r>
    </w:p>
    <w:p w:rsidR="00A02C55" w:rsidRDefault="00000000">
      <w:r>
        <w:t xml:space="preserve">But I'm going to show So this dog, </w:t>
      </w:r>
      <w:r>
        <w:br/>
      </w:r>
    </w:p>
    <w:p w:rsidR="00A02C55" w:rsidRDefault="00000000">
      <w:r>
        <w:t xml:space="preserve">He does not like his back end trimmed and messed with. So what do we do? We leave his tail, we'll brush it out, but we're not going to be holding him up and messing with it. And of course he's an unneutered male, but he doesn't like it, so we're going to not push it and we're going to mold this trim to that, to that specific dog. He i also approach him in a non predictable way, so I change up his grooming session every time that he comes in. We try not to repeat the order every time we try to change it up so he may go straight to my table and get his eyes scooped and pads shaved 1st and then to the tub, or you know, to the tub and then to the table while kind of wet and shave his pads do something else. </w:t>
      </w:r>
      <w:r>
        <w:br/>
      </w:r>
    </w:p>
    <w:p w:rsidR="00A02C55" w:rsidRDefault="00000000">
      <w:r>
        <w:t xml:space="preserve">So I like to change up that order and he turns out so cute it's always those crumbly mean ones that turn out so cute, isn't it? Let's see. This is Miss Riley i love her so much. She does not love me. No, we work together. She, I found out with her, if you put this green cone thing on, she goes, whoop can't reach anybody and she's fine. She no longer has her nervous issues so we do go about her grooming session in a very predictable way she knows exactly when this is going to come out and she's going to have it on so that we can get the grooming </w:t>
      </w:r>
      <w:r>
        <w:lastRenderedPageBreak/>
        <w:t xml:space="preserve">session done in a happy, safe manner. </w:t>
      </w:r>
      <w:r>
        <w:br/>
      </w:r>
    </w:p>
    <w:p w:rsidR="00A02C55" w:rsidRDefault="00000000">
      <w:r>
        <w:t xml:space="preserve">She's a goofy Uber first on this is Layla. She is so her case is. She just gets so hyper and so excited. She's not necessarily biting, but I wanted to put her in here because that is considered for a lot of groomers, a bad dog behavior. So she can get extremely excited and bark and bounce around and jump around and just so happy to be here. I'm so happy to be here pet my belly please, please love me. And that's what she wants to do. </w:t>
      </w:r>
      <w:r>
        <w:br/>
      </w:r>
    </w:p>
    <w:p w:rsidR="00A02C55" w:rsidRDefault="00000000">
      <w:r>
        <w:t xml:space="preserve">But if we are doing it in a predictable way, she's one of those that once I squirt my Cologne and get a bow or bandana out, that's it. We're done. Our session is done because she knows she's done, because we have set it up in that foundation to where it's predictable for her and she knows when to contain herself on this side. This is mister axel. I absolutely love him. His owner tells me that he tolerates me and his grandmother one day brought him in. </w:t>
      </w:r>
      <w:r>
        <w:br/>
      </w:r>
    </w:p>
    <w:p w:rsidR="00A02C55" w:rsidRDefault="00000000">
      <w:r>
        <w:t xml:space="preserve">He does have behavioral issues at home. He has bit people at home. They work with him and try to do what's best for him, but he does have his issues. His grandmother brought him in one day for me and she made the joke of here's Axel, but something that rhymes with that and then she goes, oh, I mean Axel, Yeah. And she's like laughing and I was like, oh, it's OK i could see it in his eyes he wants to be a good boy. And I kid you not She goes, them's the demons you're seeing. </w:t>
      </w:r>
      <w:r>
        <w:br/>
      </w:r>
    </w:p>
    <w:p w:rsidR="00A02C55" w:rsidRDefault="00000000">
      <w:r>
        <w:t xml:space="preserve">So she they all know his behavior they all know how he is but he likes predictable he's a scaredy cat he can get very scared if anything changes it up. I know it's funny she had we had a good laugh that day. But I do love him because I can see it in him that he wants to be good it's just you can see he's terrified at every turn and so if I am predictable in my movements and how I do things and with him, he's one of my dogs that I will i have a stool for every station in my salon and even have rolly chairs at my drying tables because I am definitely anti standing all the time i don't know why we have to stand and wreck our bodies all the time if you need a break, if you need to sit down but still be productive, cool. </w:t>
      </w:r>
      <w:r>
        <w:br/>
      </w:r>
    </w:p>
    <w:p w:rsidR="00A02C55" w:rsidRDefault="00000000">
      <w:r>
        <w:t xml:space="preserve">So I take a stool and I sit down and do his grooming session because that helps me to slow down and be conscious of all of my movements with him. And it just seems to be a better time for him, 'cause he can feel that I am calm he is calm. </w:t>
      </w:r>
      <w:r>
        <w:br/>
      </w:r>
    </w:p>
    <w:p w:rsidR="00A02C55" w:rsidRDefault="00000000">
      <w:r>
        <w:t xml:space="preserve">Here is an example of not sorry, molding my trim another example. This was a nice home groom that was presented to me it was lovely and this is just a little taste of how it looked all over. And So what was presented to me, and of course this dog does not like any predictability because I don't want to say they kind of ruined him at home with home grooming, but it didn't help. But this is how what I came up with, what I was presented </w:t>
      </w:r>
      <w:r>
        <w:lastRenderedPageBreak/>
        <w:t xml:space="preserve">along with, what they're willing to maintain at home and his behavior. </w:t>
      </w:r>
      <w:r>
        <w:br/>
      </w:r>
    </w:p>
    <w:p w:rsidR="00A02C55" w:rsidRDefault="00000000">
      <w:r>
        <w:t xml:space="preserve">So you know, he's fine with his ears being messed with and everything. He gets matted all along his face, which is why they chopped all of this away at home. And so we have maintained where length can be maintained and they're OK with and what he is OK with. But this is how I molded this trim to this particular pet. And I know this wouldn't work on every pet every time, but it is something that works for this pet and it's a good thing to keep in mind. </w:t>
      </w:r>
      <w:r>
        <w:br/>
      </w:r>
    </w:p>
    <w:p w:rsidR="00A02C55" w:rsidRDefault="00000000">
      <w:r>
        <w:t xml:space="preserve">Ok, speaking to clients, </w:t>
      </w:r>
      <w:r>
        <w:br/>
      </w:r>
    </w:p>
    <w:p w:rsidR="00A02C55" w:rsidRDefault="00000000">
      <w:r>
        <w:t xml:space="preserve">I am a firm believer and by all means am I perfect about this? No. I've been doing this 15 years there's times where I just have not been as good at this as I should have been, but I'm willing to admit those mistakes. But failure to inform the owner is failing that pet. So I'm not going to tell you to go out there and be like, well, Fluffy is a demon from the ninth level of like you know, I'm not going to say that, but having a professional conversation with that owner saying Fluffy did not like XYZ and Fluffy did XYZ because of not liking this is how and I always like to approach it with solutions this is how I would like to try to solve those issues or skirt around that kind of behavior and table train, things like that. </w:t>
      </w:r>
      <w:r>
        <w:br/>
      </w:r>
    </w:p>
    <w:p w:rsidR="00A02C55" w:rsidRDefault="00000000">
      <w:r>
        <w:t xml:space="preserve">But being open and honest with the owner is the best way and to take a step forward in working with these pets and getting them safely and happily groomed. </w:t>
      </w:r>
      <w:r>
        <w:br/>
      </w:r>
    </w:p>
    <w:p w:rsidR="00A02C55" w:rsidRDefault="00000000">
      <w:r>
        <w:t xml:space="preserve">Let's see, it's all in how you say it when speaking to your clients using proper terms and no sugar coat. Down in the South, we like to sugarcoat everything and deep fry it. But with groomers and then the professionals, we have to make sure and maintain that professional work relationship with them. And saying it in a professional tone goes a long way explaining the frequency of groom based off their pets, grooming and behavior needs setting up proper protocol is critical for success and discussing these topics with clients gives aid when setting realistic expectations it also helps set the goals that can be achieved without overwhelming the pet and keeping their best interest in mind that is my goal. </w:t>
      </w:r>
      <w:r>
        <w:br/>
      </w:r>
    </w:p>
    <w:p w:rsidR="00A02C55" w:rsidRDefault="00000000">
      <w:r>
        <w:t xml:space="preserve">Yes, I own a business yes, I want to make money and be able to support myself with this business. But ultimately at the end of the day, if I don't think I'm a good fit for this client and I think that they would do better in like a mobile environment I have. A list of dogs and dog mobile's groomers that I suggest and vets and I make friends with all of them because yes, that's a dog that I am losing money on and losing out on a client, but it's not in their best interest so I'm going to do what's in the best interest for them. </w:t>
      </w:r>
      <w:r>
        <w:br/>
      </w:r>
    </w:p>
    <w:p w:rsidR="00A02C55" w:rsidRDefault="00000000">
      <w:r>
        <w:lastRenderedPageBreak/>
        <w:t xml:space="preserve">But what I like to talk about here is 2 things. Hopefully I don't blaze over the one, but I always like to give an example, if you would. I would like to ask the crowd too, which one sounds better. Well, Fluffy didn't like her Hoo ha messed with the Today, so it really made her kind of upset and you know, just a little upset with me. Or if you say Fluffy did not like her vulva and her sanitary being trimmed today, therefore she did snap at me and to tell me that was her limit and that she didn't enjoy that being done. </w:t>
      </w:r>
      <w:r>
        <w:br/>
      </w:r>
    </w:p>
    <w:p w:rsidR="00A02C55" w:rsidRDefault="00000000">
      <w:r>
        <w:t xml:space="preserve">Which one is more professional which one would you take more seriously? And I know it's hard for us to admit because you know, for me, for years I was like, I'm not a professional, why are you looking at me i don't know what i'm just grooming dogs, you know? But we are the professionals in this scenario. We are the professionals and we need to act as such. The second thing is setting up proper protocol is critical for success so what I like to call that, or what I like to say protocol is in my salon I have a form that I will also have them fill out that. </w:t>
      </w:r>
      <w:r>
        <w:br/>
      </w:r>
    </w:p>
    <w:p w:rsidR="00A02C55" w:rsidRDefault="00000000">
      <w:r>
        <w:t xml:space="preserve">Basically, expectations isn't an expectation form. And they fill out what they're hoping to achieve with their pet. And then I fill out what I think we can achieve and how we can achieve it and then we can sign it saying that we are on the same board and what we agree with and that also includes how often they have to bring the pet in and what they have to do at home and also what I'm going to be doing here and we can work together so that way we can take, yes, an expectation form i have a very rudimentary one at my salon if you'd like it, you can take that and then run with it. </w:t>
      </w:r>
      <w:r>
        <w:br/>
      </w:r>
    </w:p>
    <w:p w:rsidR="00A02C55" w:rsidRDefault="00000000">
      <w:r>
        <w:t xml:space="preserve">I am more than willing to give it out. And I tell everybody in all of my classes, if you want any forms, anything from me that I use i have senior, I have matted pet release, I have an 18 page employee handbook. I'll send it to you. Just email me and ask for it and I will be like my receptionist i'll be like hey, can you send such and such this, They requested it, she'll send it to you just make sure you change the names. But whatever I can do to help someone else out, I will totally do it i had to make all of almost all of this from scratch. </w:t>
      </w:r>
      <w:r>
        <w:br/>
      </w:r>
    </w:p>
    <w:p w:rsidR="00A02C55" w:rsidRDefault="00000000">
      <w:r>
        <w:t xml:space="preserve">I need to do that but I'd also want them to have the like PDF form so that if they need to print it out at their place or change it to how they like because maybe the wording isn't quite how they want it. And then also my handbook is set for North Carolina. Certain states have different laws so like your OSHA, your time and a half, your benefits like how you have to word those things may be different so but I will send anything to you guys but yes, an expectation form is what I like to do and that's how I set up protocol. </w:t>
      </w:r>
      <w:r>
        <w:br/>
      </w:r>
    </w:p>
    <w:p w:rsidR="00A02C55" w:rsidRDefault="00000000">
      <w:r>
        <w:t xml:space="preserve">And at the end of this I will put my email it's my personal email and so if you request anything I will get it sent to you, just email it so I remember to do it for you, get somebody to do it for you. But yes, I like to set up proper protocol and manage expectations. </w:t>
      </w:r>
      <w:r>
        <w:br/>
      </w:r>
    </w:p>
    <w:p w:rsidR="00A02C55" w:rsidRDefault="00000000">
      <w:r>
        <w:lastRenderedPageBreak/>
        <w:t xml:space="preserve">When did you say no? My biggest caveat is if the owner and we're setting up that expectation form and we just can't meet eye to eye, we can't you know agree and they don't think the expectations, you know they can't see where the expectations can be, then I'm not a good fit for them And I'm not going to you know, go Oh well get out of here. But I am going to say well, I think maybe this environment and this person could manage and meet your expectations a little better. So here are some suggestions for that. </w:t>
      </w:r>
      <w:r>
        <w:br/>
      </w:r>
    </w:p>
    <w:p w:rsidR="00A02C55" w:rsidRDefault="00000000">
      <w:r>
        <w:t xml:space="preserve">It's a difficult conversation to have, for sure, to tell somebody that I don't want your business in a nice way to say it, you know? But it is a conversation that us as a professional should be having versus just glazing over and dealing with it and making them upset every grooming session, every time because we're not meeting their expectations. Another big thing for me is if you do not feel the groom can be done safely for the pet and the other pets and humans and yourself, I'm usually I forget about me do as I say, not as I do, but for yourself as well. </w:t>
      </w:r>
      <w:r>
        <w:br/>
      </w:r>
    </w:p>
    <w:p w:rsidR="00A02C55" w:rsidRDefault="00000000">
      <w:r>
        <w:t xml:space="preserve">So something I talk about in other classes of mine is groomer etiquette. And what that means for me is how you act with the people you work with and your environment and how you treat it. So if you have a dog that you can think you can get it done safely, but it makes all kinds of noise and, you know, barks and crazy and jumps around and it disrupts all the other pets that are in the salon getting groomed if you work with multiple people, that may be something that you're going to have to manage and maintain with the owner and if, say, they can't schedule at a different time that may be calmer and easier for you to get that dog done, then you're not going to be the groomer for it. </w:t>
      </w:r>
      <w:r>
        <w:br/>
      </w:r>
    </w:p>
    <w:p w:rsidR="00A02C55" w:rsidRDefault="00000000">
      <w:r>
        <w:t xml:space="preserve">So that's when you have to have that conversation. Big suggestion for me is having other options available so I like making friends with everyone that's around me and as many as possible so that I can have that positive open relationship with these other businesses and other groomers so that I can suggest what's best for that pet. And then I will suggest those pets, these options and then I will go and talk to these owners and these groomers and make sure that they're on the same page as in, you know, the owner isn't going to take misinformation or something i'm going to make sure that they know and they get all my notes everything that I've done with this pet, with this dog, I'm going to make sure that they have that so that they're prepared as well. </w:t>
      </w:r>
      <w:r>
        <w:br/>
      </w:r>
    </w:p>
    <w:p w:rsidR="00A02C55" w:rsidRDefault="00000000">
      <w:r>
        <w:t xml:space="preserve">But that's typically when I say no if a owner does not follow your protocols to say you want Fluffy to come in every six weeks on the dot and they decide to push it out, push it out, then they're not following your protocol and it's not a pet for you, It's not a groom for you. So that's really when I say no. </w:t>
      </w:r>
      <w:r>
        <w:br/>
      </w:r>
    </w:p>
    <w:p w:rsidR="00A02C55" w:rsidRDefault="00000000">
      <w:r>
        <w:lastRenderedPageBreak/>
        <w:t xml:space="preserve">Let's see, I usually like to leave like 10 minutes for questions, so I I'm not used to the setup so much but if people do have questions at the end, I want to recap really quickly. We discussed categories of bad dogs as in how I categorize them and how I approach them with predictable and non predictable physical conditions and anatomy, things to keep in mind and discuss with owners i don't know how many times I've been. I've said things like, well, when was your last dental? And it's been years and I'm like, well, Fluffy doesn't like their face being messed with so maybe get that checked out sure enough they've got an abscessed tooth or you know, issues in the mouth or an ulcer. </w:t>
      </w:r>
      <w:r>
        <w:br/>
      </w:r>
    </w:p>
    <w:p w:rsidR="00A02C55" w:rsidRDefault="00000000">
      <w:r>
        <w:t xml:space="preserve">So you know, that's something to kind of keep in mind because again, we're the professionals in this situation so we need to be able to assess and we also see their pets way more often than their veterinarian does. And not many people own pet owners i know us, we probably do i do with my dogs, I regularly check their teeth, teeth every so often and make sure and maintain that they are in good health. But you know how often is an owner going on every little space of the pet so us as the professionals, if we notice something different then you know it's good to mention it. </w:t>
      </w:r>
      <w:r>
        <w:br/>
      </w:r>
    </w:p>
    <w:p w:rsidR="00A02C55" w:rsidRDefault="00000000">
      <w:r>
        <w:t xml:space="preserve">Tools and when to use them i remember I did not mention I like using playpens so I have these fold up playpens and then they the type that you take a pole out from the corner and they come open so I can lay a loop around them, open them so that they're not in an enclosed space and I'm trying to pick them up so it's not scary for them. </w:t>
      </w:r>
      <w:r>
        <w:br/>
      </w:r>
    </w:p>
    <w:p w:rsidR="00A02C55" w:rsidRDefault="00000000">
      <w:r>
        <w:t xml:space="preserve">But then also they're not in a kennel that's in a scary space and say that it's loud and crazy in my kennel area, my bathing area so I will have them in a playpen up in front so it's a little calmer of a situation so when it is time for me to come get fluffy and start our session, then you know, we're already still at a calm level versus heightened because everybody and their brother in the back is having a good old time making all kinds of noise and stuff. </w:t>
      </w:r>
      <w:r>
        <w:br/>
      </w:r>
    </w:p>
    <w:p w:rsidR="00A02C55" w:rsidRDefault="00000000">
      <w:r>
        <w:t xml:space="preserve">So that's something that I like to use and I remember I did not get to go over it. I discussed approach and holding techniques, so we discussed your dead flowers never bloom and going with a positive thing i know it is hard the power of positive thinking is a real thing and by all means as someone that has dealt with, you know all kinds of stuff throughout life, it is difficult to remember that. But you know, especially if you get in the habit at your work, it is a good thing and I mean being happy at work isn't a bad thing, even if you know it doesn't help you necessarily with the dogs just being happy at work is a better thing, molding your trims. </w:t>
      </w:r>
      <w:r>
        <w:br/>
      </w:r>
    </w:p>
    <w:p w:rsidR="00A02C55" w:rsidRDefault="00000000">
      <w:r>
        <w:t xml:space="preserve">So and that's also kind of goes in with the managing expectations and having an expectation form can help with that i don't do it with every single owner and pet, but especially with my severe, more severe cases, I like to do that. But molding your trim, adapting what works for </w:t>
      </w:r>
      <w:r>
        <w:lastRenderedPageBreak/>
        <w:t xml:space="preserve">them and what you know, the pets, health, safety and how often they're willing to maintain, speaking to clients where you're the professionals in this situation, it is difficult to remember that for us i know I have a hard time with that, especially here in the South we all we like to say bless your heart and you know, legs over stuff. </w:t>
      </w:r>
      <w:r>
        <w:br/>
      </w:r>
    </w:p>
    <w:p w:rsidR="00A02C55" w:rsidRDefault="00000000">
      <w:r>
        <w:t xml:space="preserve">But at the end of the day, we're the professionals and we do need to have that discussion, those hard discussions with people because a lot of times I find that if you do that, they are going to respect us more and they're going to take our, what we say seriously or at least more so than just some average Joe or they are not going to typically see us as just the groomer they're going to see us as an educated professional. And when to just say no, it is OK to say no, it is OK to say no. </w:t>
      </w:r>
      <w:r>
        <w:br/>
      </w:r>
    </w:p>
    <w:p w:rsidR="00A02C55" w:rsidRDefault="00000000">
      <w:r>
        <w:t xml:space="preserve">Anyone watching this repeat after me, it's OK to say no is a complete sentence. I know that's difficult for us to do as well, but it is a thing that we need to do and we need to know our limits we need to know the pets limits and work with the clients, you know, having some suggestions for them, you know, other options, you know, so that they don't think it's a dead end you know they're kicked out of everywhere, but you know it that there is a time and place for that, just like every tool. And this is usually where I take questions. This is my poodle Tova, but this is my email my personal email. </w:t>
      </w:r>
      <w:r>
        <w:br/>
      </w:r>
    </w:p>
    <w:p w:rsidR="00A02C55" w:rsidRDefault="00000000">
      <w:r>
        <w:t xml:space="preserve">If you want any forms that I have if you want this slideshow, I will send the images to you. If you want any of my other slideshows or have any questions even about anything else, you know I am more than willing i am more than open to discuss any of these things with you. Thank you very much for attending if anyone has any questions, I am here for you. So thank you Mary for your time and this platform and I think it's an amazing idea. </w:t>
      </w:r>
      <w:r>
        <w:br/>
      </w:r>
    </w:p>
    <w:p w:rsidR="00A02C55" w:rsidRDefault="00000000">
      <w:r>
        <w:t xml:space="preserve">So thank you very much. That has been bad dogs deserve to be cute too. </w:t>
      </w:r>
      <w:r>
        <w:br/>
      </w:r>
    </w:p>
    <w:p w:rsidR="00A02C55" w:rsidRDefault="00000000">
      <w:r>
        <w:t xml:space="preserve">I don't know if Mary's there. </w:t>
      </w:r>
      <w:r>
        <w:br/>
      </w:r>
    </w:p>
    <w:p w:rsidR="00A02C55" w:rsidRDefault="00000000">
      <w:r>
        <w:t xml:space="preserve">Anybody have any questions. </w:t>
      </w:r>
      <w:r>
        <w:br/>
      </w:r>
    </w:p>
    <w:p w:rsidR="00A02C55" w:rsidRDefault="00000000">
      <w:r>
        <w:t xml:space="preserve">In chat? </w:t>
      </w:r>
      <w:r>
        <w:br/>
      </w:r>
    </w:p>
    <w:p w:rsidR="00A02C55" w:rsidRDefault="00000000">
      <w:r>
        <w:t xml:space="preserve">Thank you. Like I said, this is my first online live webinar i usually am, you know, at the shows, the trade shows, and I love interacting with the crowd i will ask questions and have them name things and joke around i love telling jokes i'm hopefully, like I said, the two things at the beginning the two things I always hoped for is you had fun, you know, maybe </w:t>
      </w:r>
      <w:r>
        <w:lastRenderedPageBreak/>
        <w:t xml:space="preserve">laughed a little bit and you learned at least one thing. That's usually what I hope for. There's Mary. So but like I said, if there's anything that you guys would like more than willing to send it to you. Ok, hold on i gotta get poo all set up. </w:t>
      </w:r>
      <w:r>
        <w:br/>
      </w:r>
    </w:p>
    <w:p w:rsidR="00A02C55" w:rsidRDefault="00000000">
      <w:r>
        <w:t xml:space="preserve">Ok, so is there any questions? nope. Let me stop the recording then. </w:t>
      </w:r>
      <w:r>
        <w:br/>
      </w:r>
    </w:p>
    <w:sectPr w:rsidR="00A02C55"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3943" w:rsidRDefault="00EC3943">
      <w:pPr>
        <w:spacing w:after="0" w:line="240" w:lineRule="auto"/>
      </w:pPr>
      <w:r>
        <w:separator/>
      </w:r>
    </w:p>
  </w:endnote>
  <w:endnote w:type="continuationSeparator" w:id="0">
    <w:p w:rsidR="00EC3943" w:rsidRDefault="00EC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2C55" w:rsidRDefault="00000000">
    <w:pPr>
      <w:pStyle w:val="Footer"/>
      <w:jc w:val="center"/>
    </w:pPr>
    <w:r>
      <w:t xml:space="preserve">Page </w:t>
    </w:r>
    <w:r>
      <w:fldChar w:fldCharType="begin"/>
    </w:r>
    <w:r>
      <w:instrText>PAGE</w:instrText>
    </w:r>
    <w:r w:rsidR="00002133">
      <w:fldChar w:fldCharType="separate"/>
    </w:r>
    <w:r w:rsidR="00002133">
      <w:rPr>
        <w:noProof/>
      </w:rPr>
      <w:t>1</w:t>
    </w:r>
    <w:r>
      <w:fldChar w:fldCharType="end"/>
    </w:r>
    <w:r>
      <w:t>/</w:t>
    </w:r>
    <w:r>
      <w:fldChar w:fldCharType="begin"/>
    </w:r>
    <w:r>
      <w:instrText>NUMPAGES</w:instrText>
    </w:r>
    <w:r w:rsidR="00002133">
      <w:fldChar w:fldCharType="separate"/>
    </w:r>
    <w:r w:rsidR="000021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3943" w:rsidRDefault="00EC3943">
      <w:pPr>
        <w:spacing w:after="0" w:line="240" w:lineRule="auto"/>
      </w:pPr>
      <w:r>
        <w:separator/>
      </w:r>
    </w:p>
  </w:footnote>
  <w:footnote w:type="continuationSeparator" w:id="0">
    <w:p w:rsidR="00EC3943" w:rsidRDefault="00EC3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5134085">
    <w:abstractNumId w:val="8"/>
  </w:num>
  <w:num w:numId="2" w16cid:durableId="1193492270">
    <w:abstractNumId w:val="6"/>
  </w:num>
  <w:num w:numId="3" w16cid:durableId="1101995079">
    <w:abstractNumId w:val="5"/>
  </w:num>
  <w:num w:numId="4" w16cid:durableId="1395274590">
    <w:abstractNumId w:val="4"/>
  </w:num>
  <w:num w:numId="5" w16cid:durableId="215967742">
    <w:abstractNumId w:val="7"/>
  </w:num>
  <w:num w:numId="6" w16cid:durableId="1356806707">
    <w:abstractNumId w:val="3"/>
  </w:num>
  <w:num w:numId="7" w16cid:durableId="863791568">
    <w:abstractNumId w:val="2"/>
  </w:num>
  <w:num w:numId="8" w16cid:durableId="1156723747">
    <w:abstractNumId w:val="1"/>
  </w:num>
  <w:num w:numId="9" w16cid:durableId="160795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133"/>
    <w:rsid w:val="00034616"/>
    <w:rsid w:val="0006063C"/>
    <w:rsid w:val="0015074B"/>
    <w:rsid w:val="0029639D"/>
    <w:rsid w:val="00326F90"/>
    <w:rsid w:val="00A02C55"/>
    <w:rsid w:val="00AA1D8D"/>
    <w:rsid w:val="00B47730"/>
    <w:rsid w:val="00CB0664"/>
    <w:rsid w:val="00EC39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DADF3FC-3132-8446-969C-7DB1A351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6835</Words>
  <Characters>38966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2023-11-28T02:39:00Z</dcterms:created>
  <dcterms:modified xsi:type="dcterms:W3CDTF">2023-11-28T02:39:00Z</dcterms:modified>
  <cp:category/>
</cp:coreProperties>
</file>