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6D9A" w:rsidRDefault="00000000">
      <w:pPr>
        <w:pStyle w:val="Title"/>
      </w:pPr>
      <w:r>
        <w:t>Dog Etiquette</w:t>
      </w:r>
    </w:p>
    <w:p w:rsidR="008A6D9A" w:rsidRDefault="008A6D9A"/>
    <w:p w:rsidR="008A6D9A" w:rsidRDefault="00000000">
      <w:r>
        <w:rPr>
          <w:b/>
        </w:rPr>
        <w:t>Date</w:t>
      </w:r>
      <w:r>
        <w:t xml:space="preserve">    2023-11-27</w:t>
      </w:r>
    </w:p>
    <w:p w:rsidR="008A6D9A" w:rsidRDefault="008A6D9A"/>
    <w:p w:rsidR="008A6D9A" w:rsidRDefault="00000000">
      <w:r>
        <w:t xml:space="preserve">Ok, everybody, welcome to day two of positive educational trainings, Behavior and Handling Summit. So we are starting off now with Michelle Knowles, and I'm actually fairly excited for this is a for groomers, This is a new program for her for us so enjoy. All right, so the title is How Dare you? Exploring dog etiquette and how we rate as humans, which probably not very well at all. </w:t>
      </w:r>
      <w:r>
        <w:br/>
      </w:r>
    </w:p>
    <w:p w:rsidR="008A6D9A" w:rsidRDefault="00000000">
      <w:r>
        <w:t xml:space="preserve">And this is my little Tessa Bean she's one of my now two dogs i had three dogs and my elderly lady did pass away here recently so, </w:t>
      </w:r>
      <w:r>
        <w:br/>
      </w:r>
    </w:p>
    <w:p w:rsidR="008A6D9A" w:rsidRDefault="00000000">
      <w:r>
        <w:t xml:space="preserve">All right, you'll find these excerpts from the Fox to the little Prince. Throughout my presentation, men have forgotten this truth, but you must not forget it. You become responsible forever for what you have tamed. This is my lady Bunny Foo Foo we lost her just last week. It was her old age time, and she went just as naturally as one could go, Peacefully and lovely. Her gentle spirit will be so missed, All right etiquette the customary code of polite behavior in society or among members of a particular profession or group. </w:t>
      </w:r>
      <w:r>
        <w:br/>
      </w:r>
    </w:p>
    <w:p w:rsidR="008A6D9A" w:rsidRDefault="00000000">
      <w:r>
        <w:t xml:space="preserve">That is the dictionary definition of etiquette. So we live in a world of energy, movement, and focus. Language is fluid and much of it is non verbal. Up to 60 % of our language is non verbal. It's looking with your eyes, moving your body in a certain way. A gesture with your hand, a gesture with the side of your mouth can convey so much information. Dogs live in this world. </w:t>
      </w:r>
      <w:r>
        <w:br/>
      </w:r>
    </w:p>
    <w:p w:rsidR="008A6D9A" w:rsidRDefault="00000000">
      <w:r>
        <w:t xml:space="preserve">Languages are spoken by more than one person, and if you've been to any of my seminars or any of my classes, I there is very little difference between me and dogs so when I talk about people or I talk about we literally, I'm talking about dogs. Many of the postures that we read in dogs can be used to communicate with them back, learn how. Learning how to speak their language is one of the best gifts you can give to them. </w:t>
      </w:r>
      <w:r>
        <w:br/>
      </w:r>
    </w:p>
    <w:p w:rsidR="008A6D9A" w:rsidRDefault="00000000">
      <w:r>
        <w:t xml:space="preserve">They're already given us all they've got. You know, make life easier for them and learn how to learn their language learn how to talk to them Non verbally. Domesticated dogs have a propensity to be comfortable with eye contact. They don't mind looking you in the eye for </w:t>
      </w:r>
      <w:r>
        <w:lastRenderedPageBreak/>
        <w:t xml:space="preserve">something and they will stare you down for a treat or for a walk or for hugs or whatever it is that they want a toy. And that is one of the factors of domestication because wild dogs and wild canids are not comfortable with eye contact that is very confrontational. </w:t>
      </w:r>
      <w:r>
        <w:br/>
      </w:r>
    </w:p>
    <w:p w:rsidR="008A6D9A" w:rsidRDefault="00000000">
      <w:r>
        <w:t xml:space="preserve">They wear their hearts on their sleeves. Whatever they're feeling, you know it because it's right there their language is one of the easiest languages to learn. All you have to do is pay attention, use facial language, intent and focus to get your point across. How you move your body is a language in and of itself. And we'll tell them what you're feeling, where you're going for, if you're reaching for their tail, if you're walking away, how you feel when you're walking away because they again have scent hearings. </w:t>
      </w:r>
      <w:r>
        <w:br/>
      </w:r>
    </w:p>
    <w:p w:rsidR="008A6D9A" w:rsidRDefault="00000000">
      <w:r>
        <w:t xml:space="preserve">You know they have all this energy and scent they can smell your pheromones, they know exactly what you're feeling and at a given moment you cannot lie to a dog. </w:t>
      </w:r>
      <w:r>
        <w:br/>
      </w:r>
    </w:p>
    <w:p w:rsidR="008A6D9A" w:rsidRDefault="00000000">
      <w:r>
        <w:t xml:space="preserve">So these are very simplistic there's a whole career of animal training and animal philosophy, and these are just a couple to get you on point. So this is a very simple explanation of these methods of behaviorism. So, animal behaviorism. Strict behaviorists believed that any animal can potentially be trained to perform any task, regardless of genetic background, personality traits, and internal thoughts, within the limits of their physical capabilities. It only requires the right conditioning. Darwin liked observation he studied the movements of the Organism, human and animal, and the emotional expressions produced by movement. Now let's just go back just a little bit. Strict behaviorists believe that any animal can potentially be trained to perform any task, regardless of their genetics, their personality traits and internal thoughts it just requires the right conditioning. </w:t>
      </w:r>
      <w:r>
        <w:br/>
      </w:r>
    </w:p>
    <w:p w:rsidR="008A6D9A" w:rsidRDefault="00000000">
      <w:r>
        <w:t xml:space="preserve">We know that this probably isn't true. Strictly, it's not true and we'll provide some examples as well. You cannot train an elephant to knit. You can't train, you know if they don't have the propensity to for the action, why are you going to spend your life breaking yourself down, breaking the dog down, and never ever achieve that thing that you're wanting to achieve because it's not the dog's not capable of doing it. </w:t>
      </w:r>
      <w:r>
        <w:br/>
      </w:r>
    </w:p>
    <w:p w:rsidR="008A6D9A" w:rsidRDefault="00000000">
      <w:r>
        <w:t xml:space="preserve">Animal behaviorism. Here's my example. Dog stars have many Co actors that only do one or two things. So we could just train this little wishbone hit the real name of wishbone was soccer. If we could train soccer to do every single thing in the movie, that would be great that's a strict behaviorist attitude, but that's not true. A total of five dogs played wishbone. Soccer couldn't be in every shot, although he did the bulk of the screen work. The studio also employed three other Jack Russell terriers for stunts, Hoebe, Lugger and Hiner, and another just for Ublicity Stills, which was named Bear. It is a smaller percentage of dogs that quote UN quote do everything they have strengths and weaknesses. </w:t>
      </w:r>
      <w:r>
        <w:br/>
      </w:r>
    </w:p>
    <w:p w:rsidR="008A6D9A" w:rsidRDefault="00000000">
      <w:r>
        <w:lastRenderedPageBreak/>
        <w:t xml:space="preserve">O Soccer wasn't capable or wasn't trained to do some of the stunts that Phoebe Slugger and Shiner could do. Plus, that's really hard. That was a full time series you know, this dog is little. He deserves to be a dog. So all that, It's just like a child actor, if you will you know they have limits on how long they have screen time. But this is the example of why we can't expect a dog to just do everything. There's some dogs that will never, I don't know, roll over rollover is not necessary in their world, You know you have to make it worthwhile, or there has to be a reason to roll over. </w:t>
      </w:r>
      <w:r>
        <w:br/>
      </w:r>
    </w:p>
    <w:p w:rsidR="008A6D9A" w:rsidRDefault="00000000">
      <w:r>
        <w:t xml:space="preserve">Classical conditioning is a technique frequently used in behavioral training in which a neutral stimulus is paired with a naturally occurring stimulus. Eventually, the neutral stimulus comes to evoke the same response as the naturally occurring stimulus, even without the naturally curling stimulus presenting itself. The associated stimulus is then known as the condition stimulus, and the learned behavior is known as the conditioned response. Pavlov and his work with conditioning dogs to a bell for dinner is an example of this kind of training. </w:t>
      </w:r>
      <w:r>
        <w:br/>
      </w:r>
    </w:p>
    <w:p w:rsidR="008A6D9A" w:rsidRDefault="00000000">
      <w:r>
        <w:t xml:space="preserve">So every time they went to eat, he rang a bell. So now every time they heard that bell, they slobbered because they thought they were getting ready to eat. So that's the that's the classic conditioning example for Pavlova and his dogs. So doorbells, men talking down the street through the screen door, fireworks, sirens. Many things can be fixed by this method. Instead of hearing fireworks and then the dog shaking, excuse me, and the dog shaking because it hears fireworks, you could actually use that opportunity of the fireworks to train, to enjoy fireworks. Do something lovely. Does the dog like to play fetch does the dog like to work a puzzle? Have them do something really enjoyable while the fireworks are happening and then when they hear fireworks, they're going to think of joy. </w:t>
      </w:r>
      <w:r>
        <w:br/>
      </w:r>
    </w:p>
    <w:p w:rsidR="008A6D9A" w:rsidRDefault="00000000">
      <w:r>
        <w:t xml:space="preserve">This is the type of classical conditioning that a lot of trainers use to recondition the dog from barking at doorbells, running after cars, being afraid of fireworks, howling at sirens although we do that on a regular basis here because we like it, </w:t>
      </w:r>
      <w:r>
        <w:br/>
      </w:r>
    </w:p>
    <w:p w:rsidR="008A6D9A" w:rsidRDefault="00000000">
      <w:r>
        <w:t xml:space="preserve">Operant conditioning, sometimes referred to as instrumental conditioning, is a method of learning that occurs through reinforcements and punishments though operant conditioning and association or through operant conditioning. An association is made between a behavior and a consequence for that behavior. When our desirable result follows an action, the behavior becomes more likely to occur again in the future. Responses followed by adverse outcomes, on the other hand, become less likely to happen again in the future. Here's some examples of this way of thinking. Bf Skinner is a psychologist associated with this type of training. </w:t>
      </w:r>
      <w:r>
        <w:br/>
      </w:r>
    </w:p>
    <w:p w:rsidR="008A6D9A" w:rsidRDefault="00000000">
      <w:r>
        <w:lastRenderedPageBreak/>
        <w:t xml:space="preserve">So punishments would be rubbing face and urine, yelling at your dog, starving them for some kind of indiscretion, A timed out. These are punishes, punishments that don't work at all, simply because or if they do work, they work under duress and the dog doesn't really understand why you're so angry. </w:t>
      </w:r>
      <w:r>
        <w:br/>
      </w:r>
    </w:p>
    <w:p w:rsidR="008A6D9A" w:rsidRDefault="00000000">
      <w:r>
        <w:t xml:space="preserve">Dogs have very small corrections they're quick, sometimes they're harsh, but then they love each other afterwards because it's just a correction. Punishment doesn't belong in training. Not it's not a punishment what are you punishing for? You're rewarding for good behavior. However, on the other hand, rattlesnake trauma training is traumatic and it's sudden and it is reinforced bad trauma and you want that you want the dog to not smell the rattlesnake and get right up next to it and then they push the collar. This way the dog's not going to wander around, smell the snake and then go in to smell it more or try to bite it or something when they smell that rattlesnake after the rattlesnake training, they absolutely, they're like, oh no, we don't want that and if they smell it somewhere in your house, they're going to alert you like, oh, we got something dangerous in here, very important yelling when life is on the line. </w:t>
      </w:r>
      <w:r>
        <w:br/>
      </w:r>
    </w:p>
    <w:p w:rsidR="008A6D9A" w:rsidRDefault="00000000">
      <w:r>
        <w:t xml:space="preserve">Number one, you should actually find a good return trigger, and you should practice that with your dog in case he's going to get hit by a car, in case someone is chasing him, in case there's another animal. Your recall should be strong. So if your recall is strong, you don't have to yell at them because there's a car coming or yell at them because they're in the field and you see some danger or you want them to come to you. So that is also something you can condition train, make it joyful for that dog to come back to you. </w:t>
      </w:r>
      <w:r>
        <w:br/>
      </w:r>
    </w:p>
    <w:p w:rsidR="008A6D9A" w:rsidRDefault="00000000">
      <w:r>
        <w:t xml:space="preserve">Long distance work also long distance training in the field also use this method incrementally or dramatically, But they have 30 foot lines, 100 foot lines, sometimes 200 foot lines depending on what you're training in the field. Another good example of this is probably when we were back in Indiana. I had a Pitbull named Tonk she was my joy, my heart. However, we had just built the chicken coop. </w:t>
      </w:r>
      <w:r>
        <w:br/>
      </w:r>
    </w:p>
    <w:p w:rsidR="008A6D9A" w:rsidRDefault="00000000">
      <w:r>
        <w:t xml:space="preserve">I had just gotten my our flock about 100 chicks from the Co-op and they had just gotten big enough to go outside into the pen but we hadn't built the chicken Ware all over. It was a huge building so Tom didn't know she ran out she killed 2 Turkey poults and she was running around the yard thought she got herself a chicken it was great. I actually picked up a tomato, a tomato support it was just a like a little bamboo stick. And I didn't hit her with it, but I took the chicken from her and held it over her head and then tapped the floor really hard and chased her around the house. </w:t>
      </w:r>
      <w:r>
        <w:br/>
      </w:r>
    </w:p>
    <w:p w:rsidR="008A6D9A" w:rsidRDefault="00000000">
      <w:r>
        <w:t xml:space="preserve">We lived in the country. If she had killed someone else's chickens, they had every right to shoot her dead. So it's very important to me to teach her through trauma that this is not </w:t>
      </w:r>
      <w:r>
        <w:lastRenderedPageBreak/>
        <w:t xml:space="preserve">something that is ever going to be tolerated in this house. And that after that one time, one time, and she never got hit on her body, but I made racket and yelled and carried on and chased her with the chicken. </w:t>
      </w:r>
      <w:r>
        <w:br/>
      </w:r>
    </w:p>
    <w:p w:rsidR="008A6D9A" w:rsidRDefault="00000000">
      <w:r>
        <w:t xml:space="preserve">I'm like, this is unacceptable. You could put little chicks on her head, near her cheeks, She could be in there with them and they were perfectly safe. She just didn't know what she didn't know they weren't for her to have fun with. But she found out. And in essence, I did that traumatic thing to her to save her life. There's many other chickens in there we lived in the country i just didn't want her to lose her life because she had killed someone's livestock. </w:t>
      </w:r>
      <w:r>
        <w:br/>
      </w:r>
    </w:p>
    <w:p w:rsidR="008A6D9A" w:rsidRDefault="00000000">
      <w:r>
        <w:t xml:space="preserve">The fundamentals of working with dogs, you have to be compassionate. Pet groomers must be able to be compassionate toward both their animal clients and the pet's owner patience often working with a special needs animal requires even more patience and understanding than it does when working with a well adjusted pet, because animals can't explain what's bothering them or what's wrong. As a result, patience is essential for any pet groomer problem solving skills. Just like any other service provider, pet groomers must be able to rely on what they've learned to be able to solve animal behavior problems. </w:t>
      </w:r>
      <w:r>
        <w:br/>
      </w:r>
    </w:p>
    <w:p w:rsidR="008A6D9A" w:rsidRDefault="00000000">
      <w:r>
        <w:t xml:space="preserve">With a little bit of observation, you'll know exactly what's going on. And knowing a little bit of dog psychology, you can kind of pinpoint the things that you can try to snap them out of it and make them come back to normal again make them come back to neutral knowledge of animals. Pet groomers cannot just be familiar with human behavior. They must also have intimate knowledge of why animals behave the way they do, and could offer insights into how to change or control animal behavior. And of course, a love of animals. </w:t>
      </w:r>
      <w:r>
        <w:br/>
      </w:r>
    </w:p>
    <w:p w:rsidR="008A6D9A" w:rsidRDefault="00000000">
      <w:r>
        <w:t xml:space="preserve">Naturally, pet groomers must have a strong desire to work with animals. It can't be. It's just my job or whatever, and the dog has to do what I say. How sad you know if that's your mindset, just find a factory job you know, where you're working on pieces of metal or plastic and not a living being. All right, </w:t>
      </w:r>
      <w:r>
        <w:br/>
      </w:r>
    </w:p>
    <w:p w:rsidR="008A6D9A" w:rsidRDefault="00000000">
      <w:r>
        <w:t xml:space="preserve">Fundamentals, whatever and however you teach a new skill, that's what the dog's going to learn, for better or for worse. Here we have Gemma Bean. We have a dog in a shelter. He's been taught that no one wants him and look at his body language here. It's that crazy and then, of course, this is my Bunny girl trying on her new fashion. </w:t>
      </w:r>
      <w:r>
        <w:br/>
      </w:r>
    </w:p>
    <w:p w:rsidR="008A6D9A" w:rsidRDefault="00000000">
      <w:r>
        <w:t xml:space="preserve">Gemma Bean. She is our newest acquisition, but she has been with me for I think a year or a couple years now. She came to us at nine years old, with seizures of course, they didn't mention that she had seizures. She was nine years old they told me she was six years old. She came from a hoarding situation, 19 dogs in a single wide trailer in the desert. She had </w:t>
      </w:r>
      <w:r>
        <w:lastRenderedPageBreak/>
        <w:t xml:space="preserve">no hair she was scabby. She didn't know anything. I think one of the most beautiful things I've ever witnessed in my entire career of working with dogs is to watch this lovely girl navigate and learn from my pack. </w:t>
      </w:r>
      <w:r>
        <w:br/>
      </w:r>
    </w:p>
    <w:p w:rsidR="008A6D9A" w:rsidRDefault="00000000">
      <w:r>
        <w:t xml:space="preserve">The way she observed the other two, watched how they ate, how they played, how they went outside, who got what blanket on the couch. You could see her relearning how to live in this house. And I think that's one of the most beautiful things I have ever seen just witnessing that she's an intelligent little girl. But just watching her navigate the new pack and navigate 2 new dogs that she has to live with now, it was just amazing. It was really amazing and that came from just letting her explore, letting her be i let them sniff everything we have snuffle time like you wouldn't believe. </w:t>
      </w:r>
      <w:r>
        <w:br/>
      </w:r>
    </w:p>
    <w:p w:rsidR="008A6D9A" w:rsidRDefault="00000000">
      <w:r>
        <w:t xml:space="preserve">Every time I bring something in from the store or whatever, literally I put all the groceries on the kitchen floor and one by one we take them out of the bag so they can be inspected by all the dogs. Smelling is so much a part of their life, I give them every opportunity to explore things with their nose. </w:t>
      </w:r>
      <w:r>
        <w:br/>
      </w:r>
    </w:p>
    <w:p w:rsidR="008A6D9A" w:rsidRDefault="00000000">
      <w:r>
        <w:t xml:space="preserve">Build a solid foundation for your dog whether it's a grooming dog, your personal dog, your neighbor's dog, any dog that you're going to have an interaction with, consistently produce the same experience each time when the pet is in your workspace. Dogs thrive on routine they love it, they have to have it. When they don't have routine, everything becomes unsteady. Smell, sight, hear, taste and feel. So let's dive down a little bit and explore those. </w:t>
      </w:r>
      <w:r>
        <w:br/>
      </w:r>
    </w:p>
    <w:p w:rsidR="008A6D9A" w:rsidRDefault="00000000">
      <w:r>
        <w:t xml:space="preserve">Smell or heat. Dogs can differentiate 30.000 thousand to 100,000 thousand aromas in one spot. How crazy is that it new information and new studies have shown that they have found heat sensory cells right on this beautiful nose. So not only are they smelling and they're exuding tears basically, that's what nose sweat is, so tears will come down and make the nose wet and keep it cold because smells stick to a cold, wet nose better than a warm, dry one. </w:t>
      </w:r>
      <w:r>
        <w:br/>
      </w:r>
    </w:p>
    <w:p w:rsidR="008A6D9A" w:rsidRDefault="00000000">
      <w:r>
        <w:t xml:space="preserve">Their nose is 100,000 thousand times more sensitive than ours. Cold noses are healthy and wet noses are healthy unless they have green junk coming out of them. Even a warm dry nose is healthy if all the other rest of the dog is healthy, you know they might be inside and the fires going so they get all kind of dry or whatever, but they should be able to make more tears, more fluid that come and coat the nose leather. </w:t>
      </w:r>
      <w:r>
        <w:br/>
      </w:r>
    </w:p>
    <w:p w:rsidR="008A6D9A" w:rsidRDefault="00000000">
      <w:r>
        <w:t xml:space="preserve">Look at this mouth. I love that look at that lip. </w:t>
      </w:r>
      <w:r>
        <w:br/>
      </w:r>
    </w:p>
    <w:p w:rsidR="008A6D9A" w:rsidRDefault="00000000">
      <w:r>
        <w:lastRenderedPageBreak/>
        <w:t xml:space="preserve">In this one under the blankie. This is Spirit and Gemma, I'm sure of it. </w:t>
      </w:r>
      <w:r>
        <w:br/>
      </w:r>
    </w:p>
    <w:p w:rsidR="008A6D9A" w:rsidRDefault="00000000">
      <w:r>
        <w:t xml:space="preserve">Here we go. Sight dogs have limited color vision, fewer cones than rods. They have better night vision because they have more rods than us than cones. There's actually a shiny layer at the back of their retina that is reflective, and that reflection will help them see better at night it's called the tapitum lucidum layer. How crazy is that? Their eyebrows are called pips and they can move around all crazy. </w:t>
      </w:r>
      <w:r>
        <w:br/>
      </w:r>
    </w:p>
    <w:p w:rsidR="008A6D9A" w:rsidRDefault="00000000">
      <w:r>
        <w:t xml:space="preserve">They have a 200 and degree 240 ° sight, so ours is binocular and slowly out to here and remember, if you've seen horses vision, it goes almost all the way around 360 but not quite. So they can see in a 240 ° field. That's crazy, especially since their eyes are so forward. </w:t>
      </w:r>
      <w:r>
        <w:br/>
      </w:r>
    </w:p>
    <w:p w:rsidR="008A6D9A" w:rsidRDefault="00000000">
      <w:r>
        <w:t xml:space="preserve">The better to see you with, my dear right hearing. Look at these ears i love them i love everything about them. 18 muscles to control the radar dishes that are the ears. Their ear canal is a long L shape. They can hear over one half a mile away, just like it's nothing. They hear better high frequency sounds than we do. And there are actual hearing aids for dogs. I think they were developed for military dogs who go through combat, loose hearing through bombings and loud noises and such. </w:t>
      </w:r>
      <w:r>
        <w:br/>
      </w:r>
    </w:p>
    <w:p w:rsidR="008A6D9A" w:rsidRDefault="00000000">
      <w:r>
        <w:t xml:space="preserve">And then of course, taste. Seventeen hundred taste buds are on their tongue, give or take. They can still taste all 5 categories Sweet, salty, sour, bitter and savoury. Now their tongue has actual meat receptor cells on it that are specialized for them to taste the meat. But the bulk of food preference is always going to be by smell for the dog. So if it smells delicious and it doesn't cut them, and sometimes when it does, when it goes in their mouth, they'll probably eat it smells delicious thank you. </w:t>
      </w:r>
      <w:r>
        <w:br/>
      </w:r>
    </w:p>
    <w:p w:rsidR="008A6D9A" w:rsidRDefault="00000000">
      <w:r>
        <w:t xml:space="preserve">May I have another look at this face, mouth. I love them. </w:t>
      </w:r>
      <w:r>
        <w:br/>
      </w:r>
    </w:p>
    <w:p w:rsidR="008A6D9A" w:rsidRDefault="00000000">
      <w:r>
        <w:t xml:space="preserve">To me, you are still nothing more than a little boy who is just like a hundred thousand other little boys. And I have no need of you. And you, on your part, have no need of me. To you I am nothing more than a fox, like a hundred thousand other foxes. But if you tame me, then we shall need each other. To me you will be unique in all the world. To you, I shall be unique in all the world. </w:t>
      </w:r>
      <w:r>
        <w:br/>
      </w:r>
    </w:p>
    <w:p w:rsidR="008A6D9A" w:rsidRDefault="00000000">
      <w:r>
        <w:t xml:space="preserve">Every hair is attached to nerve fibers combined with energy, sight, smell, taste, and possibly heat seeking cells on the nose leather. The amount of data that dogs take in is astonishing. </w:t>
      </w:r>
      <w:r>
        <w:br/>
      </w:r>
    </w:p>
    <w:p w:rsidR="008A6D9A" w:rsidRDefault="00000000">
      <w:r>
        <w:lastRenderedPageBreak/>
        <w:t xml:space="preserve">We're all individuals. If you have 5 pug puppies from the same Mama, there's going to be 5 different personalities and it's across the board, just like people. And you know, dogs are different, just like people with it's the entire spectrum of personalities. </w:t>
      </w:r>
      <w:r>
        <w:br/>
      </w:r>
    </w:p>
    <w:p w:rsidR="008A6D9A" w:rsidRDefault="00000000">
      <w:r>
        <w:t xml:space="preserve">Now we're going to talk about factors of fear, personality, breed characteristics, traumatic experience, fight or flight response, and home atmosphere. Rhetorical question is this dog kennel shy or relaxed? </w:t>
      </w:r>
      <w:r>
        <w:br/>
      </w:r>
    </w:p>
    <w:p w:rsidR="008A6D9A" w:rsidRDefault="00000000">
      <w:r>
        <w:t xml:space="preserve">Kennel shyness comes from a bunch of different factors. That is a whole nother day of a whole nother set of seminars. But this is my very good friend and he was not kennel shy he very relaxed. </w:t>
      </w:r>
      <w:r>
        <w:br/>
      </w:r>
    </w:p>
    <w:p w:rsidR="008A6D9A" w:rsidRDefault="00000000">
      <w:r>
        <w:t xml:space="preserve">Personality and breed behaviors. We have Teddy the Corgi and Lozi the Tibetan spaniel. Both of these dogs are authoritative let's say they're very authoritative anything with Tibetan in it is kind of authoritative. They just are. They're hard to control they need a specialized owner who understands that breed that's how in my opinion, I'm sure that there are Tibetan people out there they're like, no, they're perfect but you know what I'm talking about. You know, Teddy was very authoritative, very dominant, naturally dominant dog. Loti just didn't like you to touch certain parts of her body. But she was adamant about it, so having her understanding that we're going to be touching those places and knowing how to touch her without getting bit was key. </w:t>
      </w:r>
      <w:r>
        <w:br/>
      </w:r>
    </w:p>
    <w:p w:rsidR="008A6D9A" w:rsidRDefault="00000000">
      <w:r>
        <w:t xml:space="preserve">Notice that there is slack in the loop and let's see if I can pull up. Yeah, do highlight let's. </w:t>
      </w:r>
      <w:r>
        <w:br/>
      </w:r>
    </w:p>
    <w:p w:rsidR="008A6D9A" w:rsidRDefault="00000000">
      <w:r>
        <w:t xml:space="preserve">See, there's a pointa. So if you see when she's standing here at rest, she has a little dip in her tail here and that's fine because usually she holds it up neutral. So what we're looking for when we put a loop on a dog, see this here, she's standing at neutral. If we tighten that up to make her stand up, she's going to sit down. The first thing that trainers do to train sit is to put pressure on the bottom of the neck and put a little bit of pressure on the back end. </w:t>
      </w:r>
      <w:r>
        <w:br/>
      </w:r>
    </w:p>
    <w:p w:rsidR="008A6D9A" w:rsidRDefault="00000000">
      <w:r>
        <w:t xml:space="preserve">Now if we want the dog to stand, why do we raise the arm so high so the dog is struggling? That means we want them to stand and sit at the same time. That can't happen. 9 times out of 10 if you're having struggles with a dog is because you have put him in distress and he can't get away from the pressure. You have to lower that, let it be gently looped on top of him, and learn how to communicate with the dog. That's the best way to have them cooperate with you on the table. </w:t>
      </w:r>
      <w:r>
        <w:br/>
      </w:r>
    </w:p>
    <w:p w:rsidR="008A6D9A" w:rsidRDefault="00000000">
      <w:r>
        <w:t xml:space="preserve">Trauma and abuse. I have Cracker, the Maltese Tessa, the Chihuahua mix. Cracker has is a tiny was she's no longer with us this is a million years ago. She's a tiny, teeny tiny little </w:t>
      </w:r>
      <w:r>
        <w:lastRenderedPageBreak/>
        <w:t xml:space="preserve">Maltese that have had been mistreated over about 7 different groomers. No one could do her she was just terrified. At the very end, she's had a leg broken she had her stomach cut open and she was done this owner came in with a little tiny, the tiniest little muzzle you've ever seen in your life. You're like, if she and he said if you could just do her nails and get those done, I would be so grateful. </w:t>
      </w:r>
      <w:r>
        <w:br/>
      </w:r>
    </w:p>
    <w:p w:rsidR="008A6D9A" w:rsidRDefault="00000000">
      <w:r>
        <w:t xml:space="preserve">So we lined out a plan to rehabilitate this child and this was on her rehabilitation day the first day she got a whole groom and she loved it and it took probably about eight or nine weeks of weekly visits. The first visits were just she can come in and hang out for half an hour and nothing bad happens and that happened for the first two or three times. And then we just slowly started working with her, slowly started brushing her out or shaving the places that needed shaved. So that was trauma and abuse, I think, from groomers who did not understand her needs mentally. </w:t>
      </w:r>
      <w:r>
        <w:br/>
      </w:r>
    </w:p>
    <w:p w:rsidR="008A6D9A" w:rsidRDefault="00000000">
      <w:r>
        <w:t xml:space="preserve">And then we have Tessa, This is my own dog this is actually her gotcha picture this is a picture that made me go to Arizona Small Dog Rescue and get this baby. She was seven months old when we got her, but she was in a foster family that was chaos they had one little daughter who like, carried the cat upside down and, you know, it was just a terror. And she just stayed hidden. And she goes, well, if we can catch her, you can take her. We caught her and she's been the best dog ever. </w:t>
      </w:r>
      <w:r>
        <w:br/>
      </w:r>
    </w:p>
    <w:p w:rsidR="008A6D9A" w:rsidRDefault="00000000">
      <w:r>
        <w:t xml:space="preserve">A month and a half went by before she would either even come up to me or come out from behind the couch. That's basically where she slept and ate until she started learning that nothing bad was happening and we're old people it's just me and my husband and our now deceased dog, Bunny, who is an old timer too. And we're just as quiet and as slow and methodical as you can be in a day. </w:t>
      </w:r>
      <w:r>
        <w:br/>
      </w:r>
    </w:p>
    <w:p w:rsidR="008A6D9A" w:rsidRDefault="00000000">
      <w:r>
        <w:t xml:space="preserve">So that's what she needed you know, she's already up here. We just live down here now and now she can calm down and know that nothing's going to get her. Everything's fine there's no frenetic, something happening, </w:t>
      </w:r>
      <w:r>
        <w:br/>
      </w:r>
    </w:p>
    <w:p w:rsidR="008A6D9A" w:rsidRDefault="00000000">
      <w:r>
        <w:t xml:space="preserve">Fight or flight response. So we have Katniss the Schnauzer and Summertime the Maltese. Katniss was a special fear recovery, trauma recovery, because over her lifetime of grooming, groomers taught her not to growl. So all she had left, she just bite you would get zero warning and I think a lot of that happens, especially when young groomers are very new groomers are given dogs and just told to cope with it just start doing it and cope with it over a period of time they told her, stop growling at me. You know, I've heard a groomer say before, if you keep growling at me, I'm going to knock your teeth down your throat. </w:t>
      </w:r>
      <w:r>
        <w:br/>
      </w:r>
    </w:p>
    <w:p w:rsidR="008A6D9A" w:rsidRDefault="00000000">
      <w:r>
        <w:lastRenderedPageBreak/>
        <w:t xml:space="preserve">Not only is that an appropriate language, that's like saying, hey, you're hurting me and then you telling me that you're going to smack me across the face if I keep it up. I can't think of anything more terrible. But over a period of time of years I got her Later in her life as a client, all she would do is bite. So you find out what she bites over and then I put her gently into a groomer, helper type of setup just for those issues. </w:t>
      </w:r>
      <w:r>
        <w:br/>
      </w:r>
    </w:p>
    <w:p w:rsidR="008A6D9A" w:rsidRDefault="00000000">
      <w:r>
        <w:t xml:space="preserve">Otherwise, she could be groomed just fine, but she would just fight. That's a fight or flight response since she couldn't get away from you, she chose to fight she chose violence with no growling, no warning whatsoever. Summertime was raised in a very posh household by a Mama and a dad that were older, but the dad died. Mom became a widow she'd had this baby for nine years and then she met a new man and said, Oh well, she doesn't fit into our travel plan, so I need to find somebody to take her well, I took her. She never loved me. She tolerated me she lasted until she was 12, but I gave her the best life I could i'm a loud person, and she literally was a pretty Princess. </w:t>
      </w:r>
      <w:r>
        <w:br/>
      </w:r>
    </w:p>
    <w:p w:rsidR="008A6D9A" w:rsidRDefault="00000000">
      <w:r>
        <w:t xml:space="preserve">If I laughed too loud over a TV show or something, she would run outside in the dog door and just shake on the outside sidewalk in the backyard until I went out there and got her because loud noises, she was not familiar with them at all. Her response was to run away no matter what it was she would not fight she would not confront. </w:t>
      </w:r>
      <w:r>
        <w:br/>
      </w:r>
    </w:p>
    <w:p w:rsidR="008A6D9A" w:rsidRDefault="00000000">
      <w:r>
        <w:t xml:space="preserve">Home atmosphere. Here we have two different dogs raised by very nice families. The one on the left is Mozart, the Bichon. He was owned by a couple who are older, never had any children, never had any other pets and this was their first one well, they're a little bit OCD and they would sweep the backyard and the patio before he was allowed to go outside. He was not allowed to lick he was not allowed to smell. He was not allowed to do anything that dogs need to do. He became a serial masturbator basically to relieve his tension and that is how they let him live until he left us. </w:t>
      </w:r>
      <w:r>
        <w:br/>
      </w:r>
    </w:p>
    <w:p w:rsidR="008A6D9A" w:rsidRDefault="00000000">
      <w:r>
        <w:t xml:space="preserve">He was a great dog. I watched him for three weeks while they went overseas to visit family, and by the end of that third week he was a regular dog because I just let him be. Just let him be let him sniff stuff, let him pee, let him find a blanket that he likes and just let him be. Maybe he had some leaves on him. Who's to know? </w:t>
      </w:r>
      <w:r>
        <w:br/>
      </w:r>
    </w:p>
    <w:p w:rsidR="008A6D9A" w:rsidRDefault="00000000">
      <w:r>
        <w:t xml:space="preserve">But yeah and then when they came back and we made the transfer, he literally looked at me and just went, here we go again. And then that was his life that was his life. And I can't say that was the best life that a dog would could ever have. He was clean, He was cared for, he was vetted, he was fed well. He had all the nicest things. </w:t>
      </w:r>
      <w:r>
        <w:br/>
      </w:r>
    </w:p>
    <w:p w:rsidR="008A6D9A" w:rsidRDefault="00000000">
      <w:r>
        <w:lastRenderedPageBreak/>
        <w:t xml:space="preserve">But I can't say that his mental needs were being met. I think that was a long cry from what he actually needed to just be healthy in his mind and in his heart. And then we have Chibi over here she's admiring herself in the mirror. Chibi was also arranged, raised by a very affluent family, very Mama and Papa, who were elderly, not elderly, but older, and she never knew a harsh word she'd never been yelled at she could do whatever she wanted basically, she was just the light of Mama's life. </w:t>
      </w:r>
      <w:r>
        <w:br/>
      </w:r>
    </w:p>
    <w:p w:rsidR="008A6D9A" w:rsidRDefault="00000000">
      <w:r>
        <w:t xml:space="preserve">She was the most delicate poodle and of course she was the alpha in her house so when she came over here to stay, she would just displace everybody and have to be the alpha. My dogs hated it, but they got along pretty well she's no longer with us, but home atmosphere makes a difference. Chibi would be groomed and you could do anything with her, Mozart screamed if you hit just the tiniest little tow mat, he would scream bloody murder. You'd have to go out and tell everybody in the waiting room oK, I'm getting ready to groom a dog that just screams for no reason so don't think we're murdering things back here everything's fine. </w:t>
      </w:r>
      <w:r>
        <w:br/>
      </w:r>
    </w:p>
    <w:p w:rsidR="008A6D9A" w:rsidRDefault="00000000">
      <w:r>
        <w:t xml:space="preserve">So that is the difference between a home atmosphere, both great houses, both welts, do families. They didn't abuse them, but one just didn't provide what dogs need because through lack of understanding I believe. </w:t>
      </w:r>
      <w:r>
        <w:br/>
      </w:r>
    </w:p>
    <w:p w:rsidR="008A6D9A" w:rsidRDefault="00000000">
      <w:r>
        <w:t xml:space="preserve">So here we have dog. Every single different circumstance that we put this dog through needs a different set of practiced routine, rules and behaviors. When you go to the vet, you all know what the vet's going to do. So you should have that dog trained to be on the table, to offer a paw, to lay down, do the things the vet needs to do handled on the muzzle. You know, the things that vets need so that's one set of training. Ok, Then you go to the trainer. There's actually training before you can go to a trainer and trainers will tell you this you know they're prerequisites for taking on a new client or whatever, but there are behaviors and etiquette that you have to follow every single place that you go. </w:t>
      </w:r>
      <w:r>
        <w:br/>
      </w:r>
    </w:p>
    <w:p w:rsidR="008A6D9A" w:rsidRDefault="00000000">
      <w:r>
        <w:t xml:space="preserve">The groomer has a different set of things that you need to learn passing in a small space, you know, doing things like that. The owner also has to train for the house now, while I do agree that all dogs need basic obedience and it should be have a basic set of commands or whatever, I literally have taught my Chihuahuas nothing all my big dogs were fully trained, fully everything but the little dogs pretty much run my house. </w:t>
      </w:r>
      <w:r>
        <w:br/>
      </w:r>
    </w:p>
    <w:p w:rsidR="008A6D9A" w:rsidRDefault="00000000">
      <w:r>
        <w:t xml:space="preserve">However, they're trained to the leash, they're trained to a kennel. They come when called. They do the things that I need them to do. They don't need to know everything that all the other dogs know. There's not one set of routines that every single dog should know for every household. Some households, they just want a little fluffy companion. It's OK if they </w:t>
      </w:r>
      <w:r>
        <w:lastRenderedPageBreak/>
        <w:t xml:space="preserve">don't know anything. At the very least they should be body trained. </w:t>
      </w:r>
      <w:r>
        <w:br/>
      </w:r>
    </w:p>
    <w:p w:rsidR="008A6D9A" w:rsidRDefault="00000000">
      <w:r>
        <w:t xml:space="preserve">But when Keep in mind that your one dog or your one client dog, you don't know all the different things that the Mama and the dad put them through. Some of them have to go to the grocery store, some of them have to go to Home Depot, some of them go visit in other households with other dogs. All those different sets of circumstance require a specific set of training and a routine in order for the dog to cope as best as possible. </w:t>
      </w:r>
      <w:r>
        <w:br/>
      </w:r>
    </w:p>
    <w:p w:rsidR="008A6D9A" w:rsidRDefault="00000000">
      <w:r>
        <w:t xml:space="preserve">So keep that in mind. The training of grooming and the training of just walking down the street are just they're not even comparable to all the little nuances of each different environment that the dog has to learn. </w:t>
      </w:r>
      <w:r>
        <w:br/>
      </w:r>
    </w:p>
    <w:p w:rsidR="008A6D9A" w:rsidRDefault="00000000">
      <w:r>
        <w:t xml:space="preserve">But if you tame me, my life will be filled with sunshine. I'll know the sound of footsteps that will be different from all the others. Other footsteps send me back underground. Yours will call me out of my borough like music. </w:t>
      </w:r>
      <w:r>
        <w:br/>
      </w:r>
    </w:p>
    <w:p w:rsidR="008A6D9A" w:rsidRDefault="00000000">
      <w:r>
        <w:t xml:space="preserve">Mimicry for the wind, learning dog language and behavior can be very rewarding and useful. Mimicking the dog's body movements and behaviors can improve communication and deepen the understanding between human and dog. Just try mimicking their behavior when your dog does something silly or blinks and licks. I know a lot of us know that that's a very calming behavior for a dog that is their language for hey, I'm calm. Are you calm? You should be calm because I'm calm, you know? And if you do that, if your dog is anxious and looking at you with side eye, blink, Turn your side to them, blink slow slowly like you're squinting, and lick your lips and they will start to calm down because they recognize that behavior they recognize that language like, oh, she's telling me she's not doing any harm, so I'm OK so she's OK, so I can start to calm down now. </w:t>
      </w:r>
      <w:r>
        <w:br/>
      </w:r>
    </w:p>
    <w:p w:rsidR="008A6D9A" w:rsidRDefault="00000000">
      <w:r>
        <w:t xml:space="preserve">So yes, mimicry is the best until you learn what those behaviors really mean. </w:t>
      </w:r>
      <w:r>
        <w:br/>
      </w:r>
    </w:p>
    <w:p w:rsidR="008A6D9A" w:rsidRDefault="00000000">
      <w:r>
        <w:t xml:space="preserve">Also, look at the slack in the loop. They need that slack for when they stand. They should be in neutral position. All the dogs in this salon understand slack in the loop or no loop at all. A lot of us do train our dogs now for no loop, and I know that kind of goes against some standards of care, everybody Oh, put safety belt on safety belt, put the loop on, put the loop on. If you don't know the dog, you've not worked with the dog. You should use every restraint that makes you feel comfortable in your handling of that animal. I'm not going to tell you any different, nor should anyone else. </w:t>
      </w:r>
      <w:r>
        <w:br/>
      </w:r>
    </w:p>
    <w:p w:rsidR="008A6D9A" w:rsidRDefault="00000000">
      <w:r>
        <w:t xml:space="preserve">There is a way to train your clients to trust, no matter where you are in the grooming, that I can take the loop off with one hand on a back hawk and that dog will absolutely be OK to sit </w:t>
      </w:r>
      <w:r>
        <w:lastRenderedPageBreak/>
        <w:t xml:space="preserve">there and deal with whatever you've got going on. So connection and body language. Look at this left groomer here look, she's like a border collie i'm going to show you a slide here in a minute, then you can see her at work. </w:t>
      </w:r>
      <w:r>
        <w:br/>
      </w:r>
    </w:p>
    <w:p w:rsidR="008A6D9A" w:rsidRDefault="00000000">
      <w:r>
        <w:t xml:space="preserve">This is our beautiful Melissa Meyer. She's the owner of Spa La Paw and she is so dedicated and so wonderful. But if you look, she is so focused and look at her dog lean in a way like, oh gosh, could you do something about this check could you could you do something about it? She's not abusive or mean in any way, but all her dogs are like, OK, here we go. Whereas look at these two on the right these two have a really good rapport this dog really likes this groomer. Yeah, and the groomer really likes the dog so they've got a really neat relationship. </w:t>
      </w:r>
      <w:r>
        <w:br/>
      </w:r>
    </w:p>
    <w:p w:rsidR="008A6D9A" w:rsidRDefault="00000000">
      <w:r>
        <w:t xml:space="preserve">Here we have a neutral spine and tail in this dog before we get to the greeting part, this is what I'm talking about. This is a neutral spine and tail on a dog. When they're standing full stand on your table, they should be able to posture in this manner. If the dog's head is raised up too high or it looks like they're standing on their front tippy toes, you are that it's just too high. It's too high. All their whole spine should be neutral, just like this. And I know I'm going to repeat that until I can't say it anymore until I die. So in greeting, these are two really good greetings. </w:t>
      </w:r>
      <w:r>
        <w:br/>
      </w:r>
    </w:p>
    <w:p w:rsidR="008A6D9A" w:rsidRDefault="00000000">
      <w:r>
        <w:t xml:space="preserve">They're not the only greetings, but they're just two really good ones. And this kind of really shows what I'm talking about. So here we have a larger dog, and we have a guy he's not making eye contact because it's confrontational. His hands are not offered to the dog. He's allowing the dog to choose how near he wants to get to this man he's always, he's also presenting his side to the dog. So this is a very neutral tail, neutral dog, very friendly he's going to go up and he's going to smell around this guy and then he's going to ask to be petted, probably. </w:t>
      </w:r>
      <w:r>
        <w:br/>
      </w:r>
    </w:p>
    <w:p w:rsidR="008A6D9A" w:rsidRDefault="00000000">
      <w:r>
        <w:t xml:space="preserve">That's a healthy greeting. Another healthy greeting for smaller dogs is look at this little nervous Nelly here with the little hand upraised. That always means a question of some sort, what's going to happen? What are you going to do? What's going to happen to me? So when you see them lift up their little paw like that, they're unsure about what's going to happen next. </w:t>
      </w:r>
      <w:r>
        <w:br/>
      </w:r>
    </w:p>
    <w:p w:rsidR="008A6D9A" w:rsidRDefault="00000000">
      <w:r>
        <w:t xml:space="preserve">They don't know. They're still deciding, you know what, course of action. So this young lady is kneeling with her back to the dog. She's kind of looking just to make sure she knows where the dog is she's not offering her hand. She's allowing the dog to come up and smell her and then make a decision whether they want to engage or not just because a dog comes up to you and sniffs you does not mean they're willing to engage. Ok? The sniff has to happen. </w:t>
      </w:r>
      <w:r>
        <w:br/>
      </w:r>
    </w:p>
    <w:p w:rsidR="008A6D9A" w:rsidRDefault="00000000">
      <w:r>
        <w:lastRenderedPageBreak/>
        <w:t xml:space="preserve">Here's another greeting. Think this picture is cute? Look closely. Wide eyed stare, ears pulled back, furrowed brow tense, tightly closed, jaw stiffened posture and child is getting ready to be bit in the face. Children should be taught to respect dogs should never be taught that they have to put up with people climbing all over and pulling their tail and making them feel unsafe as the leader of your household as the leader of your grooming table, it is your job to make sure no other dog jumps up on the table and hurts your dog or cause a strife with your dog your dog should know that you are enough of a leader that you're going to keep everything safe. </w:t>
      </w:r>
      <w:r>
        <w:br/>
      </w:r>
    </w:p>
    <w:p w:rsidR="008A6D9A" w:rsidRDefault="00000000">
      <w:r>
        <w:t xml:space="preserve">The dog doesn't have to worry, OK and then here's a bigger dog sticking his nose down trying to smell this puppy this puppy's like, I don't think so. I don't even know you you're not my Mama, so we have to be very careful of their the movements and their facial expressions. This already knows these ears are already tight. This muscle along the cheek here is very stressed. </w:t>
      </w:r>
      <w:r>
        <w:br/>
      </w:r>
    </w:p>
    <w:p w:rsidR="008A6D9A" w:rsidRDefault="00000000">
      <w:r>
        <w:t xml:space="preserve">Ok, this is also greeting. Here is a soft challenge now a soft challenge is dogs that don't have a beef with each other that more than likely are going to play. A soft challenge is a friendly greeting. You see how their ears are OK. There's no tightening of the muscles in the forehead here on the pips, you know there's no tight muscle on either of their cheeks, so they're not even staring into each other's eyes if you look, they're kind of staring past one another a little bit. </w:t>
      </w:r>
      <w:r>
        <w:br/>
      </w:r>
    </w:p>
    <w:p w:rsidR="008A6D9A" w:rsidRDefault="00000000">
      <w:r>
        <w:t xml:space="preserve">That is very polite that is a polite way for a face greeting to happen on dogs. Here's the consummate dog greeting of course, the forever circle of sniffing. This is also a way that they get information about how old the dog is, If they're sick, if they're afraid, if they're angry, if they're hurt, or if they want to play. They can get a lot of information by smelling them and observing their own body posture, </w:t>
      </w:r>
      <w:r>
        <w:br/>
      </w:r>
    </w:p>
    <w:p w:rsidR="008A6D9A" w:rsidRDefault="00000000">
      <w:r>
        <w:t xml:space="preserve">Connection and body language so now here's a small series of a human kind of mimicking the dog language and I'm using my handsome husband Don to be our example. So here we have a greeting at a fence we have the bigger dog is kind of a little bit dominant, a little bit unsure if you look at the stiffness of the body posture, but this little baby has submitted all the way. The eyes are closed the he's coming from underneath this bigger dog. </w:t>
      </w:r>
      <w:r>
        <w:br/>
      </w:r>
    </w:p>
    <w:p w:rsidR="008A6D9A" w:rsidRDefault="00000000">
      <w:r>
        <w:t xml:space="preserve">And the back end is kind of squashed down like hey, I'm littler than you see can I just smell you? Is everything OK now? On the right hand Don is kneeling to pet these two little children that love him very much. And this is his dog that just died. This is Lady Bunny. But if you notice, these dogs love him, but look how they go up to him And they're turning their faces away. No confrontation. I love you too they're both standing there and they both want pets, but they're being very respectful and very polite by not eyeballing him basically, that's </w:t>
      </w:r>
      <w:r>
        <w:lastRenderedPageBreak/>
        <w:t xml:space="preserve">a very good connection and very good body language. </w:t>
      </w:r>
      <w:r>
        <w:br/>
      </w:r>
    </w:p>
    <w:p w:rsidR="008A6D9A" w:rsidRDefault="00000000">
      <w:r>
        <w:t xml:space="preserve">Here this dog's ready to go. Look at all these muscles all bunched up. Look at this face. Look at that eye East focused. I want to bite something look at this rigid tail. This is what that looks like. See if you're like I'm going to get you like that, this is what you get the dogs interpret that as, Oh my gosh, they're going to get me. </w:t>
      </w:r>
      <w:r>
        <w:br/>
      </w:r>
    </w:p>
    <w:p w:rsidR="008A6D9A" w:rsidRDefault="00000000">
      <w:r>
        <w:t xml:space="preserve">Now smilers to me are miracles from God. I love them so much i have a smiler tessa Bean is a smiler and so unexpected when you see it. Dogs pay so close attention to us that some of them see us smile because we're happy to see them. And they mimic that behavior to us because they want to show us that, hey, I'm happy to see you as well. This dog is ridiculous. I love them. That's so amazing yeah, if you can get a smiler, just cherish them, cherish them so much. </w:t>
      </w:r>
      <w:r>
        <w:br/>
      </w:r>
    </w:p>
    <w:p w:rsidR="008A6D9A" w:rsidRDefault="00000000">
      <w:r>
        <w:t xml:space="preserve">Now this dog is totally like, what you talking about, Willis? I don't think so. That's what he's saying also. So if your mold, your body language say ho, I don't know about that this dog is going to be unsure. Dogs mimic each other when they're in a pack, especially if they're in a family pack. And notice dogs don't have to look at each other to know what body posture is happening because they jostle each other all the time they'll touch shoulders or a hip or see them out of the corner of their eye. </w:t>
      </w:r>
      <w:r>
        <w:br/>
      </w:r>
    </w:p>
    <w:p w:rsidR="008A6D9A" w:rsidRDefault="00000000">
      <w:r>
        <w:t xml:space="preserve">Sometimes you can see dogs who are used to being together and playing together. They'll react to somebody else's body language, but they'll be in synchronicity. And you can see that as well, because those dogs have a certain language that they're speaking to each other as well. </w:t>
      </w:r>
      <w:r>
        <w:br/>
      </w:r>
    </w:p>
    <w:p w:rsidR="008A6D9A" w:rsidRDefault="00000000">
      <w:r>
        <w:t xml:space="preserve">Notice again the slack in the loop this dog is very comfortable standing there. Bunny, of course, didn't need a loop, she'd do whatever you wanted. So even at the groomers, even at home, everybody can do a little bit of something to learn how to work with their dog and how to communicate with their dog. </w:t>
      </w:r>
      <w:r>
        <w:br/>
      </w:r>
    </w:p>
    <w:p w:rsidR="008A6D9A" w:rsidRDefault="00000000">
      <w:r>
        <w:t xml:space="preserve">Here we have evidences of calming behaviors in various degrees. This is a calming behavior look at the squint here. Even a family was happy to land on the nose here. It's very nice and probably a couple of licks. So this is a calming behavior on a beautiful dog face. Here is the stress, relief, yawn and of course when they shake, they shake off stress as well. Now this lip licking here is a calming behavior, but this dog is already anxious look at those eyes, very focused you can see the white on one side. </w:t>
      </w:r>
      <w:r>
        <w:br/>
      </w:r>
    </w:p>
    <w:p w:rsidR="008A6D9A" w:rsidRDefault="00000000">
      <w:r>
        <w:lastRenderedPageBreak/>
        <w:t xml:space="preserve">So this is an anxious dog who's trying to calm himself and send you signals as well. </w:t>
      </w:r>
      <w:r>
        <w:br/>
      </w:r>
    </w:p>
    <w:p w:rsidR="008A6D9A" w:rsidRDefault="00000000">
      <w:r>
        <w:t xml:space="preserve">Here we go. This is my Border collie. She's just like this when she grooms, all her dogs are like this it's so funny. None of them are sad. They have a really good relationship. But I think if you're observing things, and I do observe things quite a bit, she just reminds me of the big Border collie. I think she's amazing she's a really good groomer. </w:t>
      </w:r>
      <w:r>
        <w:br/>
      </w:r>
    </w:p>
    <w:p w:rsidR="008A6D9A" w:rsidRDefault="00000000">
      <w:r>
        <w:t xml:space="preserve">Ok, now we're going to talk about Norma. Norma was not one of my clients it was a client of my colleague Heather Beck, who has a training canine lifeline in Draper, utah and Norma had been brought to her after several trainers, I believe was the story i'm not too sure about her before life, but this dog ended up being really neurological. This is just for educational purposes i want to show you exaggerated signs of what to look for when you're in danger. Look at this thousand yard stare she's got on her very sweet dog, or so I hear i never met her, but she couldn't differentiate between real dogs and fake dogs like soft plushy dogs. </w:t>
      </w:r>
      <w:r>
        <w:br/>
      </w:r>
    </w:p>
    <w:p w:rsidR="008A6D9A" w:rsidRDefault="00000000">
      <w:r>
        <w:t xml:space="preserve">And I do have a small video that we're going to see here hopefully it will play hopefully. </w:t>
      </w:r>
      <w:r>
        <w:br/>
      </w:r>
    </w:p>
    <w:p w:rsidR="008A6D9A" w:rsidRDefault="00000000">
      <w:r>
        <w:t xml:space="preserve">Oh man, it's not going to play. </w:t>
      </w:r>
      <w:r>
        <w:br/>
      </w:r>
    </w:p>
    <w:p w:rsidR="008A6D9A" w:rsidRDefault="00000000">
      <w:r>
        <w:t xml:space="preserve">Let's see. Oh, that's sad. </w:t>
      </w:r>
      <w:r>
        <w:br/>
      </w:r>
    </w:p>
    <w:p w:rsidR="008A6D9A" w:rsidRDefault="00000000">
      <w:r>
        <w:t xml:space="preserve">Ok, never mind. If you want to see this horrifying video, it literally she stalks this toy on this side and she attacks it and she doesn't let go. So if you want to see this, I will provide it on my website on the video portion. You can just go there, it's free and it will be there for you to view. But they tried to rehabilitate her. She was such a loving dog otherwise. But then she would snap and they couldn't get her to stop she was so dangerous they did the best thing possible for this particular dog and not send a biter out into the universe to kill some child or some old lady so they did end up putting her down. </w:t>
      </w:r>
      <w:r>
        <w:br/>
      </w:r>
    </w:p>
    <w:p w:rsidR="008A6D9A" w:rsidRDefault="00000000">
      <w:r>
        <w:t xml:space="preserve">So if you want to see this video, it is. </w:t>
      </w:r>
      <w:r>
        <w:br/>
      </w:r>
    </w:p>
    <w:p w:rsidR="008A6D9A" w:rsidRDefault="00000000">
      <w:r>
        <w:t xml:space="preserve">It is striking. So just either get a hold of Mary or get a hold of me and i'll give you my email here at the end, and I'll let you see that all. </w:t>
      </w:r>
      <w:r>
        <w:br/>
      </w:r>
    </w:p>
    <w:p w:rsidR="008A6D9A" w:rsidRDefault="00000000">
      <w:r>
        <w:t xml:space="preserve">Right. Oh, here it is. Here we go. So she's trying to redirect to the owner or to the handler because she sees that dog. Look at this face. It's unbelievable. Look at her. Every single muscle in her body. She's like, I'm going to kill you. I'm going to kill you slow, and then I'm </w:t>
      </w:r>
      <w:r>
        <w:lastRenderedPageBreak/>
        <w:t xml:space="preserve">going to kill you fast, and then I'm going to kill you some more. </w:t>
      </w:r>
      <w:r>
        <w:br/>
      </w:r>
    </w:p>
    <w:p w:rsidR="008A6D9A" w:rsidRDefault="00000000">
      <w:r>
        <w:t xml:space="preserve">This is obviously just a damn a toy. But look at her, She can't and then when she does snap, it's horrifying. </w:t>
      </w:r>
      <w:r>
        <w:br/>
      </w:r>
    </w:p>
    <w:p w:rsidR="008A6D9A" w:rsidRDefault="00000000">
      <w:r>
        <w:t xml:space="preserve">Yeah, and they could never she can't do it so there's she's not wired correctly. So to try to say that you can save every dog and all, no dogs there's no bad dogs. She's not bad. She just incapable of living with human and other dogs. We gave her back to God basically, and I guess she was really hard to pull back, pull back from it as well like they try if you try to take the toy away, if you try to redirect her onto something else, you literally have to redirect her with another stuffed toy which she then tries to attack so they just decided it was not safe to have her in the world. </w:t>
      </w:r>
      <w:r>
        <w:br/>
      </w:r>
    </w:p>
    <w:p w:rsidR="008A6D9A" w:rsidRDefault="00000000">
      <w:r>
        <w:t xml:space="preserve">Isn't that terrible? I feel so bad for these dogs. All right, that is so scary. So now let's look at 2 encounters that are kind of juxtaposed against each other here in the upper left we've got two dogs they've got open mouths, teeth are showing, they're looking at each other. But if you look at their ears and the softness of their facial muscles and how soft their mouths are even though they're open, these dogs are having a great time. </w:t>
      </w:r>
      <w:r>
        <w:br/>
      </w:r>
    </w:p>
    <w:p w:rsidR="008A6D9A" w:rsidRDefault="00000000">
      <w:r>
        <w:t xml:space="preserve">These dogs are playing this one underneath is actually coming up and get ready to clothesline the bigger one. Fantastic, good times. But we're had by all down here in the lower right. These dogs are going toe to toe something's going to happen without intervention. But look at this face look at the face all these muscles are bunched up. Mad eyes, mad ears, pulled up lips. I'm showing you all my tools of destruction here. Gonna get you so observation will win the day. And you can start today, start today, Really Start paying attention to how dogs talk to each other and how dogs respond to what you are doing. </w:t>
      </w:r>
      <w:r>
        <w:br/>
      </w:r>
    </w:p>
    <w:p w:rsidR="008A6D9A" w:rsidRDefault="00000000">
      <w:r>
        <w:t xml:space="preserve">Let's talk a little bit about speaking buttons, 'cause I know these are really trendy right now. There's some pros and cons, and then I'm going to give you a summary of how I feel about them truly, the pros are you are spending time with your dog, you stimulate learning and it is enriching for both you and the dog to spend time together and learn a new skill, right? The cons? It may make the dog depressed like Bunny, she started to disassociate from being a dog and now she's on Prozac. </w:t>
      </w:r>
      <w:r>
        <w:br/>
      </w:r>
    </w:p>
    <w:p w:rsidR="008A6D9A" w:rsidRDefault="00000000">
      <w:r>
        <w:t xml:space="preserve">I don't believe that it'll these buttons allow the dog to fully express their dogness. It removes the ability of the owner to read the dog well, and it humanizes the dog. The dog is already living in our human world, already living in a house, wearing clothes half the time you know, doing this, doing that we have very human things that we expect our dogs to do. </w:t>
      </w:r>
      <w:r>
        <w:lastRenderedPageBreak/>
        <w:t xml:space="preserve">The least we can do is get us learn how to communicate with them with their own language. </w:t>
      </w:r>
      <w:r>
        <w:br/>
      </w:r>
    </w:p>
    <w:p w:rsidR="008A6D9A" w:rsidRDefault="00000000">
      <w:r>
        <w:t xml:space="preserve">When you see these videos, and I've observed quite a few of them, the mom is like read the magazine or fixing dinner or whatever and her back is to the dog and she's relying on Bunny's knowledge, This dog's knowledge, to know what buttons to push to tell mom if she's not looking at the dog. Dogs have a beautiful multi level nuanced language full of color and energy and possibility. Making them speak human words or communicate with you with human words is taking literally 90 % of what makes a dog beautiful and dampen it down. And I really feel that way. </w:t>
      </w:r>
      <w:r>
        <w:br/>
      </w:r>
    </w:p>
    <w:p w:rsidR="008A6D9A" w:rsidRDefault="00000000">
      <w:r>
        <w:t xml:space="preserve">Yeah, it's fun to have them say human phrases, which tells you they understand what you're saying perfectly well, but they don't have a human mind to understand things that way they have a dog mind. And I've seen dogs, Not just this dog, but other dogs and a cat call their owner stupid over and over and over and over again you are stupid stupid because it is. It's stupid. Instead of buttons, get puzzles. Instead of buttons, go for a walk instead of buttons, let the dog explore a new environment with his nose enrichment yes, taking away his language and giving him our incomplete, crappy language that we miscommunicate with other humans with. </w:t>
      </w:r>
      <w:r>
        <w:br/>
      </w:r>
    </w:p>
    <w:p w:rsidR="008A6D9A" w:rsidRDefault="00000000">
      <w:r>
        <w:t xml:space="preserve">Are you kidding me right now? I think we should all shut up and just have dog language. We'd probably all be better off, but that's how I feel. You might love buttons and they may be great for your dog. I don't know this is how I personally feel about them. </w:t>
      </w:r>
      <w:r>
        <w:br/>
      </w:r>
    </w:p>
    <w:p w:rsidR="008A6D9A" w:rsidRDefault="00000000">
      <w:r>
        <w:t xml:space="preserve">Ok now that I have you all here. </w:t>
      </w:r>
      <w:r>
        <w:br/>
      </w:r>
    </w:p>
    <w:p w:rsidR="008A6D9A" w:rsidRDefault="00000000">
      <w:r>
        <w:t xml:space="preserve">Training and behavior will be greatly improved by using some trainer techniques. Fixed space is anywhere you need them to stay. Fixed space on a towel on the floor, Fixed space on the table. Fixed space in the tub. Fixed space in the lobby on a chair until you can come and get them. That is a fixed space. Training to the table is training to a fixed base training to a tub is the same kenneling up. I have seen so many groomers struggle to get a dog in and out of a kennel when there is an actual technique and method to do so now, I won't be demonstrating it for you during this particular, but there is a way there is a way, and trainers can help you with that and a lot of other groomers who have been through that technique can teach you that. </w:t>
      </w:r>
      <w:r>
        <w:br/>
      </w:r>
    </w:p>
    <w:p w:rsidR="008A6D9A" w:rsidRDefault="00000000">
      <w:r>
        <w:t xml:space="preserve">But man, it shouldn't be such a struggle. And if you're training on the table or you're training a dog to be in the tub, you could absolutely start training them to get in and out of the kennels so that no one gets hurt the dog's not, you know, freaking out, you know, Oh my gosh and then you're being all scraped to death and tripping over the dog and busting your </w:t>
      </w:r>
      <w:r>
        <w:lastRenderedPageBreak/>
        <w:t xml:space="preserve">head on the concrete, passing closely in a small space also, it's very important to handle dogs in a way that keeps them safe from one another and keeps body language, correct feet handling. </w:t>
      </w:r>
      <w:r>
        <w:br/>
      </w:r>
    </w:p>
    <w:p w:rsidR="008A6D9A" w:rsidRDefault="00000000">
      <w:r>
        <w:t xml:space="preserve">You know, you could just invite him in for 30 minutes every week and just handle their feet you know, you can charge for that. You don't have to even groom them or do their nails. But if they want their nails done and they don't like it, formulate a plan. You know, work with the dog where he's at, and of course, introduction to tools, which we won't be demonstrating today. But these are some of the things we need to start thinking about as stylists, as groomers, as people that handle dogs, bathe dogs, kennel dogs, daycare, You know, everywhere there's dogs, your observe, your observations are your goal that's where all your learning is going to come from. </w:t>
      </w:r>
      <w:r>
        <w:br/>
      </w:r>
    </w:p>
    <w:p w:rsidR="008A6D9A" w:rsidRDefault="00000000">
      <w:r>
        <w:t xml:space="preserve">And of course, notice the natural spine of this poodle standing on this table. He's, I think he's looking down a little bit so he's taking the slack out of it but if he turned his head around, you could see that this back line is completely level and that's what we're looking for on the table that's where they can be the most comfortable. The moment you put pressure on the neck or pull the chin up, you're putting in pressure and all dogs want to do is relieve that pressure. </w:t>
      </w:r>
      <w:r>
        <w:br/>
      </w:r>
    </w:p>
    <w:p w:rsidR="008A6D9A" w:rsidRDefault="00000000">
      <w:r>
        <w:t xml:space="preserve">Trainers use pressure all the time, distance pressure and close up pressure. So train a thick space table train getting on and off standing there and then conditioning the boundaries because dogs don't have back end awareness. They'll just back up and if they fall off, you know, a lot of people are like, Oh my gosh, you're so dumb. You know, don't you know the tables back there? They don't and it takes conditioning to help them remember, no, don't let them fall off maybe pull the toe off so that they know there's nothing there. </w:t>
      </w:r>
      <w:r>
        <w:br/>
      </w:r>
    </w:p>
    <w:p w:rsidR="008A6D9A" w:rsidRDefault="00000000">
      <w:r>
        <w:t xml:space="preserve">Do not let them hang. Do not let them fall off the table to teach them a lesson. There's no lesson there. The lesson is that they need to fear you. Put them gently on the table, put the loop just so it's a safety mechanism, something you can use to transmit your wishes and something to remind them that they're in a fixed space area, but it shouldn't be strapped up so tight that they can't breathe or their chin is up. Not at all. </w:t>
      </w:r>
      <w:r>
        <w:br/>
      </w:r>
    </w:p>
    <w:p w:rsidR="008A6D9A" w:rsidRDefault="00000000">
      <w:r>
        <w:t xml:space="preserve">Fixed space tub train getting in and out. The sound and feel of the water follow the same routine every single time. I've got trauma and fear recovery dogs that come in and they used to hate getting into the bathtub, hate kenneling up or whatever, and now they just get in like it's nothing. Because that's what I expected. And we trained for it and we went at the dog's pace, </w:t>
      </w:r>
      <w:r>
        <w:br/>
      </w:r>
    </w:p>
    <w:p w:rsidR="008A6D9A" w:rsidRDefault="00000000">
      <w:r>
        <w:lastRenderedPageBreak/>
        <w:t xml:space="preserve">This baby. </w:t>
      </w:r>
      <w:r>
        <w:br/>
      </w:r>
    </w:p>
    <w:p w:rsidR="008A6D9A" w:rsidRDefault="00000000">
      <w:r>
        <w:t xml:space="preserve">Kenneling up condition, getting in and coming out. Make it comfortable. Take your time. Patience now pays off later in solid behavior. If you think you don't have time to train the dogs to be calm and to do things nice and calmly, you don't have time to groom you don't have time. That's part of your job. Groomers are trainers too. Every aspect of a dog's life, no matter what environment that they are in. Whoever is in charge there is in charge of training, observing, and keeping leadership of any animal in their care or in their vicinity. Patience now pays off in solid behavior later. Do not skip it. </w:t>
      </w:r>
      <w:r>
        <w:br/>
      </w:r>
    </w:p>
    <w:p w:rsidR="008A6D9A" w:rsidRDefault="00000000">
      <w:r>
        <w:t xml:space="preserve">Passing closely in a small space here i think I can activate this. Oh no. </w:t>
      </w:r>
      <w:r>
        <w:br/>
      </w:r>
    </w:p>
    <w:p w:rsidR="008A6D9A" w:rsidRDefault="00000000">
      <w:r>
        <w:t xml:space="preserve">This was also yeah. This is also a video which I will have on my website evidently my videos aren't playing i don't know how to make them play. </w:t>
      </w:r>
      <w:r>
        <w:br/>
      </w:r>
    </w:p>
    <w:p w:rsidR="008A6D9A" w:rsidRDefault="00000000">
      <w:r>
        <w:t xml:space="preserve">So anyway, this will demonstrate passing. So this will be on my website if you're interested in seeing the actual thing. What happens is the humans are always on the inside and the dogs are always on the outside. If you consistently hold your slip lead like a trainer, dogs on the left, your hand is near their neck, the slip lead is near their jaw, and then the loose end is in your right hand. If everybody uses that slip lead technique, no matter where you walk with your dog, you're always going to have people between the dogs. So Melissa's coming toward us with the dog on her left. </w:t>
      </w:r>
      <w:r>
        <w:br/>
      </w:r>
    </w:p>
    <w:p w:rsidR="008A6D9A" w:rsidRDefault="00000000">
      <w:r>
        <w:t xml:space="preserve">And then what you can't see because the video won't play for whatever reason, Aaron is coming up from behind toward Melissa and she's got the her dog on her left. So they pack the people pass, but the dogs don't fraternize. That is passing closely in a small space, and you should train for it. Train dogs naturally jostle each other just in friendliness they bump each other all the time because that's how they live that's how they say, hey, we're here, whatever, hey, I'm still right here beside you. </w:t>
      </w:r>
      <w:r>
        <w:br/>
      </w:r>
    </w:p>
    <w:p w:rsidR="008A6D9A" w:rsidRDefault="00000000">
      <w:r>
        <w:t xml:space="preserve">Use your body to create the barrier, and it takes a little bit of practice, but use your body to create a barrier to kill the line of sight if a dog's trying to focus on another dog get that line of sight blocked. You can use a towel. You can use a piece of paper sometimes you can use a whatever it is you have available. Towels are really good for that and if they attack the towel, So what a shredded towel, not a shredded hand or a shredded other client. </w:t>
      </w:r>
      <w:r>
        <w:br/>
      </w:r>
    </w:p>
    <w:p w:rsidR="008A6D9A" w:rsidRDefault="00000000">
      <w:r>
        <w:t xml:space="preserve">Handling feet and other private areas. Backlimatization is so important. Touch, caress, hold, and these are things that you can put in a little booklet and send with your clients. If they're new puppies, or they have a dog and they're not sure and the dog has a behaviour or </w:t>
      </w:r>
      <w:r>
        <w:lastRenderedPageBreak/>
        <w:t xml:space="preserve">whatever, look at this person, even touching the gums and stuff so this dog can get his teeth brushed on a regular basis. Look at this precious hands holding these other little precious hands that looks like No Fear, That looks like yes, you may hold my hands because you work with them. </w:t>
      </w:r>
      <w:r>
        <w:br/>
      </w:r>
    </w:p>
    <w:p w:rsidR="008A6D9A" w:rsidRDefault="00000000">
      <w:r>
        <w:t xml:space="preserve">It's unnatural to touch dogs the way we touch them, yet they're so good they allow it. They're miracles. Introducing tools, scissors, brushes, nail grinders, Clippers, all should be introduced incrementally. How are you just going to have this little baby never been groomed before or been groomed in really serious, dire circumstances? And you're just going to slap a muzzle on and get it done because you got more coming in. Number one how's that a way to live your life? And number two, is that fair to the dog? </w:t>
      </w:r>
      <w:r>
        <w:br/>
      </w:r>
    </w:p>
    <w:p w:rsidR="008A6D9A" w:rsidRDefault="00000000">
      <w:r>
        <w:t xml:space="preserve">That's not fair you're just setting that dog up oh well, he's just going to be that way for the rest of his life what if that dog's two and lives at 17 he's. </w:t>
      </w:r>
      <w:r>
        <w:br/>
      </w:r>
    </w:p>
    <w:p w:rsidR="008A6D9A" w:rsidRDefault="00000000">
      <w:r>
        <w:t xml:space="preserve">Got over a decade to go of just this what he considers abuse and fear and anxiety at the grooming salon every four or six weeks or something. That sounds unreasonable to me. Part of our job is making this happen comfortably with the least amount of anxiety as possible. This is basically how I acclimate any tool to the face. I close the blade and I literally just run that blade all over their face until they just don't care anymore. They can. I use huge, my big, huge 10 inch Talon shears and just, I'll put a rubber band on the tips and I'll just run those all over the face they can bite them if they want. </w:t>
      </w:r>
      <w:r>
        <w:br/>
      </w:r>
    </w:p>
    <w:p w:rsidR="008A6D9A" w:rsidRDefault="00000000">
      <w:r>
        <w:t xml:space="preserve">They're just really industrially strong big piece of steel in your hand. But I just run that all over and they can bite it and put it in their mouth and I just hold it there so they can explore it, smell it, taste it, feel it. And then they're like, OK, so it's not bad nothing hurts. Then I'll take a slower pair of shears, do the same thing a smaller pair of shears do the same thing until they don't care and then I'm just holding their little chin and we're snip it out whatever we need to snip out incrementally is the ticket. </w:t>
      </w:r>
      <w:r>
        <w:br/>
      </w:r>
    </w:p>
    <w:p w:rsidR="008A6D9A" w:rsidRDefault="00000000">
      <w:r>
        <w:t xml:space="preserve">And each tool should be that way. Just like each environment, You have to start at square one. This is how you act when you're at the vet this is how you act when you're at the park this is how you act when you're at Grandma's It's a TOT thing, so conditioning number one, stick with a routine. The same for every pet. Two condition, one new behavior at a time. Three, add a new layer when the first behavior is second nature when they just do it. </w:t>
      </w:r>
      <w:r>
        <w:br/>
      </w:r>
    </w:p>
    <w:p w:rsidR="008A6D9A" w:rsidRDefault="00000000">
      <w:r>
        <w:t xml:space="preserve">Four, repeat past training to blend with the new behavior. 5 If you plateau or you're not having any progress, go back one step or just start at the beginning. It all has to be revisited </w:t>
      </w:r>
      <w:r>
        <w:lastRenderedPageBreak/>
        <w:t xml:space="preserve">anyway. </w:t>
      </w:r>
      <w:r>
        <w:br/>
      </w:r>
    </w:p>
    <w:p w:rsidR="008A6D9A" w:rsidRDefault="00000000">
      <w:r>
        <w:t xml:space="preserve">Animals are intricately intertwined in our lives. It is our responsibility to care for them with compassion, knowledge, and understanding. Learning how to best give them the life they deserve is a worthwhile endeavor. </w:t>
      </w:r>
      <w:r>
        <w:br/>
      </w:r>
    </w:p>
    <w:p w:rsidR="008A6D9A" w:rsidRDefault="00000000">
      <w:r>
        <w:t xml:space="preserve">Another thing that I thought about the buttons, and I'm sorry that I didn't put that on that slide. </w:t>
      </w:r>
      <w:r>
        <w:br/>
      </w:r>
    </w:p>
    <w:p w:rsidR="008A6D9A" w:rsidRDefault="00000000">
      <w:r>
        <w:t xml:space="preserve">I just don't think that's a worthwhile life. </w:t>
      </w:r>
      <w:r>
        <w:br/>
      </w:r>
    </w:p>
    <w:p w:rsidR="008A6D9A" w:rsidRDefault="00000000">
      <w:r>
        <w:t xml:space="preserve">The very things that dogs can teach you that you need to know that are mind blowing, profound lessons that dogs can teach us as humans. You literally disrespect those gifts by making the dog speak human and then I'll get off my soapbox on the buttons. I just think they're trendy i just don't think that they're healthy for dogs. </w:t>
      </w:r>
      <w:r>
        <w:br/>
      </w:r>
    </w:p>
    <w:p w:rsidR="008A6D9A" w:rsidRDefault="00000000">
      <w:r>
        <w:t xml:space="preserve">You must be very patient. First you will sit down at a little distance from me. I shall look at you out of the corner of my eye and you will say nothing. Words are the source of misunderstandings, but you will sit a little closer to me every day. </w:t>
      </w:r>
      <w:r>
        <w:br/>
      </w:r>
    </w:p>
    <w:p w:rsidR="008A6D9A" w:rsidRDefault="00000000">
      <w:r>
        <w:t xml:space="preserve">Thank you very much. And if you have any questions, you will be able to find me at Michelle at All Things Paw, Michelle at Whole Pet and then my website isallthingspaw.com. </w:t>
      </w:r>
      <w:r>
        <w:br/>
      </w:r>
    </w:p>
    <w:p w:rsidR="008A6D9A" w:rsidRDefault="00000000">
      <w:r>
        <w:t xml:space="preserve">Ok, We'll give a second for questions. </w:t>
      </w:r>
      <w:r>
        <w:br/>
      </w:r>
    </w:p>
    <w:p w:rsidR="008A6D9A" w:rsidRDefault="00000000">
      <w:r>
        <w:t xml:space="preserve">That was very good thank you, Michelle. You're very welcome. This is actually going to be expanded into about a four hour class. There's so much material to this class that I had to pick and choose. I also had some videos that did not play. Kind of shorten my time a little bit, but I am going to be providing all of the videos that we're supposed to play in here that didn't on my website it's on a free page you just go to the videos, it's fine, OK? Anita says she can get back on your soapbox. </w:t>
      </w:r>
      <w:r>
        <w:br/>
      </w:r>
    </w:p>
    <w:p w:rsidR="008A6D9A" w:rsidRDefault="00000000">
      <w:r>
        <w:t xml:space="preserve">I need to get back on my soapbox. </w:t>
      </w:r>
      <w:r>
        <w:br/>
      </w:r>
    </w:p>
    <w:p w:rsidR="008A6D9A" w:rsidRDefault="00000000">
      <w:r>
        <w:t xml:space="preserve">How does everybody feel about buttons truthfully, I'm not crazy about it i just. I just really hate them yeah. Oh, thank you. Thank you goodbye. I know, right, Anita? I just i don't. I don't see the benefit at first i did and I watched a lot of videos to see if in fact, that was a viable </w:t>
      </w:r>
      <w:r>
        <w:lastRenderedPageBreak/>
        <w:t xml:space="preserve">option, should they know our language guess what they already do. We need to know theirs more than they need to know ours, as far as I'm concerned. </w:t>
      </w:r>
      <w:r>
        <w:br/>
      </w:r>
    </w:p>
    <w:p w:rsidR="008A6D9A" w:rsidRDefault="00000000">
      <w:r>
        <w:t xml:space="preserve">Thank you, Maria i appreciate that. </w:t>
      </w:r>
      <w:r>
        <w:br/>
      </w:r>
    </w:p>
    <w:p w:rsidR="008A6D9A" w:rsidRDefault="00000000">
      <w:r>
        <w:t xml:space="preserve">Ashley Uggs. </w:t>
      </w:r>
      <w:r>
        <w:br/>
      </w:r>
    </w:p>
    <w:p w:rsidR="008A6D9A" w:rsidRDefault="00000000">
      <w:r>
        <w:t xml:space="preserve">Yeah, they're not communicating like people would have thought absolutely. Especially when they stand there and press the button stupid about 20 times I've seen it. </w:t>
      </w:r>
      <w:r>
        <w:br/>
      </w:r>
    </w:p>
    <w:p w:rsidR="008A6D9A" w:rsidRDefault="00000000">
      <w:r>
        <w:t xml:space="preserve">So yeah, well, thank you everybody for spending your time. For those of you who have paid for this particular thing, I will be releasing the four hour version of it as a video. I would like to. I'll have Mary send you to me whoever wants to see that, you can see that for free for the first time. If you like, I will i'll provide that to you. So I'm just sorry that my videos didn't play it kind of shortened up everything so it's OK so when you're ready, just let me know, OK and if this will be this for our class will be on Positive Ed as well. </w:t>
      </w:r>
      <w:r>
        <w:br/>
      </w:r>
    </w:p>
    <w:p w:rsidR="008A6D9A" w:rsidRDefault="00000000">
      <w:r>
        <w:t xml:space="preserve">Ok, So even after this summit is long gone and you can't see it anymore, this particular class will be there. All right, Very good all right, So let me stop the recording. </w:t>
      </w:r>
      <w:r>
        <w:br/>
      </w:r>
    </w:p>
    <w:sectPr w:rsidR="008A6D9A"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03DE0" w:rsidRDefault="00503DE0">
      <w:pPr>
        <w:spacing w:after="0" w:line="240" w:lineRule="auto"/>
      </w:pPr>
      <w:r>
        <w:separator/>
      </w:r>
    </w:p>
  </w:endnote>
  <w:endnote w:type="continuationSeparator" w:id="0">
    <w:p w:rsidR="00503DE0" w:rsidRDefault="00503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6D9A" w:rsidRDefault="00000000">
    <w:pPr>
      <w:pStyle w:val="Footer"/>
      <w:jc w:val="center"/>
    </w:pPr>
    <w:r>
      <w:t xml:space="preserve">Page </w:t>
    </w:r>
    <w:r>
      <w:fldChar w:fldCharType="begin"/>
    </w:r>
    <w:r>
      <w:instrText>PAGE</w:instrText>
    </w:r>
    <w:r w:rsidR="00981783">
      <w:fldChar w:fldCharType="separate"/>
    </w:r>
    <w:r w:rsidR="00981783">
      <w:rPr>
        <w:noProof/>
      </w:rPr>
      <w:t>1</w:t>
    </w:r>
    <w:r>
      <w:fldChar w:fldCharType="end"/>
    </w:r>
    <w:r>
      <w:t>/</w:t>
    </w:r>
    <w:r>
      <w:fldChar w:fldCharType="begin"/>
    </w:r>
    <w:r>
      <w:instrText>NUMPAGES</w:instrText>
    </w:r>
    <w:r w:rsidR="00981783">
      <w:fldChar w:fldCharType="separate"/>
    </w:r>
    <w:r w:rsidR="0098178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03DE0" w:rsidRDefault="00503DE0">
      <w:pPr>
        <w:spacing w:after="0" w:line="240" w:lineRule="auto"/>
      </w:pPr>
      <w:r>
        <w:separator/>
      </w:r>
    </w:p>
  </w:footnote>
  <w:footnote w:type="continuationSeparator" w:id="0">
    <w:p w:rsidR="00503DE0" w:rsidRDefault="00503D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42575390">
    <w:abstractNumId w:val="8"/>
  </w:num>
  <w:num w:numId="2" w16cid:durableId="981270727">
    <w:abstractNumId w:val="6"/>
  </w:num>
  <w:num w:numId="3" w16cid:durableId="61342565">
    <w:abstractNumId w:val="5"/>
  </w:num>
  <w:num w:numId="4" w16cid:durableId="823591828">
    <w:abstractNumId w:val="4"/>
  </w:num>
  <w:num w:numId="5" w16cid:durableId="1266038950">
    <w:abstractNumId w:val="7"/>
  </w:num>
  <w:num w:numId="6" w16cid:durableId="81489329">
    <w:abstractNumId w:val="3"/>
  </w:num>
  <w:num w:numId="7" w16cid:durableId="1631663310">
    <w:abstractNumId w:val="2"/>
  </w:num>
  <w:num w:numId="8" w16cid:durableId="495534039">
    <w:abstractNumId w:val="1"/>
  </w:num>
  <w:num w:numId="9" w16cid:durableId="1240363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03DE0"/>
    <w:rsid w:val="008A6D9A"/>
    <w:rsid w:val="0098178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7DADF3FC-3132-8446-969C-7DB1A351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8865</Words>
  <Characters>50534</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59281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2023-11-27T22:53:00Z</dcterms:created>
  <dcterms:modified xsi:type="dcterms:W3CDTF">2023-11-27T22:53:00Z</dcterms:modified>
  <cp:category/>
</cp:coreProperties>
</file>