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6152" w:rsidRDefault="00000000">
      <w:pPr>
        <w:pStyle w:val="Title"/>
      </w:pPr>
      <w:r>
        <w:t>Don't Grab The Beard</w:t>
      </w:r>
    </w:p>
    <w:p w:rsidR="004B6152" w:rsidRDefault="004B6152"/>
    <w:p w:rsidR="004B6152" w:rsidRDefault="00000000">
      <w:r>
        <w:rPr>
          <w:b/>
        </w:rPr>
        <w:t>Date</w:t>
      </w:r>
      <w:r>
        <w:t xml:space="preserve">    2023-11-26</w:t>
      </w:r>
    </w:p>
    <w:p w:rsidR="004B6152" w:rsidRDefault="004B6152"/>
    <w:p w:rsidR="004B6152" w:rsidRDefault="00000000">
      <w:r>
        <w:t xml:space="preserve">Ok, everybody welcome to the second session of Positive Educational Trainings Behavior Summit. So we're going to second session is going to be with Ashley Handy i actually really like this particular workshop so Ashley, it is all yours. Welcome everyone i'm so glad to actually have some people in here so please ask questions or have comments because I want to hear them and see them. Questions will help me better this class next year. I update this class on a yearly basis so I will be taking notes from your feedback. </w:t>
      </w:r>
      <w:r>
        <w:br/>
      </w:r>
    </w:p>
    <w:p w:rsidR="004B6152" w:rsidRDefault="00000000">
      <w:r>
        <w:t xml:space="preserve">As you can tell I am Ashley Handy and in. Let's see if you scan this QR code with your phone. You can find out multiple ways of getting a hold of me if you ever would like to chat, I am as available as I can be with a newborn. </w:t>
      </w:r>
      <w:r>
        <w:br/>
      </w:r>
    </w:p>
    <w:p w:rsidR="004B6152" w:rsidRDefault="00000000">
      <w:r>
        <w:t xml:space="preserve">I have. Continuing education is extremely important to me and that is why I am have been a member of Positive Ed for a long time i don't even remember how long. I have multiple certifications and the biggest one that pertains to this class is my master groomer behavior specialist class that I took with Christy Newmeyer Smith. If you don't know who she is, you should, and I believe she's teaching a class tomorrow. </w:t>
      </w:r>
      <w:r>
        <w:br/>
      </w:r>
    </w:p>
    <w:p w:rsidR="004B6152" w:rsidRDefault="00000000">
      <w:r>
        <w:t xml:space="preserve">All right, so this is my baby. Don't grab the beard. And Chrissy is a very dear friend of mine, so of course I have to quote her because it's very important and makes a lot of sense as we go through this class. The dog is not giving you a hard time, it's having a hard time. </w:t>
      </w:r>
      <w:r>
        <w:br/>
      </w:r>
    </w:p>
    <w:p w:rsidR="004B6152" w:rsidRDefault="00000000">
      <w:r>
        <w:t xml:space="preserve">All right, </w:t>
      </w:r>
      <w:r>
        <w:br/>
      </w:r>
    </w:p>
    <w:p w:rsidR="004B6152" w:rsidRDefault="00000000">
      <w:r>
        <w:t xml:space="preserve">Let's start by the root of the class name. I was taught to hold on tight as they flailed and screamed until they submitted. I was taught to grab them tightly around the muzzle and say no when they tried to bite or move away suddenly. </w:t>
      </w:r>
      <w:r>
        <w:br/>
      </w:r>
    </w:p>
    <w:p w:rsidR="004B6152" w:rsidRDefault="00000000">
      <w:r>
        <w:t xml:space="preserve">No more. There is a better way. This isn't a class on how to communicate with clients about their dog's behavior issues, but communication is necessary in order to move forward when there is an issue in this class, we will go over alternative ways to hold faces of all types of </w:t>
      </w:r>
      <w:r>
        <w:lastRenderedPageBreak/>
        <w:t xml:space="preserve">dogs, big, small, young and frail, and even those who bite. </w:t>
      </w:r>
      <w:r>
        <w:br/>
      </w:r>
    </w:p>
    <w:p w:rsidR="004B6152" w:rsidRDefault="00000000">
      <w:r>
        <w:t xml:space="preserve">So does this sequence look familiar to you? </w:t>
      </w:r>
      <w:r>
        <w:br/>
      </w:r>
    </w:p>
    <w:p w:rsidR="004B6152" w:rsidRDefault="00000000">
      <w:r>
        <w:t xml:space="preserve">What do we think causes a dog to struggle when we're holding their beards for grooming? Of course, it's important to point out that not all dogs react this way when holding their face, but many do, especially the young and elderly. At all stages of life, a dog can suffer from pain, puppies that are teething, adult and elderly dogs suffering from dent disease and other, unknown to us, pain. Or they may have a low pain threshold that the dog becomes uncomfortable even with light tugging of their hair. </w:t>
      </w:r>
      <w:r>
        <w:br/>
      </w:r>
    </w:p>
    <w:p w:rsidR="004B6152" w:rsidRDefault="00000000">
      <w:r>
        <w:t xml:space="preserve">With that said, all dogs need training and whether we know it or not, as groomers we are training the dogs on our tables for the grooming process. We also instruct owners to do training at home to get the dog ready for grooming and it often doesn't go the way we hoped. </w:t>
      </w:r>
      <w:r>
        <w:br/>
      </w:r>
    </w:p>
    <w:p w:rsidR="004B6152" w:rsidRDefault="00000000">
      <w:r>
        <w:t xml:space="preserve">Isn't the dog just being difficult or stubborn? Sometimes it sure feels like it, but in reality they are not. When dogs are being difficult, it is more often a response to stress, fear or pain. </w:t>
      </w:r>
      <w:r>
        <w:br/>
      </w:r>
    </w:p>
    <w:p w:rsidR="004B6152" w:rsidRDefault="00000000">
      <w:r>
        <w:t xml:space="preserve">But what if you could see this every day? </w:t>
      </w:r>
      <w:r>
        <w:br/>
      </w:r>
    </w:p>
    <w:p w:rsidR="004B6152" w:rsidRDefault="00000000">
      <w:r>
        <w:t xml:space="preserve">So I call this respect centered handling with alternative face holding you can establish a bond with the dog on your table by respecting their bodily autonomy verse pushing them through the things that make them uncomfortable, potentially causing issues down the line. </w:t>
      </w:r>
      <w:r>
        <w:br/>
      </w:r>
    </w:p>
    <w:p w:rsidR="004B6152" w:rsidRDefault="00000000">
      <w:r>
        <w:t xml:space="preserve">I. </w:t>
      </w:r>
      <w:r>
        <w:br/>
      </w:r>
    </w:p>
    <w:p w:rsidR="004B6152" w:rsidRDefault="00000000">
      <w:r>
        <w:t xml:space="preserve">Seem to be skipping slides. Hold on. This is not where it's supposed to be. It did skip. How rude i'm fixing. All right, </w:t>
      </w:r>
      <w:r>
        <w:br/>
      </w:r>
    </w:p>
    <w:p w:rsidR="004B6152" w:rsidRDefault="00000000">
      <w:r>
        <w:t xml:space="preserve">Here is a common reaction to hair holding. Let's go ahead and watch the video. This is Dylan. </w:t>
      </w:r>
      <w:r>
        <w:br/>
      </w:r>
    </w:p>
    <w:p w:rsidR="004B6152" w:rsidRDefault="00000000">
      <w:r>
        <w:t xml:space="preserve">He's my good boy. See the nose scritchies, Angie even I do them with the dogs, </w:t>
      </w:r>
      <w:r>
        <w:br/>
      </w:r>
    </w:p>
    <w:p w:rsidR="004B6152" w:rsidRDefault="00000000">
      <w:r>
        <w:lastRenderedPageBreak/>
        <w:t xml:space="preserve">So I have never. That was the first and only time that I have ever hold Dylan's beard. I have never done it before and I've been grooming him since he was a puppy and I will never do it again it was strictly for science and he reacted exactly as I expected to. </w:t>
      </w:r>
      <w:r>
        <w:br/>
      </w:r>
    </w:p>
    <w:p w:rsidR="004B6152" w:rsidRDefault="00000000">
      <w:r>
        <w:t xml:space="preserve">So note how he yawned. Note how he shook and how uncomfortable he looked being held that way. I have seen many gurmers crank down harder and fight with them through their discomfort, including myself. I want to make it very clear that I was no better and we all learn by evolving. So this is not a judgement on others, it's just what we have been taught. And in this video specifically, you are witnessing the opposition reflex. Does that ring a bell? The dog's opposition reflex is the instinctive reaction to push against a push. </w:t>
      </w:r>
      <w:r>
        <w:br/>
      </w:r>
    </w:p>
    <w:p w:rsidR="004B6152" w:rsidRDefault="00000000">
      <w:r>
        <w:t xml:space="preserve">Dogs have a natural resistance to pressure called the opposition reflex. If dogs are pulled in One Direction, they will automatically pull in the other direction. I should say that again, if dogs are pulled in One Direction, they will automatically pull in the other direction. The opposition reflex is your dog's natural instinct to resist pressure. It is a life saving instinct for one, and if they get trapped, holding the beard and not letting go as they try to pull away Trish triggers this opposition reflex. </w:t>
      </w:r>
      <w:r>
        <w:br/>
      </w:r>
    </w:p>
    <w:p w:rsidR="004B6152" w:rsidRDefault="00000000">
      <w:r>
        <w:t xml:space="preserve">It can cause them to panic, flail, scream and bite to break free. I have seen it most often in untrained young puppies, as they don't understand why we are holding their faces that way to begin with. </w:t>
      </w:r>
      <w:r>
        <w:br/>
      </w:r>
    </w:p>
    <w:p w:rsidR="004B6152" w:rsidRDefault="00000000">
      <w:r>
        <w:t xml:space="preserve">So what is bodily autonomy? It is defined as the ability of one person to demonstrate power in agency over choices concerning their own bodies. These choices must be made without fear, threat, violence, or coercion from others. So what does this mean for dogs? Should we allow dogs to have agency over their bodies? Yes. Do we still need to groom them and ensure they are comfortable and safe? Also yes. With respect, with respectful handling and cooperative care, we can teach them to be safely groomed while honoring their needs. </w:t>
      </w:r>
      <w:r>
        <w:br/>
      </w:r>
    </w:p>
    <w:p w:rsidR="004B6152" w:rsidRDefault="00000000">
      <w:r>
        <w:t xml:space="preserve">And this specific class we will be covering face handling and I am still writing slowly my whole body respect centered class which I hope to have maybe next year. It may keep getting pushed, who knows. </w:t>
      </w:r>
      <w:r>
        <w:br/>
      </w:r>
    </w:p>
    <w:p w:rsidR="004B6152" w:rsidRDefault="00000000">
      <w:r>
        <w:t xml:space="preserve">So the least amount of restraint is often all that is necessary. In this slide, Kita right here, my furry niece demonstrates some of the common head holds that I use on all of my clients. </w:t>
      </w:r>
      <w:r>
        <w:br/>
      </w:r>
    </w:p>
    <w:p w:rsidR="004B6152" w:rsidRDefault="00000000">
      <w:r>
        <w:t xml:space="preserve">Dogs take quickly to this style of whole because it is centered around a cooperative care approach. But what is cooperative care? The International Association of Animal Behavior Consultants defines cooperative care as training an animal to not only tolerate handling and </w:t>
      </w:r>
      <w:r>
        <w:lastRenderedPageBreak/>
        <w:t xml:space="preserve">husbandry procedures, but to be an active, willing participant in these experiences. </w:t>
      </w:r>
      <w:r>
        <w:br/>
      </w:r>
    </w:p>
    <w:p w:rsidR="004B6152" w:rsidRDefault="00000000">
      <w:r>
        <w:t xml:space="preserve">Husbandry is defined as the care and maintenance that is required to keep our pets happy and healthy. This includes proper nail care, dental care, brushing and grooming, cleaning of eyes and ears, and more. The very definition of what we do for every pet. Let us help them enjoy it as best we can. </w:t>
      </w:r>
      <w:r>
        <w:br/>
      </w:r>
    </w:p>
    <w:p w:rsidR="004B6152" w:rsidRDefault="00000000">
      <w:r>
        <w:t xml:space="preserve">On this slide I am demonstrating my most common head hold. </w:t>
      </w:r>
      <w:r>
        <w:br/>
      </w:r>
    </w:p>
    <w:p w:rsidR="004B6152" w:rsidRDefault="00000000">
      <w:r>
        <w:t xml:space="preserve">When holding this way, I am not applying any pressure. I am also not holding their mouth shut. They are welcome to yawn and pant as needed, and my thumb will follow their chin when warranted i will keep their mouth shut only for the duration i am trimming that area for safety. </w:t>
      </w:r>
      <w:r>
        <w:br/>
      </w:r>
    </w:p>
    <w:p w:rsidR="004B6152" w:rsidRDefault="00000000">
      <w:r>
        <w:t xml:space="preserve">So what are the benefits of alternative head holds for one a happier, calmer dog, which in turn means a much less stressed groomer? In the time that I have been practicing this method, I have noticed significantly calmer dogs, especially with training and practice. </w:t>
      </w:r>
      <w:r>
        <w:br/>
      </w:r>
    </w:p>
    <w:p w:rsidR="004B6152" w:rsidRDefault="00000000">
      <w:r>
        <w:t xml:space="preserve">It is easier to trim their faces overall, as my hand is most often out of my way and I will demonstrate this in future slides. My hands don't get cramps from holding the beard and the dog isn't trying to move as much, which can exacerbate a hand cramp. Sounds pretty good to me and as always, getting my tickle in my throat. </w:t>
      </w:r>
      <w:r>
        <w:br/>
      </w:r>
    </w:p>
    <w:p w:rsidR="004B6152" w:rsidRDefault="00000000">
      <w:r>
        <w:t xml:space="preserve">All right, holding faces while grooming. </w:t>
      </w:r>
      <w:r>
        <w:br/>
      </w:r>
    </w:p>
    <w:p w:rsidR="004B6152" w:rsidRDefault="00000000">
      <w:r>
        <w:t xml:space="preserve">So here we have Dylan again and he has been trained this way since the get go. </w:t>
      </w:r>
      <w:r>
        <w:br/>
      </w:r>
    </w:p>
    <w:p w:rsidR="004B6152" w:rsidRDefault="00000000">
      <w:r>
        <w:t xml:space="preserve">As you can see, he immediately understands what it is I'm doing he actually almost even gave me his nose. </w:t>
      </w:r>
      <w:r>
        <w:br/>
      </w:r>
    </w:p>
    <w:p w:rsidR="004B6152" w:rsidRDefault="00000000">
      <w:r>
        <w:t xml:space="preserve">Notice the little tapping that I did on his nose just to remind him that I'm there, but also to show you that I am barely holding him. </w:t>
      </w:r>
      <w:r>
        <w:br/>
      </w:r>
    </w:p>
    <w:p w:rsidR="004B6152" w:rsidRDefault="00000000">
      <w:r>
        <w:t xml:space="preserve">There he demonstrates me, allowing him to yawn. </w:t>
      </w:r>
      <w:r>
        <w:br/>
      </w:r>
    </w:p>
    <w:p w:rsidR="004B6152" w:rsidRDefault="00000000">
      <w:r>
        <w:lastRenderedPageBreak/>
        <w:t xml:space="preserve">So this sweet boy can be pretty ornery when he wants to be, which means if he is not handled in a way he deems appropriate, he can and will bite. Though he has gotten a lot better as he has matured, he would very likely be fussy in the hands of someone unaccustomed to his needs. The two of us have established a bond and we know each other's habits, leading to a calm and cooperative grooming experience. </w:t>
      </w:r>
      <w:r>
        <w:br/>
      </w:r>
    </w:p>
    <w:p w:rsidR="004B6152" w:rsidRDefault="00000000">
      <w:r>
        <w:t xml:space="preserve">In. </w:t>
      </w:r>
      <w:r>
        <w:br/>
      </w:r>
    </w:p>
    <w:p w:rsidR="004B6152" w:rsidRDefault="00000000">
      <w:r>
        <w:t xml:space="preserve">This slide, we meet DAC. He is another client that I've been grooming since he was a puppy, and he has only ever known the way that I treat him. </w:t>
      </w:r>
      <w:r>
        <w:br/>
      </w:r>
    </w:p>
    <w:p w:rsidR="004B6152" w:rsidRDefault="00000000">
      <w:r>
        <w:t xml:space="preserve">He's such a sweet boy. </w:t>
      </w:r>
      <w:r>
        <w:br/>
      </w:r>
    </w:p>
    <w:p w:rsidR="004B6152" w:rsidRDefault="00000000">
      <w:r>
        <w:t xml:space="preserve">He's so used to my antics. </w:t>
      </w:r>
      <w:r>
        <w:br/>
      </w:r>
    </w:p>
    <w:p w:rsidR="004B6152" w:rsidRDefault="00000000">
      <w:r>
        <w:t xml:space="preserve">But. </w:t>
      </w:r>
      <w:r>
        <w:br/>
      </w:r>
    </w:p>
    <w:p w:rsidR="004B6152" w:rsidRDefault="00000000">
      <w:r>
        <w:t xml:space="preserve">Notice how my hand is basically out of my way almost the entire time. Really makes my life easier. </w:t>
      </w:r>
      <w:r>
        <w:br/>
      </w:r>
    </w:p>
    <w:p w:rsidR="004B6152" w:rsidRDefault="00000000">
      <w:r>
        <w:t xml:space="preserve">So. </w:t>
      </w:r>
      <w:r>
        <w:br/>
      </w:r>
    </w:p>
    <w:p w:rsidR="004B6152" w:rsidRDefault="00000000">
      <w:r>
        <w:t xml:space="preserve">You know how he did the tongue flick and notice now how he is panting a little bit. I just gently allow my hand to open up so that he is more than welcome to do that while I'm working on him. </w:t>
      </w:r>
      <w:r>
        <w:br/>
      </w:r>
    </w:p>
    <w:p w:rsidR="004B6152" w:rsidRDefault="00000000">
      <w:r>
        <w:t xml:space="preserve">I noticed how he backed away from my hand a little bit, but I gave him a moment and we continue to move on. </w:t>
      </w:r>
      <w:r>
        <w:br/>
      </w:r>
    </w:p>
    <w:p w:rsidR="004B6152" w:rsidRDefault="00000000">
      <w:r>
        <w:t xml:space="preserve">And see right there he wasn't ready. We'll discuss that a little bit later a. </w:t>
      </w:r>
      <w:r>
        <w:br/>
      </w:r>
    </w:p>
    <w:p w:rsidR="004B6152" w:rsidRDefault="00000000">
      <w:r>
        <w:t xml:space="preserve">Little bit more panting. </w:t>
      </w:r>
      <w:r>
        <w:br/>
      </w:r>
    </w:p>
    <w:p w:rsidR="004B6152" w:rsidRDefault="00000000">
      <w:r>
        <w:lastRenderedPageBreak/>
        <w:t xml:space="preserve">Now i allow my dogs to back away when they need to. I am never trimming them in a way that is dangerous enough that if they were to pull away, they would become injured. </w:t>
      </w:r>
      <w:r>
        <w:br/>
      </w:r>
    </w:p>
    <w:p w:rsidR="004B6152" w:rsidRDefault="00000000">
      <w:r>
        <w:t xml:space="preserve">Notice the lean? I went ahead and just gently followed him. Notice the leg lift. He wanted me to pause for a moment he became uncomfortable. </w:t>
      </w:r>
      <w:r>
        <w:br/>
      </w:r>
    </w:p>
    <w:p w:rsidR="004B6152" w:rsidRDefault="00000000">
      <w:r>
        <w:t xml:space="preserve">He's such a good boy, </w:t>
      </w:r>
      <w:r>
        <w:br/>
      </w:r>
    </w:p>
    <w:p w:rsidR="004B6152" w:rsidRDefault="00000000">
      <w:r>
        <w:t xml:space="preserve">So he knows me very well. He knows all of my routine. And so you see him getting a little excited because he's like, oh, I know you're almost done. </w:t>
      </w:r>
      <w:r>
        <w:br/>
      </w:r>
    </w:p>
    <w:p w:rsidR="004B6152" w:rsidRDefault="00000000">
      <w:r>
        <w:t xml:space="preserve">By the moment I picked up my shears again, he knew that I still had something else and so he sat back down and relaxed. </w:t>
      </w:r>
      <w:r>
        <w:br/>
      </w:r>
    </w:p>
    <w:p w:rsidR="004B6152" w:rsidRDefault="00000000">
      <w:r>
        <w:t xml:space="preserve">Oh well, It's doing what it wants. Hold on. We missed the best part. That's. </w:t>
      </w:r>
      <w:r>
        <w:br/>
      </w:r>
    </w:p>
    <w:p w:rsidR="004B6152" w:rsidRDefault="00000000">
      <w:r>
        <w:t xml:space="preserve">What I get for multitasking. </w:t>
      </w:r>
      <w:r>
        <w:br/>
      </w:r>
    </w:p>
    <w:p w:rsidR="004B6152" w:rsidRDefault="00000000">
      <w:r>
        <w:t xml:space="preserve">There he is, my happy boy. See, he knows he's done. I have to admit, it's incredibly hard to get pictures of him because he knows the moment I pick up my phone to take his picture, he immediately goes crazy. </w:t>
      </w:r>
      <w:r>
        <w:br/>
      </w:r>
    </w:p>
    <w:p w:rsidR="004B6152" w:rsidRDefault="00000000">
      <w:r>
        <w:t xml:space="preserve">So you may have noticed a few times that when he started to get a little antsy, I paused to give him a moment to collect himself before we moved on. Calm, comfortable and cooperative wins the race. </w:t>
      </w:r>
      <w:r>
        <w:br/>
      </w:r>
    </w:p>
    <w:p w:rsidR="004B6152" w:rsidRDefault="00000000">
      <w:r>
        <w:t xml:space="preserve">So in this one we have. </w:t>
      </w:r>
      <w:r>
        <w:br/>
      </w:r>
    </w:p>
    <w:p w:rsidR="004B6152" w:rsidRDefault="00000000">
      <w:r>
        <w:t xml:space="preserve">My little boy, Fritz. Unfortunately, I do not groom him anymore because his owners were special and didn't want to do anything with him at home with three small children and they ended up rehoming him without listening to any of my advice. </w:t>
      </w:r>
      <w:r>
        <w:br/>
      </w:r>
    </w:p>
    <w:p w:rsidR="004B6152" w:rsidRDefault="00000000">
      <w:r>
        <w:t xml:space="preserve">So this in this video was his second grooming session with me. Here he is learning my respect centered handling, taking into account his age and handling tolerance. </w:t>
      </w:r>
      <w:r>
        <w:br/>
      </w:r>
    </w:p>
    <w:p w:rsidR="004B6152" w:rsidRDefault="00000000">
      <w:r>
        <w:lastRenderedPageBreak/>
        <w:t xml:space="preserve">He was a very adorable puppy. So in this video you will notice that I'm being a bit more handsy than I am in previous videos. I'm working on getting Fritz used to all sorts of handling, so I'd like to be extra touchy. </w:t>
      </w:r>
      <w:r>
        <w:br/>
      </w:r>
    </w:p>
    <w:p w:rsidR="004B6152" w:rsidRDefault="00000000">
      <w:r>
        <w:t xml:space="preserve">Oh he's unsure. So what I'm doing here, I'm actually going to pause it. I want to make it very clear that I am not applying any pressure to his face. I have become so used to handling in this fashion that I'm literally able to just follow him and. </w:t>
      </w:r>
      <w:r>
        <w:br/>
      </w:r>
    </w:p>
    <w:p w:rsidR="004B6152" w:rsidRDefault="00000000">
      <w:r>
        <w:t xml:space="preserve">I don't want him to understand that if he bats me away then he's done. But I also don't want to scare him either. So that's why we I slowly did it. And then now I will calm him down oh really? I will calm him down so that we can start again. We'll watch that again. </w:t>
      </w:r>
      <w:r>
        <w:br/>
      </w:r>
    </w:p>
    <w:p w:rsidR="004B6152" w:rsidRDefault="00000000">
      <w:r>
        <w:t xml:space="preserve">In reality, it's all very gentle, </w:t>
      </w:r>
      <w:r>
        <w:br/>
      </w:r>
    </w:p>
    <w:p w:rsidR="004B6152" w:rsidRDefault="00000000">
      <w:r>
        <w:t xml:space="preserve">Precisely. </w:t>
      </w:r>
      <w:r>
        <w:br/>
      </w:r>
    </w:p>
    <w:p w:rsidR="004B6152" w:rsidRDefault="00000000">
      <w:r>
        <w:t xml:space="preserve">There. And he's just being a normal puppy. He doesn't understand why I'm holding him like this, and with the hand that you see me do this, I am actually just very gently touching his mandible and I am leaving a gap that you can't see because of hair for around his throat. </w:t>
      </w:r>
      <w:r>
        <w:br/>
      </w:r>
    </w:p>
    <w:p w:rsidR="004B6152" w:rsidRDefault="00000000">
      <w:r>
        <w:t xml:space="preserve">But he figured it out pretty quick he's like, OK, </w:t>
      </w:r>
      <w:r>
        <w:br/>
      </w:r>
    </w:p>
    <w:p w:rsidR="004B6152" w:rsidRDefault="00000000">
      <w:r>
        <w:t xml:space="preserve">There's my nose scritchies, very important. And now I'm going to praise him and give him some love and attention. </w:t>
      </w:r>
      <w:r>
        <w:br/>
      </w:r>
    </w:p>
    <w:p w:rsidR="004B6152" w:rsidRDefault="00000000">
      <w:r>
        <w:t xml:space="preserve">I am definitely way over brushing him and of course I found a tangle and then I over fixated on it but notice right there I'm holding him he didn't fuss and then I paused and then let go and praised him. </w:t>
      </w:r>
      <w:r>
        <w:br/>
      </w:r>
    </w:p>
    <w:p w:rsidR="004B6152" w:rsidRDefault="00000000">
      <w:r>
        <w:t xml:space="preserve">So you may have noticed the slow and deliberate way that I would retouch his face as he matures. He will have good days and rowdy days. Dogs do go through an adolescent phase, just like we go through being a teenager, and that is where patience really comes in. He does get antsy, but we work through it. But working through it doesn't mean I'm being too persistent and I'm not adding more pressure to his face than necessary. I am gently and calmly following his face around. Know how he doesn't get to the point of panic. And that is very important. </w:t>
      </w:r>
      <w:r>
        <w:br/>
      </w:r>
    </w:p>
    <w:p w:rsidR="004B6152" w:rsidRDefault="00000000">
      <w:r>
        <w:lastRenderedPageBreak/>
        <w:t xml:space="preserve">And once he stops moving for a moment, I pause and then praise. </w:t>
      </w:r>
      <w:r>
        <w:br/>
      </w:r>
    </w:p>
    <w:p w:rsidR="004B6152" w:rsidRDefault="00000000">
      <w:r>
        <w:t xml:space="preserve">All right, so now we're going to play with some handling faces during bath time and handling faces during bath time is just as important as any other time you're handling them. </w:t>
      </w:r>
      <w:r>
        <w:br/>
      </w:r>
    </w:p>
    <w:p w:rsidR="004B6152" w:rsidRDefault="00000000">
      <w:r>
        <w:t xml:space="preserve">So this is Charlie. This was her second appointment with me and she was newer to my schedule. In this video, we demonstrate how she is adjusting to how I personally handle her face during bathing. </w:t>
      </w:r>
      <w:r>
        <w:br/>
      </w:r>
    </w:p>
    <w:p w:rsidR="004B6152" w:rsidRDefault="00000000">
      <w:r>
        <w:t xml:space="preserve">She's actually the sweetest little Shih Tzu. </w:t>
      </w:r>
      <w:r>
        <w:br/>
      </w:r>
    </w:p>
    <w:p w:rsidR="004B6152" w:rsidRDefault="00000000">
      <w:r>
        <w:t xml:space="preserve">She is one of those that, of course, gets the really bad crusties around the eyes. </w:t>
      </w:r>
      <w:r>
        <w:br/>
      </w:r>
    </w:p>
    <w:p w:rsidR="004B6152" w:rsidRDefault="00000000">
      <w:r>
        <w:t xml:space="preserve">Yeah, look at look at how bad those are. But notice how she doesn't even care. I do go out of my way to soak it. Depending on the dog, sometimes it's with conditioner, sometimes it's shampoo, </w:t>
      </w:r>
      <w:r>
        <w:br/>
      </w:r>
    </w:p>
    <w:p w:rsidR="004B6152" w:rsidRDefault="00000000">
      <w:r>
        <w:t xml:space="preserve">Sometimes it's some other substance like saline water, depending on what's necessary for that dog. </w:t>
      </w:r>
      <w:r>
        <w:br/>
      </w:r>
    </w:p>
    <w:p w:rsidR="004B6152" w:rsidRDefault="00000000">
      <w:r>
        <w:t xml:space="preserve">But what I do know is that she does not allow her owner to wash her face at home, so she is incapable of preventing the eye boogies from getting to this point. And prior to starting this video, I had been soaking the gunk around her eyes. </w:t>
      </w:r>
      <w:r>
        <w:br/>
      </w:r>
    </w:p>
    <w:p w:rsidR="004B6152" w:rsidRDefault="00000000">
      <w:r>
        <w:t xml:space="preserve">And as you can see, she is very tolerant for the flea comb, getting the eye boogies away. </w:t>
      </w:r>
      <w:r>
        <w:br/>
      </w:r>
    </w:p>
    <w:p w:rsidR="004B6152" w:rsidRDefault="00000000">
      <w:r>
        <w:t xml:space="preserve">She's such a good girl. I was honestly quite surprised because the mom did warn me that she doesn't like her face handled and honestly, I never had a problem with her. </w:t>
      </w:r>
      <w:r>
        <w:br/>
      </w:r>
    </w:p>
    <w:p w:rsidR="004B6152" w:rsidRDefault="00000000">
      <w:r>
        <w:t xml:space="preserve">She's such a good girl. Yeah, and obviously I'm having to spend a lot of extra time in this face but it's very important to me that I get as much of the eye boogies away as possible, especially in a way that will not cause harm to her skin. </w:t>
      </w:r>
      <w:r>
        <w:br/>
      </w:r>
    </w:p>
    <w:p w:rsidR="004B6152" w:rsidRDefault="00000000">
      <w:r>
        <w:t xml:space="preserve">So obviously with these short nosed dogs, we have to be very mindful of how we rinse their faces we don't need water getting into their nose. I want you to notice how I am blocking her airway as best as possible. Teaching them handling when bathing will stop you from </w:t>
      </w:r>
      <w:r>
        <w:lastRenderedPageBreak/>
        <w:t xml:space="preserve">having to chase them around the tub in order to properly rinse them especially. I'm also doing a little bit of eye blocking there. </w:t>
      </w:r>
      <w:r>
        <w:br/>
      </w:r>
    </w:p>
    <w:p w:rsidR="004B6152" w:rsidRDefault="00000000">
      <w:r>
        <w:t xml:space="preserve">And I squeeze you away. </w:t>
      </w:r>
      <w:r>
        <w:br/>
      </w:r>
    </w:p>
    <w:p w:rsidR="004B6152" w:rsidRDefault="00000000">
      <w:r>
        <w:t xml:space="preserve">I'm very careful around that nose you may have noticed on that left side that I actually closed off her nostril a little bit so that I didn't have to worry about water getting in there. And then of course she gets to soak me because why not, right? </w:t>
      </w:r>
      <w:r>
        <w:br/>
      </w:r>
    </w:p>
    <w:p w:rsidR="004B6152" w:rsidRDefault="00000000">
      <w:r>
        <w:t xml:space="preserve">As you can see, she is such a good sport for rinsing her face she doesn't panic at all and really doesn't mind how I handle her. We often i want to point this out we often forget how great dogs are for us. Their level of tolerance for our handling is literally mind blowing. </w:t>
      </w:r>
      <w:r>
        <w:br/>
      </w:r>
    </w:p>
    <w:p w:rsidR="004B6152" w:rsidRDefault="00000000">
      <w:r>
        <w:t xml:space="preserve">All right, this is my furry family member, Zeke. In this video, Zeke is getting his face rinsed. I want you to note the hand positions I used to block the water flow from his nose and at this at this time he was getting bathed weakly. What's hilarious is he's generally quite spicy for all things grooming, but when the camera is on him, he prefers to behave. Of course, in this video I was attempting to get him being naughty so that you could see it, but apparently just video recording him creates him to be not naughty. </w:t>
      </w:r>
      <w:r>
        <w:br/>
      </w:r>
    </w:p>
    <w:p w:rsidR="004B6152" w:rsidRDefault="00000000">
      <w:r>
        <w:t xml:space="preserve">Yes, Angie, you're exactly correct. </w:t>
      </w:r>
      <w:r>
        <w:br/>
      </w:r>
    </w:p>
    <w:p w:rsidR="004B6152" w:rsidRDefault="00000000">
      <w:r>
        <w:t xml:space="preserve">Now I want you to know how he was moving away from my hand initially there he was, telling me that he was not ready for me to hold his face. </w:t>
      </w:r>
      <w:r>
        <w:br/>
      </w:r>
    </w:p>
    <w:p w:rsidR="004B6152" w:rsidRDefault="00000000">
      <w:r>
        <w:t xml:space="preserve">I paused there for a moment because he had become uncomfortable. Notice how I'm fully blocking that nose? </w:t>
      </w:r>
      <w:r>
        <w:br/>
      </w:r>
    </w:p>
    <w:p w:rsidR="004B6152" w:rsidRDefault="00000000">
      <w:r>
        <w:t xml:space="preserve">You can still kind of see how he's uncomfortable. He's moving back and forth a lot more than would be normal for one of the dogs I'm working on. But that is probably the most well behaved he ever is, </w:t>
      </w:r>
      <w:r>
        <w:br/>
      </w:r>
    </w:p>
    <w:p w:rsidR="004B6152" w:rsidRDefault="00000000">
      <w:r>
        <w:t xml:space="preserve">Which is hilarious. </w:t>
      </w:r>
      <w:r>
        <w:br/>
      </w:r>
    </w:p>
    <w:p w:rsidR="004B6152" w:rsidRDefault="00000000">
      <w:r>
        <w:t xml:space="preserve">So this is Bayla. Obviously she doesn't have beard hair for us to have to worry about holding, but I wanted to bring this up because long haired dogs are not the only ones that have a problem having their faces handled. Unfortunately, I have not yet been able to get a </w:t>
      </w:r>
      <w:r>
        <w:lastRenderedPageBreak/>
        <w:t xml:space="preserve">video specifically for her, because of course when I tried to get video of her last time, she decided to not have an issue at all. </w:t>
      </w:r>
      <w:r>
        <w:br/>
      </w:r>
    </w:p>
    <w:p w:rsidR="004B6152" w:rsidRDefault="00000000">
      <w:r>
        <w:t xml:space="preserve">Because why not, right? </w:t>
      </w:r>
      <w:r>
        <w:br/>
      </w:r>
    </w:p>
    <w:p w:rsidR="004B6152" w:rsidRDefault="00000000">
      <w:r>
        <w:t xml:space="preserve">She is terrified of pretty much everything about the grooming process. She also has issues with her hips and has torn one of her Acls, so keeping her calm is essential. We've definitely bonded so well that I was able to bathe her as soon as her scar hailed from her ACL surgery. There is a lengthy story behind Bayla and her needs, but for this specific class we will focus on how I bathe her face. She's definitely featured in my Respect Centered Handling Full Body program later on, she will allow you to take the hose all the way up to the very back of her ears without issue, but she will panic when you try to wash her face like you normally would. </w:t>
      </w:r>
      <w:r>
        <w:br/>
      </w:r>
    </w:p>
    <w:p w:rsidR="004B6152" w:rsidRDefault="00000000">
      <w:r>
        <w:t xml:space="preserve">Instead, I use paper towels or a washcloth when washing her face. I wouldn't say she likes that either, but it doesn't make her panic when rinsing her face i have to actually switch to the flood setting in my van i actually have one of the garden hoses, so I can, you know, switch between different flow types. And so for her, she prefers me to use the flood setting, which instead of a stream is more of just kind of like the word says it floods with it barely running. </w:t>
      </w:r>
      <w:r>
        <w:br/>
      </w:r>
    </w:p>
    <w:p w:rsidR="004B6152" w:rsidRDefault="00000000">
      <w:r>
        <w:t xml:space="preserve">For dogs like her i'm incredibly grateful for that type of nozzle I have with multiple settings, so it allows me to tailor how I rinse them. </w:t>
      </w:r>
      <w:r>
        <w:br/>
      </w:r>
    </w:p>
    <w:p w:rsidR="004B6152" w:rsidRDefault="00000000">
      <w:r>
        <w:t xml:space="preserve">She's my sweet girl you may notice at the bottom of the pitcher, she's actually holding on to my leg while I dry her. </w:t>
      </w:r>
      <w:r>
        <w:br/>
      </w:r>
    </w:p>
    <w:p w:rsidR="004B6152" w:rsidRDefault="00000000">
      <w:r>
        <w:t xml:space="preserve">This is an excellent video, so me Ace. In this video, Ace is demonstrating what consent looks like. You wouldn't know it, but Ace was very sickly up until this video was taken and now he's become extremely hyper and is very ready to wiggle and do a jig. As you'll probably notice once I start the video. </w:t>
      </w:r>
      <w:r>
        <w:br/>
      </w:r>
    </w:p>
    <w:p w:rsidR="004B6152" w:rsidRDefault="00000000">
      <w:r>
        <w:t xml:space="preserve">So notice right off the bat he's like no, I am not ready for you to hold my face. So he turns away. He's not ready. But then he gives consent and allows me to very gently hold on to his face. </w:t>
      </w:r>
      <w:r>
        <w:br/>
      </w:r>
    </w:p>
    <w:p w:rsidR="004B6152" w:rsidRDefault="00000000">
      <w:r>
        <w:t xml:space="preserve">Once again, my typical no nostril blocking. </w:t>
      </w:r>
      <w:r>
        <w:br/>
      </w:r>
    </w:p>
    <w:p w:rsidR="004B6152" w:rsidRDefault="00000000">
      <w:r>
        <w:lastRenderedPageBreak/>
        <w:t xml:space="preserve">He's such a goober. Once again, i'm not ready. And then I do a little tap, see if I can get his attention he's still not ready. Now at this point I can guarantee that most people would just grab at his face and then force him to be held. I am not going to do that so I allow him to tell me when he's ready and then I will gently grab his face. </w:t>
      </w:r>
      <w:r>
        <w:br/>
      </w:r>
    </w:p>
    <w:p w:rsidR="004B6152" w:rsidRDefault="00000000">
      <w:r>
        <w:t xml:space="preserve">He's such a good sport he knows exactly what's going on i've been grooming him for quite a long time now that he's healthy again he's just so full of life, energy and of course shake all over me and get me soaking wet. Very typical. But see how happy he was at the end there? He was so happy that I just took the time to listen to him. </w:t>
      </w:r>
      <w:r>
        <w:br/>
      </w:r>
    </w:p>
    <w:p w:rsidR="004B6152" w:rsidRDefault="00000000">
      <w:r>
        <w:t xml:space="preserve">So consent is a big buzz word right now in the training industry. We've seen the post that circulates once in a while from an owner wanting consent based grooming services. Regardless of whether it's an actual email from a client, it is an extreme example of what consent from the owner is from the owner's perspective, this owner bases what they think is consent from their dog with eye contact. </w:t>
      </w:r>
      <w:r>
        <w:br/>
      </w:r>
    </w:p>
    <w:p w:rsidR="004B6152" w:rsidRDefault="00000000">
      <w:r>
        <w:t xml:space="preserve">I really should actually add the whole email to this at some point. Making extended eye contact with a very familiar dog can be a sign of connection, but the same thing with a dog we do not know can very well be seen as a threat. </w:t>
      </w:r>
      <w:r>
        <w:br/>
      </w:r>
    </w:p>
    <w:p w:rsidR="004B6152" w:rsidRDefault="00000000">
      <w:r>
        <w:t xml:space="preserve">On the other end, we see people who force handling on a dog that is terrified without any regard for the dog's comfort. It doesn't have to be this complicated and Ace showed you in this video and I'm sure you noticed how often he dodged my hand, but it's his way of saying I'm not ready. The key here is not to get frustrated and grab at his face. It may take him a few times, but he does allow me to hold his head to continue. </w:t>
      </w:r>
      <w:r>
        <w:br/>
      </w:r>
    </w:p>
    <w:p w:rsidR="004B6152" w:rsidRDefault="00000000">
      <w:r>
        <w:t xml:space="preserve">Handling faces during drying. This particular portion is still a work in progress i actually need to go back and start getting some actual video for this portion. This is one of the updates that I will be doing for next year, </w:t>
      </w:r>
      <w:r>
        <w:br/>
      </w:r>
    </w:p>
    <w:p w:rsidR="004B6152" w:rsidRDefault="00000000">
      <w:r>
        <w:t xml:space="preserve">So most dogs have an aversion to having their faces dried. Having a way to dry faces for all dogs that is consistent and routine is key. I do not use high velocity dryers on faces unless they are a variable speed version so I can turn it down and or remove the cone. My personal preferred method is to use a handheld dryer like a human dryer or a stand dryer and in this picture you actually see Dylan being a little bit of a mush but trusting me to hold his head, not restrain but hold his head for the drying process. </w:t>
      </w:r>
      <w:r>
        <w:br/>
      </w:r>
    </w:p>
    <w:p w:rsidR="004B6152" w:rsidRDefault="00000000">
      <w:r>
        <w:lastRenderedPageBreak/>
        <w:t xml:space="preserve">Unfortunately in my van it is completely impractical to have a fully French stand dryer and though I am working on that. </w:t>
      </w:r>
      <w:r>
        <w:br/>
      </w:r>
    </w:p>
    <w:p w:rsidR="004B6152" w:rsidRDefault="00000000">
      <w:r>
        <w:t xml:space="preserve">And i really want one so bad I miss having one. So what I do instead to get the best blow drying experience of the dog in my care is to use a human style hand dryer attached to a third arm at my table. I also have the do's or does dryer on the opposite side of my table so in case I need it I can run both at the same time and this method is works amazing for puppies by drying their faces This way I'm able to have both hands available to me to comfort the dog. </w:t>
      </w:r>
      <w:r>
        <w:br/>
      </w:r>
    </w:p>
    <w:p w:rsidR="004B6152" w:rsidRDefault="00000000">
      <w:r>
        <w:t xml:space="preserve">As you see in the picture, I am cradling Dylan's face. More often than not i will allow the dog to pick whatever position is most comfortable for them while I work on their face. Some sit, some stand or lay down it doesn't matter to me. If I were in a salon setting and I was working on a dog that was having a hard time getting its face dried, I would have no issue letting them kennel dry. </w:t>
      </w:r>
      <w:r>
        <w:br/>
      </w:r>
    </w:p>
    <w:p w:rsidR="004B6152" w:rsidRDefault="00000000">
      <w:r>
        <w:t xml:space="preserve">Remember when working in this low stress manner, giving them a perfect hair clique isn't the point. It's keeping them calm, comfortable, and cooperative. Chrissy though, it's often far more rare to have a dog with an aversion to a stand dryer. Because I am mobile, kennel drying isn't an option. If I have a dog with an extreme aversion to drying, I will often aim the hand dryer at them from far away and focus on working on something else entirely. Many dogs will allow you to dry their entire body, but not their face. I use this to my advantage. I'll proceed with a haircut on the body while indirectly drying their face or trimming their nails paw heads in their sanitary and I'll go back often to brush their face to help the hair the hair move around and dry to dry it faster. </w:t>
      </w:r>
      <w:r>
        <w:br/>
      </w:r>
    </w:p>
    <w:p w:rsidR="004B6152" w:rsidRDefault="00000000">
      <w:r>
        <w:t xml:space="preserve">Excellent towel drying is very important for those with dryer aversions. Like with most things in this class, finding what works for the individual dog is the key to success. I have no problem setting a dog inside with a soggy face if that's what's best for the dog that session. </w:t>
      </w:r>
      <w:r>
        <w:br/>
      </w:r>
    </w:p>
    <w:p w:rsidR="004B6152" w:rsidRDefault="00000000">
      <w:r>
        <w:t xml:space="preserve">This is where it gets a little sad. Unfortunately, it's not all sunshine and smiles. Sometimes dogs really have a hard time with face handling for a wide range of reasons, </w:t>
      </w:r>
      <w:r>
        <w:br/>
      </w:r>
    </w:p>
    <w:p w:rsidR="004B6152" w:rsidRDefault="00000000">
      <w:r>
        <w:t xml:space="preserve">So meet Penny. This is where respectful handing really plays an important role. The elderly dogs we groom either tolerate it or they don't. Often, if they don't enjoy grooming as adult dogs, they are going to like it even less as an elderly dog. But alas, they still need to be groomed for comfort. Their comfort is the keyword here. Sending them to the veterinarian is not the answer. Often all that can be done for veterinarian grooms is sedation, which is </w:t>
      </w:r>
      <w:r>
        <w:lastRenderedPageBreak/>
        <w:t xml:space="preserve">often not a viable option for very elderly dogs. </w:t>
      </w:r>
      <w:r>
        <w:br/>
      </w:r>
    </w:p>
    <w:p w:rsidR="004B6152" w:rsidRDefault="00000000">
      <w:r>
        <w:t xml:space="preserve">I have personally performed both partial and complete sedation grooms at a veterinary office. We as groomers are the most skilled professionals in this area. When no groomer is available, it is up to the vet tech to groom the dog and they often have little to no grooming experience except for when preparing for surgery. Now, of course, there are vet techs that are also groomers. When working with dogs like this, it is essential to establish boundaries with the client. Find out what is most important to be done in that session. Nails, paw pads, sanitary face, etcetera. </w:t>
      </w:r>
      <w:r>
        <w:br/>
      </w:r>
    </w:p>
    <w:p w:rsidR="004B6152" w:rsidRDefault="00000000">
      <w:r>
        <w:t xml:space="preserve">More frequent but shorter sessions more often work best for the elderly. For this grooming session, what was most important to the owners was a good bath. Her paw pads trimmed because she slips on the floor and a sanitary trim as much and as much off of her face as possible. </w:t>
      </w:r>
      <w:r>
        <w:br/>
      </w:r>
    </w:p>
    <w:p w:rsidR="004B6152" w:rsidRDefault="00000000">
      <w:r>
        <w:t xml:space="preserve">So she is 17 years old in this she is probably getting close to 18 at this point. Her tolerance for grooming is extremely limited and in this video you'll see her having an actual good session. And i say that with quotations. </w:t>
      </w:r>
      <w:r>
        <w:br/>
      </w:r>
    </w:p>
    <w:p w:rsidR="004B6152" w:rsidRDefault="00000000">
      <w:r>
        <w:t xml:space="preserve">You can see right off the bat that she does not like having her face touched. She immediately yawns and tries to back away. I. </w:t>
      </w:r>
      <w:r>
        <w:br/>
      </w:r>
    </w:p>
    <w:p w:rsidR="004B6152" w:rsidRDefault="00000000">
      <w:r>
        <w:t xml:space="preserve">Have to move very slowly with her. She panics very easily around her face, </w:t>
      </w:r>
      <w:r>
        <w:br/>
      </w:r>
    </w:p>
    <w:p w:rsidR="004B6152" w:rsidRDefault="00000000">
      <w:r>
        <w:t xml:space="preserve">Lots of yawning. She's trying to relieve her stress. </w:t>
      </w:r>
      <w:r>
        <w:br/>
      </w:r>
    </w:p>
    <w:p w:rsidR="004B6152" w:rsidRDefault="00000000">
      <w:r>
        <w:t xml:space="preserve">At first, I'm literally just making the noise of the scissors near her face. The. </w:t>
      </w:r>
      <w:r>
        <w:br/>
      </w:r>
    </w:p>
    <w:p w:rsidR="004B6152" w:rsidRDefault="00000000">
      <w:r>
        <w:t xml:space="preserve">Slower I move with her, the better. The least amount of touching I do, the better. </w:t>
      </w:r>
      <w:r>
        <w:br/>
      </w:r>
    </w:p>
    <w:p w:rsidR="004B6152" w:rsidRDefault="00000000">
      <w:r>
        <w:t xml:space="preserve">Her body is very delicate. Thank goodness for the trach saver for keeping her safely on my table. She is very wobbly and will definitely fall off if she doesn't have some type of restraint, </w:t>
      </w:r>
      <w:r>
        <w:br/>
      </w:r>
    </w:p>
    <w:p w:rsidR="004B6152" w:rsidRDefault="00000000">
      <w:r>
        <w:t xml:space="preserve">So I just move really slow. </w:t>
      </w:r>
      <w:r>
        <w:br/>
      </w:r>
    </w:p>
    <w:p w:rsidR="004B6152" w:rsidRDefault="00000000">
      <w:r>
        <w:lastRenderedPageBreak/>
        <w:t xml:space="preserve">I've tried so many different things with her. Pretty much everything doesn't work. Or if it works, one time she figures out what I was up to and then I can't get away with it next time. </w:t>
      </w:r>
      <w:r>
        <w:br/>
      </w:r>
    </w:p>
    <w:p w:rsidR="004B6152" w:rsidRDefault="00000000">
      <w:r>
        <w:t xml:space="preserve">So one of the reasons we focus on her face so much is because she has very terrible teeth and she is too elderly and frail to actually have anything done. So of course she's constantly licking her face and making her stink too high heaven. That is also one of the reasons why she has such an aversion to having her face touched is because of how in pain she is. </w:t>
      </w:r>
      <w:r>
        <w:br/>
      </w:r>
    </w:p>
    <w:p w:rsidR="004B6152" w:rsidRDefault="00000000">
      <w:r>
        <w:t xml:space="preserve">Now it may look like I'm really holding on to her, but I'm actually not. I'm touching her just as much as I absolutely have to. Now. </w:t>
      </w:r>
      <w:r>
        <w:br/>
      </w:r>
    </w:p>
    <w:p w:rsidR="004B6152" w:rsidRDefault="00000000">
      <w:r>
        <w:t xml:space="preserve">You can also see that as I move along she is getting more used to how I'm holding her today. </w:t>
      </w:r>
      <w:r>
        <w:br/>
      </w:r>
    </w:p>
    <w:p w:rsidR="004B6152" w:rsidRDefault="00000000">
      <w:r>
        <w:t xml:space="preserve">And she does tell me when she's had enough. </w:t>
      </w:r>
      <w:r>
        <w:br/>
      </w:r>
    </w:p>
    <w:p w:rsidR="004B6152" w:rsidRDefault="00000000">
      <w:r>
        <w:t xml:space="preserve">I really try to focus on the little hairs that end up curling into the mouth. </w:t>
      </w:r>
      <w:r>
        <w:br/>
      </w:r>
    </w:p>
    <w:p w:rsidR="004B6152" w:rsidRDefault="00000000">
      <w:r>
        <w:t xml:space="preserve">And of course in front of the eyes so that she can see. </w:t>
      </w:r>
      <w:r>
        <w:br/>
      </w:r>
    </w:p>
    <w:p w:rsidR="004B6152" w:rsidRDefault="00000000">
      <w:r>
        <w:t xml:space="preserve">Now also note that I could probably be doing with this with Clippers, but let me tell you that if you even pretend to take Clippers to her face, she turns basically rabid. And think about it. Yes, it may be a lot easier to get her face done, but the vibration from the Clippers touching her body causes her extreme pain. </w:t>
      </w:r>
      <w:r>
        <w:br/>
      </w:r>
    </w:p>
    <w:p w:rsidR="004B6152" w:rsidRDefault="00000000">
      <w:r>
        <w:t xml:space="preserve">She's definitely one of the type of dogs that didn't like being groomed as an adult. When I took her on, her groomer that had been doing her, the majority of her life had retired and no one else in that shop was able to touch her. </w:t>
      </w:r>
      <w:r>
        <w:br/>
      </w:r>
    </w:p>
    <w:p w:rsidR="004B6152" w:rsidRDefault="00000000">
      <w:r>
        <w:t xml:space="preserve">And as you can see, she was telling me she was done and now she's shaking off some tension. </w:t>
      </w:r>
      <w:r>
        <w:br/>
      </w:r>
    </w:p>
    <w:p w:rsidR="004B6152" w:rsidRDefault="00000000">
      <w:r>
        <w:t xml:space="preserve">And so that that's it, that's it that's all I'm doing for that particular portion. </w:t>
      </w:r>
      <w:r>
        <w:br/>
      </w:r>
    </w:p>
    <w:p w:rsidR="004B6152" w:rsidRDefault="00000000">
      <w:r>
        <w:t xml:space="preserve">So. </w:t>
      </w:r>
      <w:r>
        <w:br/>
      </w:r>
    </w:p>
    <w:p w:rsidR="004B6152" w:rsidRDefault="00000000">
      <w:r>
        <w:lastRenderedPageBreak/>
        <w:t xml:space="preserve">When things get truly difficult, even with our best efforts, a doc can have a hard time on our grooming table. Learning the why behind why things happen is so important. When we know why, we can either work with it or around it to the best of our ability. So what can be the cause for distress? Is it pain, arthritis or growing pains? Is it behavioral anxiety, Fear or training issues? Is it a disability? Are they blind or deaf? Is it mental illness? Do they have dementia or cognitive dysfunction? A deep dive into these subjects is beyond the scope of this particular class, but it is food for thought. </w:t>
      </w:r>
      <w:r>
        <w:br/>
      </w:r>
    </w:p>
    <w:p w:rsidR="004B6152" w:rsidRDefault="00000000">
      <w:r>
        <w:t xml:space="preserve">This upcoming video is really hard for me to show, but it is the reality of how things can go in a grooming setting. </w:t>
      </w:r>
      <w:r>
        <w:br/>
      </w:r>
    </w:p>
    <w:p w:rsidR="004B6152" w:rsidRDefault="00000000">
      <w:r>
        <w:t xml:space="preserve">What was the reason? </w:t>
      </w:r>
      <w:r>
        <w:br/>
      </w:r>
    </w:p>
    <w:p w:rsidR="004B6152" w:rsidRDefault="00000000">
      <w:r>
        <w:t xml:space="preserve">So this was after the bath and sometimes she will allow me to do a little bit more trimming afterwards before I dry her. </w:t>
      </w:r>
      <w:r>
        <w:br/>
      </w:r>
    </w:p>
    <w:p w:rsidR="004B6152" w:rsidRDefault="00000000">
      <w:r>
        <w:t xml:space="preserve">But you can see right off the bat she is saying absolutely not. Now. </w:t>
      </w:r>
      <w:r>
        <w:br/>
      </w:r>
    </w:p>
    <w:p w:rsidR="004B6152" w:rsidRDefault="00000000">
      <w:r>
        <w:t xml:space="preserve">Remember I am not applying pressure, I am just following her i do not want her to flail off the table and possibly hurt herself so we just take it very slow. So in this video she is literally saying she is done and this is where you stop and move on to something else. You do not push the dog past this point. You will not win. This is where injuries to yourself and the dog can and will happen. Penny gets very tool aggressive around her face, especially when she's lost her tolerance for the grooming session. And you know what? It's OK. </w:t>
      </w:r>
      <w:r>
        <w:br/>
      </w:r>
    </w:p>
    <w:p w:rsidR="004B6152" w:rsidRDefault="00000000">
      <w:r>
        <w:t xml:space="preserve">What trimming Penny. As you saw in the videos prior, Penny has little to no interest in having her face handled, but she loves bath time. She is very smart and figures out all of my tricks, but this one works. </w:t>
      </w:r>
      <w:r>
        <w:br/>
      </w:r>
    </w:p>
    <w:p w:rsidR="004B6152" w:rsidRDefault="00000000">
      <w:r>
        <w:t xml:space="preserve">Now you will note that she is shaking I when I she's my first dog of the day always because she's an old lady and we feel best in the morning. </w:t>
      </w:r>
      <w:r>
        <w:br/>
      </w:r>
    </w:p>
    <w:p w:rsidR="004B6152" w:rsidRDefault="00000000">
      <w:r>
        <w:t xml:space="preserve">It is like 80, almost 90 ° in the van just for her i purposely keep the AC off and run my heater so that she is nice and toasty, </w:t>
      </w:r>
      <w:r>
        <w:br/>
      </w:r>
    </w:p>
    <w:p w:rsidR="004B6152" w:rsidRDefault="00000000">
      <w:r>
        <w:t xml:space="preserve">But there's really no stopping the old lady shakes. </w:t>
      </w:r>
      <w:r>
        <w:br/>
      </w:r>
    </w:p>
    <w:p w:rsidR="004B6152" w:rsidRDefault="00000000">
      <w:r>
        <w:lastRenderedPageBreak/>
        <w:t xml:space="preserve">Do you see the difference in this dog? It is completely different from how she is on the table, and not only is this working this time, but this has been working every single time since I figured this out. It's still never going to be perfect it's completely impossible to perfectly trim wet hair, and she does get antsy after a while. And you can see right there I am barely hovering over the top of her nose with my hand there. But this is finally something we found that works and she's OK with it and we are able to make progress now of course the owners always want me to do more and they want her to not have a stinky face and all that and don't get me wrong, she is very ornery in her home too. </w:t>
      </w:r>
      <w:r>
        <w:br/>
      </w:r>
    </w:p>
    <w:p w:rsidR="004B6152" w:rsidRDefault="00000000">
      <w:r>
        <w:t xml:space="preserve">She's lots of opinions. I have actually shown them the video of her freaking out for me, trying to approach her face when owners aren't quite understanding what's going on remember, we are the professionals when we're talking to them, and sometimes some pet owners need to actually see the reality of what we're having to work with. But you have to be able to talk them through it so that they understand what is going on if you don't feel comfortable enough to do that, then maybe don't, because then some owners can take it the wrong way. </w:t>
      </w:r>
      <w:r>
        <w:br/>
      </w:r>
    </w:p>
    <w:p w:rsidR="004B6152" w:rsidRDefault="00000000">
      <w:r>
        <w:t xml:space="preserve">But if you feel confident in how you can explain what they're seeing in that video, I highly recommend showing it to the some owners that just can't seem to grasp why we're struggling. </w:t>
      </w:r>
      <w:r>
        <w:br/>
      </w:r>
    </w:p>
    <w:p w:rsidR="004B6152" w:rsidRDefault="00000000">
      <w:r>
        <w:t xml:space="preserve">All right, it takes time. Sometimes it takes multiple sessions to figure out what will work best for the individual dog, and that's OK. It took me many sessions with Penny to figure out how to safely trim her face. </w:t>
      </w:r>
      <w:r>
        <w:br/>
      </w:r>
    </w:p>
    <w:p w:rsidR="004B6152" w:rsidRDefault="00000000">
      <w:r>
        <w:t xml:space="preserve">It is gratifying to figure out what works for an individual dog. I always celebrate with the owners when we are able to find something that brings their dog comfort. All of my owners are on board with my handling style and understand I am not here to push their dogs through uncomfortable things. </w:t>
      </w:r>
      <w:r>
        <w:br/>
      </w:r>
    </w:p>
    <w:p w:rsidR="004B6152" w:rsidRDefault="00000000">
      <w:r>
        <w:t xml:space="preserve">So we need to learn to know when to stop, know when to say no to a client on the dog's behalf and know when more training and or help is needed and getting it. Always advocate for the dog's well-being. </w:t>
      </w:r>
      <w:r>
        <w:br/>
      </w:r>
    </w:p>
    <w:p w:rsidR="004B6152" w:rsidRDefault="00000000">
      <w:r>
        <w:t xml:space="preserve">Every dog is different and some may need a slower introduction to this handling style for every moment they sit, sit still praise them, adding longer duration as it become more accustomed. Working on this will save you time in the long run. It's better to spend the time in the beginning than potentially fighting with them for every single groom. </w:t>
      </w:r>
      <w:r>
        <w:br/>
      </w:r>
    </w:p>
    <w:p w:rsidR="004B6152" w:rsidRDefault="00000000">
      <w:r>
        <w:lastRenderedPageBreak/>
        <w:t xml:space="preserve">It's OK to not have perfect grooms on dogs who are not ready and able. Repeat that to yourself and don't try to make perfect haircuts when it's not appropriate. </w:t>
      </w:r>
      <w:r>
        <w:br/>
      </w:r>
    </w:p>
    <w:p w:rsidR="004B6152" w:rsidRDefault="00000000">
      <w:r>
        <w:t xml:space="preserve">So I am not the only way who handles dogs without using any facial hair and here we are with Angie, who shared some pictures with me on how she holds dogs. And from Angie, which is one of my favorite quotes, there are the these are the two ways I hold a head and face and not yank on a dog's beard like there's some sort of inanimate object. Love you, Angie. </w:t>
      </w:r>
      <w:r>
        <w:br/>
      </w:r>
    </w:p>
    <w:p w:rsidR="004B6152" w:rsidRDefault="00000000">
      <w:r>
        <w:t xml:space="preserve">And of course we've got Chrissy oh, we're going away. In the picture to the left, I'm doing some wet trimming on a silly puppy with problems with a collapsing trachea. Comfort is the most important part for him. In the first picture, I'm blocking side to side motion by putting my hand behind his head and resting fingers on both sides. In the second picture, I'm cradling the head and letting him rest on my hand. He's choosing that position. </w:t>
      </w:r>
      <w:r>
        <w:br/>
      </w:r>
    </w:p>
    <w:p w:rsidR="004B6152" w:rsidRDefault="00000000">
      <w:r>
        <w:t xml:space="preserve">Bear is a cute little wiggler who has dramatic and scary problems with his trachea. Blocking the up and down or left and right movements can help us get the job done without trying to hold ahead entirely in place. </w:t>
      </w:r>
      <w:r>
        <w:br/>
      </w:r>
    </w:p>
    <w:p w:rsidR="004B6152" w:rsidRDefault="00000000">
      <w:r>
        <w:t xml:space="preserve">So here is a list of some of my favorite podcasts, books, and classes available for those interested in pursuing more education and behavior training and handling. This list isn't complete and I already need to add some more, but I would recommend more if people are interested. So of course, for shows and podcasts we have the Creating Great Grooming Dog Show by Christine Newmeyer Smith, Chris Anthony here's the there here's how you spell Michael Schicaccio's name for you, The bitey end of the dog. And then a third favorite is drinking from the toilet real Dogs, Real Training by Hannah Brannigan. </w:t>
      </w:r>
      <w:r>
        <w:br/>
      </w:r>
    </w:p>
    <w:p w:rsidR="004B6152" w:rsidRDefault="00000000">
      <w:r>
        <w:t xml:space="preserve">My favorite class is the Master Groomer Behavior Specialist program through the Whole Pet Grooming Academy taught by Christy Newmar Smith. And my second one that I'll be adding later is Family Dog Mediation run by Kim Brophy and the Her Legs program. We'll talk about that later for books we have Grooming Without Stress, Safer, Quicker and Happier. We have Meet Your Dog by Kim Brophy where she explains her legs program i highly recommend reading this book. It is very enlightening and of course from Fearful to Fear Free, which is the book written to go with the Fear Free certification. </w:t>
      </w:r>
      <w:r>
        <w:br/>
      </w:r>
    </w:p>
    <w:p w:rsidR="004B6152" w:rsidRDefault="00000000">
      <w:r>
        <w:t xml:space="preserve">And some other book suggestions for those who like to read we have The Other End of The Leash by Patricia McConnell. We have The Stress Factor in Dogs by Christina Spaulding and Decoding Your Dog, explaining common dog behaviors and how to prevent or change unwanted ones by the American College of Veterinary Behaviorists. And if you want any of </w:t>
      </w:r>
      <w:r>
        <w:lastRenderedPageBreak/>
        <w:t xml:space="preserve">these, I can type them up in class as well. And of course which is what I attended this year is the Aggression in Dogs conference and they do it once a year. It is both online and also in person and i'm hoping to actually go to the in person version next year. </w:t>
      </w:r>
      <w:r>
        <w:br/>
      </w:r>
    </w:p>
    <w:p w:rsidR="004B6152" w:rsidRDefault="00000000">
      <w:r>
        <w:t xml:space="preserve">So my sweet stormy Jade hopes you guys have some questions and I definitely need to read through all the comments so give me a moment. </w:t>
      </w:r>
      <w:r>
        <w:br/>
      </w:r>
    </w:p>
    <w:p w:rsidR="004B6152" w:rsidRDefault="00000000">
      <w:r>
        <w:t xml:space="preserve">Yes, Jennifer, i do know that and I was most definitely taught to just grab, hold the ink and make that dog submit. Didn't matter. We all we all did. Because I was taught that as well. </w:t>
      </w:r>
      <w:r>
        <w:br/>
      </w:r>
    </w:p>
    <w:p w:rsidR="004B6152" w:rsidRDefault="00000000">
      <w:r>
        <w:t xml:space="preserve">Yep anita, you know I'm on board with you i'll. </w:t>
      </w:r>
      <w:r>
        <w:br/>
      </w:r>
    </w:p>
    <w:p w:rsidR="004B6152" w:rsidRDefault="00000000">
      <w:r>
        <w:t xml:space="preserve">Have to look up that Bosch and Lomb eyewash. </w:t>
      </w:r>
      <w:r>
        <w:br/>
      </w:r>
    </w:p>
    <w:p w:rsidR="004B6152" w:rsidRDefault="00000000">
      <w:r>
        <w:t xml:space="preserve">Yeah zeke loves to be spicy that's just his life i don't have to groom him anymore now that I'm on maternity leave and I'm not sad about it. </w:t>
      </w:r>
      <w:r>
        <w:br/>
      </w:r>
    </w:p>
    <w:p w:rsidR="004B6152" w:rsidRDefault="00000000">
      <w:r>
        <w:t xml:space="preserve">It's of course you always have at least one dog, no matter how hard you try to be. With better handling and learning, there's always at least one that completely ignores everything that you've worked for and drives you nuts. And that is that dog. </w:t>
      </w:r>
      <w:r>
        <w:br/>
      </w:r>
    </w:p>
    <w:p w:rsidR="004B6152" w:rsidRDefault="00000000">
      <w:r>
        <w:t xml:space="preserve">So I actually recently got the new version of the Do's does dryer and it has a little bit more oomph behind it and I love it even more than the first one. </w:t>
      </w:r>
      <w:r>
        <w:br/>
      </w:r>
    </w:p>
    <w:p w:rsidR="004B6152" w:rsidRDefault="00000000">
      <w:r>
        <w:t xml:space="preserve">The Chinook from IPG i'll have to look at that too, </w:t>
      </w:r>
      <w:r>
        <w:br/>
      </w:r>
    </w:p>
    <w:p w:rsidR="004B6152" w:rsidRDefault="00000000">
      <w:r>
        <w:t xml:space="preserve">Melissa i also have a soft spot for the special needs dogs obviously, and even more so for my behavior dogs. </w:t>
      </w:r>
      <w:r>
        <w:br/>
      </w:r>
    </w:p>
    <w:p w:rsidR="004B6152" w:rsidRDefault="00000000">
      <w:r>
        <w:t xml:space="preserve">So wet grooming and my shears i the shears that I was using are my yucky dirty shears so I have a specific set for doing stuff like that I don't want to ruin my regular shears. They're also not a sharp, just to clarify for those who are watching later or not seeing the questions, Oh yeah, sorry. Christina is specifically asking what does what grooming do to your shears? </w:t>
      </w:r>
      <w:r>
        <w:br/>
      </w:r>
    </w:p>
    <w:p w:rsidR="004B6152" w:rsidRDefault="00000000">
      <w:r>
        <w:t xml:space="preserve">And basically I like just like I have a dirty set of blades and clean i do have the same for my shears as well i have shears that I don't care what I do to them and then of course my </w:t>
      </w:r>
      <w:r>
        <w:lastRenderedPageBreak/>
        <w:t xml:space="preserve">finishing shears. </w:t>
      </w:r>
      <w:r>
        <w:br/>
      </w:r>
    </w:p>
    <w:p w:rsidR="004B6152" w:rsidRDefault="00000000">
      <w:r>
        <w:t xml:space="preserve">Ok, that's it on the questions, I'm going to stop the recording here. </w:t>
      </w:r>
      <w:r>
        <w:br/>
      </w:r>
    </w:p>
    <w:p w:rsidR="004B6152" w:rsidRDefault="00000000">
      <w:r>
        <w:t xml:space="preserve">Thanks for being here, guys i'm so glad I had some commentary this time. </w:t>
      </w:r>
      <w:r>
        <w:br/>
      </w:r>
    </w:p>
    <w:sectPr w:rsidR="004B6152"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5050" w:rsidRDefault="00545050">
      <w:pPr>
        <w:spacing w:after="0" w:line="240" w:lineRule="auto"/>
      </w:pPr>
      <w:r>
        <w:separator/>
      </w:r>
    </w:p>
  </w:endnote>
  <w:endnote w:type="continuationSeparator" w:id="0">
    <w:p w:rsidR="00545050" w:rsidRDefault="00545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52" w:rsidRDefault="00000000">
    <w:pPr>
      <w:pStyle w:val="Footer"/>
      <w:jc w:val="center"/>
    </w:pPr>
    <w:r>
      <w:t xml:space="preserve">Page </w:t>
    </w:r>
    <w:r>
      <w:fldChar w:fldCharType="begin"/>
    </w:r>
    <w:r>
      <w:instrText>PAGE</w:instrText>
    </w:r>
    <w:r w:rsidR="00AF2BDB">
      <w:fldChar w:fldCharType="separate"/>
    </w:r>
    <w:r w:rsidR="00AF2BDB">
      <w:rPr>
        <w:noProof/>
      </w:rPr>
      <w:t>1</w:t>
    </w:r>
    <w:r>
      <w:fldChar w:fldCharType="end"/>
    </w:r>
    <w:r>
      <w:t>/</w:t>
    </w:r>
    <w:r>
      <w:fldChar w:fldCharType="begin"/>
    </w:r>
    <w:r>
      <w:instrText>NUMPAGES</w:instrText>
    </w:r>
    <w:r w:rsidR="00AF2BDB">
      <w:fldChar w:fldCharType="separate"/>
    </w:r>
    <w:r w:rsidR="00AF2B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5050" w:rsidRDefault="00545050">
      <w:pPr>
        <w:spacing w:after="0" w:line="240" w:lineRule="auto"/>
      </w:pPr>
      <w:r>
        <w:separator/>
      </w:r>
    </w:p>
  </w:footnote>
  <w:footnote w:type="continuationSeparator" w:id="0">
    <w:p w:rsidR="00545050" w:rsidRDefault="005450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2499983">
    <w:abstractNumId w:val="8"/>
  </w:num>
  <w:num w:numId="2" w16cid:durableId="1536388145">
    <w:abstractNumId w:val="6"/>
  </w:num>
  <w:num w:numId="3" w16cid:durableId="400366546">
    <w:abstractNumId w:val="5"/>
  </w:num>
  <w:num w:numId="4" w16cid:durableId="702243358">
    <w:abstractNumId w:val="4"/>
  </w:num>
  <w:num w:numId="5" w16cid:durableId="1324045290">
    <w:abstractNumId w:val="7"/>
  </w:num>
  <w:num w:numId="6" w16cid:durableId="1696151262">
    <w:abstractNumId w:val="3"/>
  </w:num>
  <w:num w:numId="7" w16cid:durableId="682249147">
    <w:abstractNumId w:val="2"/>
  </w:num>
  <w:num w:numId="8" w16cid:durableId="1231112248">
    <w:abstractNumId w:val="1"/>
  </w:num>
  <w:num w:numId="9" w16cid:durableId="287398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B6152"/>
    <w:rsid w:val="00545050"/>
    <w:rsid w:val="00AA1D8D"/>
    <w:rsid w:val="00AF2BDB"/>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B440713-F21A-3F4C-AF0A-F11E4FCF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5508</Words>
  <Characters>31401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2023-11-26T22:51:00Z</dcterms:created>
  <dcterms:modified xsi:type="dcterms:W3CDTF">2023-11-26T22:51:00Z</dcterms:modified>
  <cp:category/>
</cp:coreProperties>
</file>