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6CC2" w:rsidRDefault="00000000">
      <w:pPr>
        <w:pStyle w:val="Title"/>
      </w:pPr>
      <w:r>
        <w:t>Feline Behavior And Handling</w:t>
      </w:r>
    </w:p>
    <w:p w:rsidR="00B46CC2" w:rsidRDefault="00B46CC2"/>
    <w:p w:rsidR="00B46CC2" w:rsidRDefault="00000000">
      <w:r>
        <w:rPr>
          <w:b/>
        </w:rPr>
        <w:t>Date</w:t>
      </w:r>
      <w:r>
        <w:t xml:space="preserve">    2023-11-26</w:t>
      </w:r>
    </w:p>
    <w:p w:rsidR="00B46CC2" w:rsidRDefault="00B46CC2"/>
    <w:p w:rsidR="00B46CC2" w:rsidRDefault="00000000">
      <w:r>
        <w:t xml:space="preserve">Ok. Ok, Now we first we got a question before we even got started, Jennifer and is, I can't tell if I'm muted. You must be muted because everybody else can hear us. So check your settings in the audio if you still have troubles, send me a message and once I get off here, i will help you with that oK. All right so here we go. Welcome to day one of the Behavior and Handling Summit this is one of those summits that I like to do every single year because I think it's one of those really important skills that we as groomers working with live animals, what we really need to know. </w:t>
      </w:r>
      <w:r>
        <w:br/>
      </w:r>
    </w:p>
    <w:p w:rsidR="00B46CC2" w:rsidRDefault="00000000">
      <w:r>
        <w:t xml:space="preserve">Ok, so we're going to start off with Angie Coates so, Angie, it's all yours. Thank you. Welcome everyone. So today we are going to be discussing feline behavior and handling and this is one of my favorite classes because I love grooming cats. I think it's one of the most fun things that you can do as far as grooming goes. I have been grooming for 35 years, 33 years I've been grooming cats. I am the co-owner of a successful salon and I am the recommended cat groomer in my area by all of the veterinarian offices and there are eight of them. </w:t>
      </w:r>
      <w:r>
        <w:br/>
      </w:r>
    </w:p>
    <w:p w:rsidR="00B46CC2" w:rsidRDefault="00000000">
      <w:r>
        <w:t xml:space="preserve">I am an international certified master cat groomer and the easiest way to get hold of me is Facebook, Facebook Messenger and or you can text me but if I'm working on a pet if you call me I'm not going to answer because I don't know the number. </w:t>
      </w:r>
      <w:r>
        <w:br/>
      </w:r>
    </w:p>
    <w:p w:rsidR="00B46CC2" w:rsidRDefault="00000000">
      <w:r>
        <w:t xml:space="preserve">And if I'm working on a pet I don't even look at my phone. So text me and I'll get back to you as soon as I'm done grooming whoever I haven't been grooming at the time. </w:t>
      </w:r>
      <w:r>
        <w:br/>
      </w:r>
    </w:p>
    <w:p w:rsidR="00B46CC2" w:rsidRDefault="00000000">
      <w:r>
        <w:t xml:space="preserve">So cat grooming is so much fun it is really profitable. I charge 1 5 times as much for a dog as I do for a cat and so like a small short haired dog 1 5 times as much for a short haired cat. If it's a long haired cat is 1 5 times as much as a dog of so like a Pomeranian. </w:t>
      </w:r>
      <w:r>
        <w:br/>
      </w:r>
    </w:p>
    <w:p w:rsidR="00B46CC2" w:rsidRDefault="00000000">
      <w:r>
        <w:t xml:space="preserve">If I'm doing a haircut it's the same and of course you charge more for temperament issues. No two caps of the same so you can't take a cookie cutter approach to every cat. And even if you have litter mates like I do, a lot of litter mates. Brother and sister, Brother and brother, </w:t>
      </w:r>
      <w:r>
        <w:lastRenderedPageBreak/>
        <w:t xml:space="preserve">Sister and sister. And they're complete and polar opposites most of the time. </w:t>
      </w:r>
      <w:r>
        <w:br/>
      </w:r>
    </w:p>
    <w:p w:rsidR="00B46CC2" w:rsidRDefault="00000000">
      <w:r>
        <w:t xml:space="preserve">So these are the topics. Wait, you want me to what your cat room tools at your disposal? Fractious or just plain old nasty. Prove it and adapt and succeed. </w:t>
      </w:r>
      <w:r>
        <w:br/>
      </w:r>
    </w:p>
    <w:p w:rsidR="00B46CC2" w:rsidRDefault="00000000">
      <w:r>
        <w:t xml:space="preserve">Ok, so I don't do the cat's nails until the very end. The reason I don't do cat nails until the very end is how many here that groomed cats have been scratched by a cat everyone everyone that has ever groomed a cat for more than one cat has been scratched by a cat. And if you cut the nails before you groom them and they scratch you, the nails blunted which leaves actually a much wider cut because they still have the same force and velocity behind their scratch. So a nail that isn't cut gives the cat 1A good sense of control and they can dig in to the whatever's under them, a towel, an anti fatigue mat, whatever it is, it gives them that hold where they kind of, you know, dig those nails in they're like oh that's good. </w:t>
      </w:r>
      <w:r>
        <w:br/>
      </w:r>
    </w:p>
    <w:p w:rsidR="00B46CC2" w:rsidRDefault="00000000">
      <w:r>
        <w:t xml:space="preserve">They can hang on to the side of the table and feel like when this combing is going on, they have some power in the relationship and cats don't like to be powerless. They don't like to be under someone else's control. It's a cat it's not a dog. I always say dogs have owners, cats have staff. So a dog will come to you and be like, oh, can I please have supper now it's time to eat i think it's time to eat. </w:t>
      </w:r>
      <w:r>
        <w:br/>
      </w:r>
    </w:p>
    <w:p w:rsidR="00B46CC2" w:rsidRDefault="00000000">
      <w:r>
        <w:t xml:space="preserve">But if you say no, they'll just pout. Whereas a cat comes to you and goes, hey you with the thumbs, it's time to eat. And if you don't feed them, then it just escalates from there. Because as far as the cat is concerned, you are the staff and they are the Prince of the castle, if you will. </w:t>
      </w:r>
      <w:r>
        <w:br/>
      </w:r>
    </w:p>
    <w:p w:rsidR="00B46CC2" w:rsidRDefault="00000000">
      <w:r>
        <w:t xml:space="preserve">So because cats are control freaks, they live on their own terms. You're you call a cat and they look at you and they decide if it's actually worth getting out of the sunbeam they're relaxing in to bother swaggering over to see what you, the lowly human, actually want. Cats like to be in control, and if they can be given the feeling that they have some control, your whole relationship is so much easier. 90 % of the cats I groom have been thrown out of other salons and even vet offices for being fractious or just plain evil. </w:t>
      </w:r>
      <w:r>
        <w:br/>
      </w:r>
    </w:p>
    <w:p w:rsidR="00B46CC2" w:rsidRDefault="00000000">
      <w:r>
        <w:t xml:space="preserve">I have a cat that I groom who is exceptionally dangerous and he comes every month and he's scary. He's straight up scary. He needs gabapentin to go to the vet. However, he has all kinds of health issues. I don't want a cat that has all kinds of health issues on gabapentin in my salon because I can't revive him and I don't want a cat dying in my salon. I just don't i don't want to do the salon to kill the cat. I charge them an astonishing amount of money and they're happy to pay it because as they say every single month, no one else can do this. </w:t>
      </w:r>
      <w:r>
        <w:br/>
      </w:r>
    </w:p>
    <w:p w:rsidR="00B46CC2" w:rsidRDefault="00000000">
      <w:r>
        <w:lastRenderedPageBreak/>
        <w:t xml:space="preserve">And in fact they're wrong because anyone else could do this if they know the tricks which I'm about to teach you. </w:t>
      </w:r>
      <w:r>
        <w:br/>
      </w:r>
    </w:p>
    <w:p w:rsidR="00B46CC2" w:rsidRDefault="00000000">
      <w:r>
        <w:t xml:space="preserve">So I have been bitten a number of times by first time cats and usually it occurs the moment they walk out of the crate and I give them a few minutes to prepare and they walk out of the crate. And almost every time I've been bitten it's they walk out and the first thing to do is go for me and it's based upon past experiences where they have been they come out of the crate and immediately they're manhandled and they're pinned to the table and we're going to do this and the cat's like, no, we're not doing this and I'm going to let you know right up front we're not doing this. </w:t>
      </w:r>
      <w:r>
        <w:br/>
      </w:r>
    </w:p>
    <w:p w:rsidR="00B46CC2" w:rsidRDefault="00000000">
      <w:r>
        <w:t xml:space="preserve">So. </w:t>
      </w:r>
      <w:r>
        <w:br/>
      </w:r>
    </w:p>
    <w:p w:rsidR="00B46CC2" w:rsidRDefault="00000000">
      <w:r>
        <w:t xml:space="preserve">By the middle of the first groom they realized this isn't going to be an argument a fight it's not going to be a fight or anything else aside from something that we're going to work through together. And I don't like working on sedated cats, one because of the health issues that come along with it. I do not have a veterinarian on staff and if something goes wrong, I can't bring them back to life. I mean, yes, I am ACPR instructor, however, I don't have oxygen i don't have a veterinary degree. I don't have the level of knowledge to do more than CPR. I just don't. So for me it's a little too risky the liability is too high because they're in there. </w:t>
      </w:r>
      <w:r>
        <w:br/>
      </w:r>
    </w:p>
    <w:p w:rsidR="00B46CC2" w:rsidRDefault="00000000">
      <w:r>
        <w:t xml:space="preserve">I mean the cat is in there. The brain is working, but they're scared, they're confused they don't really understand what's going on and it's. I don't I just don't want the liability. So I compare it to back college days. We've all had that one drunk friend you kind of want to leave on the side of the road somewhere because they're really annoying they can't understand anything you're saying. But we take them home and we put them away and then we say, OK, I will see you tomorrow. </w:t>
      </w:r>
      <w:r>
        <w:br/>
      </w:r>
    </w:p>
    <w:p w:rsidR="00B46CC2" w:rsidRDefault="00000000">
      <w:r>
        <w:t xml:space="preserve">You are now safe. I am leaving i am done with you. So that's how I see drugged cats, you know, kind of passed out, mumbling, sitting on their couch, going OK, I don't want to deal with a human being like that. I don't want to deal with a cat like that either and then have to give it a haircut or anything else. So it's not the cat's fault they can't understand you in that state, and it's not their fault that they're even in that state, but they're so foggy brained. </w:t>
      </w:r>
      <w:r>
        <w:br/>
      </w:r>
    </w:p>
    <w:p w:rsidR="00B46CC2" w:rsidRDefault="00000000">
      <w:r>
        <w:t xml:space="preserve">The simplest thing doesn't make sense to them. And now you're trying to get them to understand that I'm going to put you in water or I'm going to brush your hair or I'm going to dry you. </w:t>
      </w:r>
      <w:r>
        <w:br/>
      </w:r>
    </w:p>
    <w:p w:rsidR="00B46CC2" w:rsidRDefault="00000000">
      <w:r>
        <w:lastRenderedPageBreak/>
        <w:t xml:space="preserve">Just no. So I don't do sedated pets for that reason. </w:t>
      </w:r>
      <w:r>
        <w:br/>
      </w:r>
    </w:p>
    <w:p w:rsidR="00B46CC2" w:rsidRDefault="00000000">
      <w:r>
        <w:t xml:space="preserve">All right, so I don't scruff cats. I'm a non scruffer. I understand some people do scruff. You do you? </w:t>
      </w:r>
      <w:r>
        <w:br/>
      </w:r>
    </w:p>
    <w:p w:rsidR="00B46CC2" w:rsidRDefault="00000000">
      <w:r>
        <w:t xml:space="preserve">But I wanted to explain that is it it's a misnomer that cats associate being scruffed with being carried by their mother. Cats are scruffed during mating as well as during aggressive behavior and fighting with other cats. Brachiocephalic cats, like Persians have a very shallow orbit, so when you scruff them, you're actually at much higher risk of corneal and ocular damage, according to the Dove Lewis Emergency Animal Hospital. And they're actually teaching a non scruff method of handling for the cat clients for veterinarians and techs. </w:t>
      </w:r>
      <w:r>
        <w:br/>
      </w:r>
    </w:p>
    <w:p w:rsidR="00B46CC2" w:rsidRDefault="00000000">
      <w:r>
        <w:t xml:space="preserve">Because of this. And as I said before, almost every time I've been bitten it was on the first visit coming out of the crate. And that's not to say they won't bite later. It's just easier to see what's coming, and my hands aren't right next to their head for most of the grooming process, cats are smart. It's pretty uncommon to see like a dingbat cat. </w:t>
      </w:r>
      <w:r>
        <w:br/>
      </w:r>
    </w:p>
    <w:p w:rsidR="00B46CC2" w:rsidRDefault="00000000">
      <w:r>
        <w:t xml:space="preserve">So cats are planners. They plot and. </w:t>
      </w:r>
      <w:r>
        <w:br/>
      </w:r>
    </w:p>
    <w:p w:rsidR="00B46CC2" w:rsidRDefault="00000000">
      <w:r>
        <w:t xml:space="preserve">Dedicated to their personal survival in ways that would make your blood run cold. So when a cat knows, I get stuck in this bag and then I get put in the car where I either get poked with the needles, someone sticks me in a bathtub and Combs me. So they start getting worked up and by the time they arrive in front of you in the carrier, they're ready to have a go. They come out of the crate, start looking for hands, arms, body parts to let it be known they're not going to tolerate your foolishness. </w:t>
      </w:r>
      <w:r>
        <w:br/>
      </w:r>
    </w:p>
    <w:p w:rsidR="00B46CC2" w:rsidRDefault="00000000">
      <w:r>
        <w:t xml:space="preserve">So don't mess with them. By the second or third visit, they realize, Oh yeah, it's you. All right, fine this was actually kind of nice you can just get it over with. They walk out, they plop down on the table and give you the I'm watching you, just to be clear. And then the groom just begins. And at the first grooming salon I was at, they actually set me up pretty well. Ok, the lighting wasn't great, but the cats and I did quite well because I was handed a cat and told to go groom the cat in the coat closet. </w:t>
      </w:r>
      <w:r>
        <w:br/>
      </w:r>
    </w:p>
    <w:p w:rsidR="00B46CC2" w:rsidRDefault="00000000">
      <w:r>
        <w:t xml:space="preserve">So it was a very small space. It was enough room for me to stand. I couldn't turn around and it was a small folding table. It was the mop bucket and the shop vac and everybody's coat and a drop, you know, one of those pull lights and that's where I groomed the cats. And then I would wash them out in the mud sink. </w:t>
      </w:r>
      <w:r>
        <w:br/>
      </w:r>
    </w:p>
    <w:p w:rsidR="00B46CC2" w:rsidRDefault="00000000">
      <w:r>
        <w:lastRenderedPageBreak/>
        <w:t xml:space="preserve">And then I'd dry them up and you know, bring them back into the closet where I stood behind the table. There was just enough room to kind of scooch by. And it was actually not a bad place to groom a cat. I much prefer the cat room I have now, but it was a good place to start. So you don't need a ton of room to actually groom a cat. </w:t>
      </w:r>
      <w:r>
        <w:br/>
      </w:r>
    </w:p>
    <w:p w:rsidR="00B46CC2" w:rsidRDefault="00000000">
      <w:r>
        <w:t xml:space="preserve">That worked out well because there were no dogs in the closet. There were no dogs in the adjoining room, so there wasn't loud noise and it was calm in the closet. It was just me and the cat. It was actually kind of nice. So then when I moved to another salon, it was a very small room and there were dogs on the table that was only three feet away. And my now business partner Pia was grooming an Airedale and I was grooming a cat and the whole time she's stripping out this Airedale. </w:t>
      </w:r>
      <w:r>
        <w:br/>
      </w:r>
    </w:p>
    <w:p w:rsidR="00B46CC2" w:rsidRDefault="00000000">
      <w:r>
        <w:t xml:space="preserve">The Airedale is looking at the cat like supper, which the cat noticed and I tried to she tried to work on this side to do the flat work behind me. So we tried to block the view of the Airedale, but you can only block so much. And the cat was uncomfortable because the dog was right there looking at it like it was supper. And even though it was a good regular cat, that cat was scared and the groom did not go as well as it normally did because this was a regular cat and although the cat knew me and trusted me and I groomed it since it was a kitten, that stressor of having that dog continually looking at it, the whole time it was groomed, it just amped everything up. </w:t>
      </w:r>
      <w:r>
        <w:br/>
      </w:r>
    </w:p>
    <w:p w:rsidR="00B46CC2" w:rsidRDefault="00000000">
      <w:r>
        <w:t xml:space="preserve">So the cat was not happy the whole time it was there. So the next groom after that, when there was no dog at all on that table, it was still stressed because it was expecting a dog to be looking at it. So cats don't forget they remember things like that. So keep that in mind when you're grooming that additional stressors can be a stressor for the next groom. So if you have. </w:t>
      </w:r>
      <w:r>
        <w:br/>
      </w:r>
    </w:p>
    <w:p w:rsidR="00B46CC2" w:rsidRDefault="00000000">
      <w:r>
        <w:t xml:space="preserve">A rough groom on a cat that you haven't groomed before, if the last groom went poorly, your first groom suit up, you're going to need all of your protective tools to get through that groom so that you will be safe and the cat will be safe. Because they're going to remember that. They're going to be remembered, they're going to remember being manhandled and all of that, and they're going to react appropriately as any of us would if we were in the same conditions. </w:t>
      </w:r>
      <w:r>
        <w:br/>
      </w:r>
    </w:p>
    <w:p w:rsidR="00B46CC2" w:rsidRDefault="00000000">
      <w:r>
        <w:t xml:space="preserve">So you don't want to ever groom a cat where a dog is being groomed. </w:t>
      </w:r>
      <w:r>
        <w:br/>
      </w:r>
    </w:p>
    <w:p w:rsidR="00B46CC2" w:rsidRDefault="00000000">
      <w:r>
        <w:t xml:space="preserve">And never lift a cat by its scruff and I see this a lot with experienced groomers. I've seen this numerous times on Facebook videos and even in a few of the classes that I have taken over the years where they take the cat out of the crate and they do it like this and just lift the cat. </w:t>
      </w:r>
      <w:r>
        <w:lastRenderedPageBreak/>
        <w:t xml:space="preserve">There's no support of any kind on the butt, they just lift it by the scruff. Please don't do this. You're lifting cat by its skin. Cat skin and muscle are two separate entities they're not attached, which is why when you cut a cat, it rips like a zipper because it's not attached to the muscular layer. </w:t>
      </w:r>
      <w:r>
        <w:br/>
      </w:r>
    </w:p>
    <w:p w:rsidR="00B46CC2" w:rsidRDefault="00000000">
      <w:r>
        <w:t xml:space="preserve">It lays separately. </w:t>
      </w:r>
      <w:r>
        <w:br/>
      </w:r>
    </w:p>
    <w:p w:rsidR="00B46CC2" w:rsidRDefault="00000000">
      <w:r>
        <w:t xml:space="preserve">Whereas dog skin, there's a mesentery layer that kind of stitches it together to the muscular layer, just like ours, so the skin is not separate when we pull our skin, you're pulling all of the stuff that's underneath it. For a cat, you're pulling simply the skin. So please don't lift the cat by the scruff. Lift them by the body. </w:t>
      </w:r>
      <w:r>
        <w:br/>
      </w:r>
    </w:p>
    <w:p w:rsidR="00B46CC2" w:rsidRDefault="00000000">
      <w:r>
        <w:t xml:space="preserve">And then they will be feel supported and you're not going to hurt them because you can cause hematomas that way. </w:t>
      </w:r>
      <w:r>
        <w:br/>
      </w:r>
    </w:p>
    <w:p w:rsidR="00B46CC2" w:rsidRDefault="00000000">
      <w:r>
        <w:t xml:space="preserve">All right, so your cat room. Now an entire room for specifically for cats is not required. However, when I started my salon, because I do so many cats, this is what I wanted. And like I said earlier, you know, grooming in the coat closet. I wanted enough room to walk all the way around the table. And even though the coat closet was adequate, it really wasn't ideal. In this room, I have the everything I need to groom a cat. It's all right there at my fingertips, including the tub. </w:t>
      </w:r>
      <w:r>
        <w:br/>
      </w:r>
    </w:p>
    <w:p w:rsidR="00B46CC2" w:rsidRDefault="00000000">
      <w:r>
        <w:t xml:space="preserve">So it's a it's a pretty simple set up. There's nothing really fancy about it it's just a small room and so I have all the sanitization and the Clippers and whatnot that I need. </w:t>
      </w:r>
      <w:r>
        <w:br/>
      </w:r>
    </w:p>
    <w:p w:rsidR="00B46CC2" w:rsidRDefault="00000000">
      <w:r>
        <w:t xml:space="preserve">For grooming and I like a lot of light when I'm grooming. So I have the four foot overhead LED lights and you can get there's a number of places you can get them. You're looking for high lumens because if I have a cat that is black and on intake, I don't do pets with fleas. So on intake, when I take that cat out of the carrier, I want to be able to go through that coat on a black cat and see if there are in fact fleas there. If there are. They're put back in the carrier and they're carried out to the car and then the owner is charged the 25$ clean up fee for bringing cat Fleet a cat with fleas into my salon. </w:t>
      </w:r>
      <w:r>
        <w:br/>
      </w:r>
    </w:p>
    <w:p w:rsidR="00B46CC2" w:rsidRDefault="00000000">
      <w:r>
        <w:t xml:space="preserve">So and all of the owners stay until intake is over and my cat owners are welcome to stay for the whole room, which most of them do. </w:t>
      </w:r>
      <w:r>
        <w:br/>
      </w:r>
    </w:p>
    <w:p w:rsidR="00B46CC2" w:rsidRDefault="00000000">
      <w:r>
        <w:t xml:space="preserve">Ok so small rooms when bathing get hot and humid really fast. So I needed a way to find to cool the room off and still have a secure room for the cats. So I put in a screen door and this </w:t>
      </w:r>
      <w:r>
        <w:lastRenderedPageBreak/>
        <w:t xml:space="preserve">is just a regular screen door that you would get for your house. You can still close the main door. So if for any reason, say there's somebody that comes in, the waiting room is right out there right out on the other side of the screen door. </w:t>
      </w:r>
      <w:r>
        <w:br/>
      </w:r>
    </w:p>
    <w:p w:rsidR="00B46CC2" w:rsidRDefault="00000000">
      <w:r>
        <w:t xml:space="preserve">So say somebody comes in with a raucous dog that's waiting for a nail trim and the dog is barking or running around in the front room. I can just close the solid door for a few minutes until they're ready to come and get the dog, and once I hear OK, once my assistant hears that the noise has lessened in the front room, I'll open the door again and this lessens the humidity in the room because I keep my humidity in the salon below 55 %. For animals that are brachycephalic, humidity is always a concern, so you want it ideally 45 to 50. </w:t>
      </w:r>
      <w:r>
        <w:br/>
      </w:r>
    </w:p>
    <w:p w:rsidR="00B46CC2" w:rsidRDefault="00000000">
      <w:r>
        <w:t xml:space="preserve">But in a small room that can be difficult to achieve, so you would want it around absolute maximum 55 %. And I have thermometers and hydrometers all over the salon so that we can take steps should we need to drop the humidity at any time. </w:t>
      </w:r>
      <w:r>
        <w:br/>
      </w:r>
    </w:p>
    <w:p w:rsidR="00B46CC2" w:rsidRDefault="00000000">
      <w:r>
        <w:t xml:space="preserve">So this is the one of the two seats that I have for owners to sit in. And they sit right there you can see how close they are to my table. Their knees are maybe a few inches away from it. And then there's my tub where the cat actually gets bathed. And then once they're done being bathed, they're put directly on the table. And. </w:t>
      </w:r>
      <w:r>
        <w:br/>
      </w:r>
    </w:p>
    <w:p w:rsidR="00B46CC2" w:rsidRDefault="00000000">
      <w:r>
        <w:t xml:space="preserve">So it it's just, it's very simple. It's a very simple, easy set up. It's nothing more than a tub, a table, a chair for the owner, an enclosed closet that keeps all of my items, or whatever I would need. This is the enclosed closet. Whatever I need for a cat and grooming that cat is all contained within that closet. If it's not a tool, of course the tools are in my toolbox, </w:t>
      </w:r>
      <w:r>
        <w:br/>
      </w:r>
    </w:p>
    <w:p w:rsidR="00B46CC2" w:rsidRDefault="00000000">
      <w:r>
        <w:t xml:space="preserve">So I also one of the things that I do when I groom a cat is I take we all have old towels that have holes in them. You know after a while they get a little bit threadbare. I will cut those into quarters and I try to cut them like around the holes and if someone comes in with a crate that doesn't have some sort of padding in it, I will put a piece of one of those towels. So like a quarter of a bath towel in the bottom of the crate because they have just paid 120$ to get this cat groomed. </w:t>
      </w:r>
      <w:r>
        <w:br/>
      </w:r>
    </w:p>
    <w:p w:rsidR="00B46CC2" w:rsidRDefault="00000000">
      <w:r>
        <w:t xml:space="preserve">So having they when they get home, if that cat smells like urine, they're not going to be happy because if the cat pees in the car on the way home because you can't say to the cat, hey you know, before you go home, do you have to pee? And granted, most cats will pee during the bath at some point if they have to urinate, but it's not a guarantee and I want them to go home clean. So that's just a little tip that. So because we're just going to throw those old holy towels away anyway, may as well make use of them and the owners are </w:t>
      </w:r>
      <w:r>
        <w:lastRenderedPageBreak/>
        <w:t xml:space="preserve">happy and they if it's peed on they can just throw in the trash. </w:t>
      </w:r>
      <w:r>
        <w:br/>
      </w:r>
    </w:p>
    <w:p w:rsidR="00B46CC2" w:rsidRDefault="00000000">
      <w:r>
        <w:t xml:space="preserve">So you were just going to throw it in the trash anyway. </w:t>
      </w:r>
      <w:r>
        <w:br/>
      </w:r>
    </w:p>
    <w:p w:rsidR="00B46CC2" w:rsidRDefault="00000000">
      <w:r>
        <w:t xml:space="preserve">So these are my anti fatigue mats. </w:t>
      </w:r>
      <w:r>
        <w:br/>
      </w:r>
    </w:p>
    <w:p w:rsidR="00B46CC2" w:rsidRDefault="00000000">
      <w:r>
        <w:t xml:space="preserve">And it makes it easy for me to stand on this all day long. The large table mat I got from Sally's and then the other mats I got off of americanfloormats.com Now you when you're looking for an anti fatigue mat you are going to want to look for something that is sealed on the top and the bottom because the ones that are not sealed on the bottom are simply going to just be foam so they're going to fall apart relatively quickly. So you that's the one thing you're going to be looking for. And I'm telling you this so you don't make the same mistake that I did when you're ordering one and you don't look for that because it will only last you a couple of months and then it's trash and they're very expensive. </w:t>
      </w:r>
      <w:r>
        <w:br/>
      </w:r>
    </w:p>
    <w:p w:rsidR="00B46CC2" w:rsidRDefault="00000000">
      <w:r>
        <w:t xml:space="preserve">Ok, so body language. There are three cats here, The one to the furthest left his name is Mustachio because as you can see, he has a mustache. You'll notice his whiskers are very forward. This is a happy cat, even though his ears are set like that that's his happy lovey face. Mustachio loves grooming he loves to sit for his picture. He loves everything about it. And these pictures were taken last month, or actually, no, this was November 3rd. And so he's just a happy boy you can see in his face his pupils are normal size, his whiskers are all forward, he's listening. </w:t>
      </w:r>
      <w:r>
        <w:br/>
      </w:r>
    </w:p>
    <w:p w:rsidR="00B46CC2" w:rsidRDefault="00000000">
      <w:r>
        <w:t xml:space="preserve">And then Pippi is the one in the middle. And that's an alert stance. And he's looking at the little cat toy that I'm waving about. He's interested. You can see he's but he's happy and interested. His whiskers are forward. His ears are forward his body is shifted forward. He's like, oh, what do you have? And he's focused. And then we have Toe Stop, who is the boy on the right? And he's just a happy, goofy boy. He just wants somebody to touch him. You can see his whiskers are all forward. They're almost reaching for the camera. This is a happy cat he's got his he's not all back in here where his legs are pulled underneath him. </w:t>
      </w:r>
      <w:r>
        <w:br/>
      </w:r>
    </w:p>
    <w:p w:rsidR="00B46CC2" w:rsidRDefault="00000000">
      <w:r>
        <w:t xml:space="preserve">He's actually stretched out, so he's in a relaxed posture. Same thing with Mustachio his legs are out further, so these are just a few little things that you can notice about the pets that you're working on to gauge their happiness. Because an unhappy cat, things can go sour. And then we have the one on the left is Maurice. His eyes are closed, his ears are slightly tilted out, and he's like, oh, this is nice, He's another monthly cat and he loves grooming. </w:t>
      </w:r>
      <w:r>
        <w:br/>
      </w:r>
    </w:p>
    <w:p w:rsidR="00B46CC2" w:rsidRDefault="00000000">
      <w:r>
        <w:t xml:space="preserve">And then we have Camille in the happy hoodie. You can see that her posture is relaxed, her ears are not tight to her face, they're out so she's paying attention. And this is while she is </w:t>
      </w:r>
      <w:r>
        <w:lastRenderedPageBreak/>
        <w:t xml:space="preserve">being dried. So the dryer is actually on the back of her body. But I wanted to get a close up of the face because I wanted you to see. She's relaxed but attentive, so she's like, we're good for now, but I'm kind of keeping an eye on you. And you'll see all of the towels that are around her she's laying on a towel. </w:t>
      </w:r>
      <w:r>
        <w:br/>
      </w:r>
    </w:p>
    <w:p w:rsidR="00B46CC2" w:rsidRDefault="00000000">
      <w:r>
        <w:t xml:space="preserve">There is a towel underneath her that she's laying on, kind of using it as a pillow. She also has the happy hoodie on and usually when I dry cats, once I get to the bottom of the rib cage, what we do is take a towel and wrap it around their head so that any of the air that comes from the back of the cat as the dryer comes forward doesn't get on the head because that tends to make them cranky. So I do all of their all of the heads with a does it's like a small stand dryer and they do fine with that, but any type of high velocity dryer they once I get above the ribs, then another towel goes around the entire head over the happy hoodie. </w:t>
      </w:r>
      <w:r>
        <w:br/>
      </w:r>
    </w:p>
    <w:p w:rsidR="00B46CC2" w:rsidRDefault="00000000">
      <w:r>
        <w:t xml:space="preserve">So this is an elderly cat. This is Mandy. Mandy was sent to me by one of the local vets because she had a heart attack, 2 heart attacks and a stroke at groomers and she is AI believe at this time she was 17 years old mandy has since passed. </w:t>
      </w:r>
      <w:r>
        <w:br/>
      </w:r>
    </w:p>
    <w:p w:rsidR="00B46CC2" w:rsidRDefault="00000000">
      <w:r>
        <w:t xml:space="preserve">She was a very old delicate glass like cat. She was just fur and bone at this point and she would come in for a brush out. The vet told me not to bathe this cat because when she had the two heart attacks and the strokes and the stroke, she was in the bathtub for all three events. And he said, you know, we'll send you this cat, you cannot put it in the bathtub. And you know, she's had the two heart attacks and stroke and I said, yeah, I don't want to kill this cat thank you so I will groom the cat. </w:t>
      </w:r>
      <w:r>
        <w:br/>
      </w:r>
    </w:p>
    <w:p w:rsidR="00B46CC2" w:rsidRDefault="00000000">
      <w:r>
        <w:t xml:space="preserve">I use a Rinsely shampoo and i do not put her in a bathtub and she's a nice little old cat and gentle handling with her I don't less is more. </w:t>
      </w:r>
      <w:r>
        <w:br/>
      </w:r>
    </w:p>
    <w:p w:rsidR="00B46CC2" w:rsidRDefault="00000000">
      <w:r>
        <w:t xml:space="preserve">So tools at your disposal. Happy hoodies are something every single animal in my salon that gets a bath cats every time, simply because a high velocity dryer is 90 to 95 decibels. Hearing damage starts to occur at 85 so I require my staff to wear the earmuffs. So we need to put something on the dogs or in the cats as well. </w:t>
      </w:r>
      <w:r>
        <w:br/>
      </w:r>
    </w:p>
    <w:p w:rsidR="00B46CC2" w:rsidRDefault="00000000">
      <w:r>
        <w:t xml:space="preserve">And happy between the happy hoodies and the towels. It's a lovely combination. I do not use the air muzzle simply because the air muzzle is 14 ounces and it is advised that you not put anything on a cat's neck that is heavier than 11 ounces for any prolonged period of time. A grooming is a prolonged period of time. We don't do this in 5 minutes we it. This can take a half an hour to an hour and a half depending upon what we're doing to the cat, and I don't want to be responsible for any neck issues that may occur later on down the line because of </w:t>
      </w:r>
      <w:r>
        <w:lastRenderedPageBreak/>
        <w:t xml:space="preserve">the weight of something that is put on their head. </w:t>
      </w:r>
      <w:r>
        <w:br/>
      </w:r>
    </w:p>
    <w:p w:rsidR="00B46CC2" w:rsidRDefault="00000000">
      <w:r>
        <w:t xml:space="preserve">The green E collar is 7 5 ounces and then there's the fabric E collar below that that's four ounces. So either one if a cat simply wants something. If they you put a cone on them and they relax, that's fine. I will use the fabric one. If you put the cone on them and the cat still doesn't relax, then I will use the green one it is a bit more secure, </w:t>
      </w:r>
      <w:r>
        <w:br/>
      </w:r>
    </w:p>
    <w:p w:rsidR="00B46CC2" w:rsidRDefault="00000000">
      <w:r>
        <w:t xml:space="preserve">So it all depends on what we're dealing with. Then you have the heavy Kevlar gloves which they cannot bite through. However, you can't bend your fingers so they're fine. I don't actually put them on my hand. What I will do is I will put them aside the cat to be kind of like this is the marker and kind of prop it up with a towel. And so I'll move that so that if they turn then they're going to the glove will be there and my hand is not. </w:t>
      </w:r>
      <w:r>
        <w:br/>
      </w:r>
    </w:p>
    <w:p w:rsidR="00B46CC2" w:rsidRDefault="00000000">
      <w:r>
        <w:t xml:space="preserve">But they're basically useless to put on your hands because you can't bend oregon hold anything. Now the other black glove you see, those are frisk gloves. They're made by Blauer BLAUER You can now find them online they actually do sell them online now. However, you want a proper fit, so you're going to want to go to a police store. Police outfitting store. If you do not know what size your hand is because you want them tight, you do not want them loose if they're loose, they will easily be able to bite through them. </w:t>
      </w:r>
      <w:r>
        <w:br/>
      </w:r>
    </w:p>
    <w:p w:rsidR="00B46CC2" w:rsidRDefault="00000000">
      <w:r>
        <w:t xml:space="preserve">So they are Kevlar gloves, they're quite comfortable, you don't get sweaty in them and they can go through the washer and the dryer that's why I prefer the blower brand. There are other brands out there and I'm sure they are lovely, but I cannot attest to you whether or not they can be washed and dried. So I don't know because I don't have experience with them. I have had over 25 years of experience with the blower brand gloves and I like them very much. </w:t>
      </w:r>
      <w:r>
        <w:br/>
      </w:r>
    </w:p>
    <w:p w:rsidR="00B46CC2" w:rsidRDefault="00000000">
      <w:r>
        <w:t xml:space="preserve">So because cat's teeth are needles and these are made for police when they're patting someone down to not get punctured by a needle you will get a bruise. But it is very unlikely that the tooth will cut through the seam of the undersund. </w:t>
      </w:r>
      <w:r>
        <w:br/>
      </w:r>
    </w:p>
    <w:p w:rsidR="00B46CC2" w:rsidRDefault="00000000">
      <w:r>
        <w:t xml:space="preserve">So fractious cats are in 2 camps. One is they like a lot of soothing where you're petting them near constantly to keep them calm, and with those less is more type of room. </w:t>
      </w:r>
      <w:r>
        <w:br/>
      </w:r>
    </w:p>
    <w:p w:rsidR="00B46CC2" w:rsidRDefault="00000000">
      <w:r>
        <w:t xml:space="preserve">There was a study at the University of Lincoln in the UK that found cats preferred to be pet in the area above the eyes and between their ears. So the same basic nerve quadrant that we have with dogs, which is why we put the muzzle here because it's that pressure center, so we call it nose ruppies. Petting above the tail may create over stimulation for the cat which can make them very grumpy. So you butt rubs generally don't work out well for cats for </w:t>
      </w:r>
      <w:r>
        <w:lastRenderedPageBreak/>
        <w:t xml:space="preserve">grooming. </w:t>
      </w:r>
      <w:r>
        <w:br/>
      </w:r>
    </w:p>
    <w:p w:rsidR="00B46CC2" w:rsidRDefault="00000000">
      <w:r>
        <w:t xml:space="preserve">Some don't like to be over handled they want don't want to have their head rubbed. The less touching the better. Touch what you must and leave the rest of them alone. They don't want to be rubbed, they don't want to be soothed, they don't want to be patted they just want you to do what you need to do and leave them alone and but one thing that works with all cats is giving them the visual slow blink. It's calming for a cat it it's essentially a sign that you means you're non threatening and you just. </w:t>
      </w:r>
      <w:r>
        <w:br/>
      </w:r>
    </w:p>
    <w:p w:rsidR="00B46CC2" w:rsidRDefault="00000000">
      <w:r>
        <w:t xml:space="preserve">You blink at them that's it. And do this a couple times when you first have them, your first interaction with them outside of the crate and you will find it helps. Cats are not like dogs and anyone that grooms cats can tell you that cats have an invisible Turkey timer. So like on the Thanksgiving Turkey, however, you just can't see the one in the cat and when it pops, it pops and that's it. You're done. It doesn't matter where you are. It doesn't matter how close you are to finish. </w:t>
      </w:r>
      <w:r>
        <w:br/>
      </w:r>
    </w:p>
    <w:p w:rsidR="00B46CC2" w:rsidRDefault="00000000">
      <w:r>
        <w:t xml:space="preserve">You're finished right now because the cat says you're finished, and that's as far as he's willing to go. So you can maybe get another 30 seconds at best, but if you aren't finished in 30 seconds, bloodshed will occur. So when you're working with a cat, work quickly but slowly. I know it doesn't make much sense, but when it comes to cats, it does. Cats, like I said before, they have a timer. So you need to get what you're done. </w:t>
      </w:r>
      <w:r>
        <w:br/>
      </w:r>
    </w:p>
    <w:p w:rsidR="00B46CC2" w:rsidRDefault="00000000">
      <w:r>
        <w:t xml:space="preserve">Do what you're done doing, done quickly, but don't let the cat feel rush. You need to be slow, deliberate and confident in your movements and simply do what you need to do. Let the cat hold on to the edge of the table. I really like. I have the top performance table top on my tables because it doesn't absorb liquid and underneath it you'll see I have the one inch anti fatigue mat. I cover that one inch anti fatigue mat because it would be shredded and it would absorb liquid. I don't like anything on my table that absorbs liquid because it's holding it there for possible chemical burns for me and for them. </w:t>
      </w:r>
      <w:r>
        <w:br/>
      </w:r>
    </w:p>
    <w:p w:rsidR="00B46CC2" w:rsidRDefault="00000000">
      <w:r>
        <w:t xml:space="preserve">So I like the top performance mats a lot. And the one inch mat allows them from the side to dig their claws in and give them that sense of control. You want to make sure that you do not drag a cat back from the edge of the table. When I was working as a vet tech, I actually saw that occur when a cat came in and it had all of its nails had been torn by a groomer pulling it from the edge of the table. All of the nails were bleeding and two of the nails had been ripped from the nail bed, </w:t>
      </w:r>
      <w:r>
        <w:br/>
      </w:r>
    </w:p>
    <w:p w:rsidR="00B46CC2" w:rsidRDefault="00000000">
      <w:r>
        <w:t xml:space="preserve">So the cat had to be put under anesthesia it was an extremely expensive. </w:t>
      </w:r>
      <w:r>
        <w:br/>
      </w:r>
    </w:p>
    <w:p w:rsidR="00B46CC2" w:rsidRDefault="00000000">
      <w:r>
        <w:lastRenderedPageBreak/>
        <w:t xml:space="preserve">Surgery for them. Yes, the top performance tables are from Boss Pet and they do not absorb water. They are. It's like a. </w:t>
      </w:r>
      <w:r>
        <w:br/>
      </w:r>
    </w:p>
    <w:p w:rsidR="00B46CC2" w:rsidRDefault="00000000">
      <w:r>
        <w:t xml:space="preserve">Textured plastic on the table. </w:t>
      </w:r>
      <w:r>
        <w:br/>
      </w:r>
    </w:p>
    <w:p w:rsidR="00B46CC2" w:rsidRDefault="00000000">
      <w:r>
        <w:t xml:space="preserve">So it's a it's not a table top, it's actually a mat you put over your table. So I have the natural table top on my table, but on top of that table top I put the one inch anti fatigue mat and then a table top mat that goes above it and that's about probably about that thick, so maybe half an inch. And that the top performance tabletop mat is top performance is the brand and they sell them at Boss Pet and I like them very much because they do not absorb water. </w:t>
      </w:r>
      <w:r>
        <w:br/>
      </w:r>
    </w:p>
    <w:p w:rsidR="00B46CC2" w:rsidRDefault="00000000">
      <w:r>
        <w:t xml:space="preserve">I have those. I provide additional padding for every pet I groom because I groom so many elderly pets, and elderly pets are very Bony, so a regular table has no cushion. If it has no cushion they can't stand as long and for cats it doesn't provide them a comfy surface to lay on. So I provide that by providing the one inch anti fatigue mat with the top performance mat above that. And the top performance mat does not absorb fluids of any type. Water from being blown out or from cleaner after you after you finish the pet. </w:t>
      </w:r>
      <w:r>
        <w:br/>
      </w:r>
    </w:p>
    <w:p w:rsidR="00B46CC2" w:rsidRDefault="00000000">
      <w:r>
        <w:t xml:space="preserve">All right, so here we have floss and I pre cut him because his owners like him super short. This is speed up significantly this is not as fast i think this is three times as fast. And fluff is obese. He's very sweet fluff, but he is grossly obese and he does not do anything with his butt and his owners try their best to clean his derriere. However, he's not open to having them do so. He is perfectly fine with me cleaning his tush. I don't know why, but he doesn't like the way that they do it he is perfectly open, having me do it just fine. </w:t>
      </w:r>
      <w:r>
        <w:br/>
      </w:r>
    </w:p>
    <w:p w:rsidR="00B46CC2" w:rsidRDefault="00000000">
      <w:r>
        <w:t xml:space="preserve">So he comes in every month and he gets a bath and every other month he gets a shave. So he's perfectly fine with being bathed you can see he's just like, OK, and I turn him around i'm not actually holding him, but I am petting him and he will seek my hand to put on his head while he is being bathed. And he's too big for me to actually hold in the tub. So we just. I just worked with him to make sure that he is comfortable. So this is Salem. This is the cat that likes to give me heart attacks because he likes to go to sleep in the tub. </w:t>
      </w:r>
      <w:r>
        <w:br/>
      </w:r>
    </w:p>
    <w:p w:rsidR="00B46CC2" w:rsidRDefault="00000000">
      <w:r>
        <w:t xml:space="preserve">I do not like it when a cat tries to sleep in the tub because I'm afraid he's going to drown. So often times I will end up putting a rolled towel underneath his head because I do not want him to drown and he has no nose so his nose is directly in between his eyeballs. Now he has a filthy little face because he's black and the owners cannot see he has discharge in his face. </w:t>
      </w:r>
      <w:r>
        <w:br/>
      </w:r>
    </w:p>
    <w:p w:rsidR="00B46CC2" w:rsidRDefault="00000000">
      <w:r>
        <w:t xml:space="preserve">I do all cats faces with a claw simply because it gets allows me to get all in the Nicks and grooves and dry discharge and get all of that off and it makes my life easier to be able to </w:t>
      </w:r>
      <w:r>
        <w:lastRenderedPageBreak/>
        <w:t xml:space="preserve">scrub in there and sure it's clean and he wants it to be clean. So I actually can't remember any cat giving me a problem having their face done with a cloth in a bathtub. And I groom and wash a lot of cats and they're perfectly fine with it. </w:t>
      </w:r>
      <w:r>
        <w:br/>
      </w:r>
    </w:p>
    <w:p w:rsidR="00B46CC2" w:rsidRDefault="00000000">
      <w:r>
        <w:t xml:space="preserve">I do have to hold his skull because, you know, I and I just simply hold it like this i don't grab onto the fur or anything like that i hold the whole head because you can with your hand you can hold their head and then manipulate it as you need to. And it works out quite nicely and it's just two fingers, one on top, one on the bottom and you can tip it and move it as you need to. So this is Salem getting dried. </w:t>
      </w:r>
      <w:r>
        <w:br/>
      </w:r>
    </w:p>
    <w:p w:rsidR="00B46CC2" w:rsidRDefault="00000000">
      <w:r>
        <w:t xml:space="preserve">This is an older video before I found the boss pet table top so this is an older anti fatigue map covering that I had used. </w:t>
      </w:r>
      <w:r>
        <w:br/>
      </w:r>
    </w:p>
    <w:p w:rsidR="00B46CC2" w:rsidRDefault="00000000">
      <w:r>
        <w:t xml:space="preserve">But I really like the video. </w:t>
      </w:r>
      <w:r>
        <w:br/>
      </w:r>
    </w:p>
    <w:p w:rsidR="00B46CC2" w:rsidRDefault="00000000">
      <w:r>
        <w:t xml:space="preserve">Simply because it's it just it's a good video of him getting dried. You can see he is very relaxed i have everything that I need within reach on the table. </w:t>
      </w:r>
      <w:r>
        <w:br/>
      </w:r>
    </w:p>
    <w:p w:rsidR="00B46CC2" w:rsidRDefault="00000000">
      <w:r>
        <w:t xml:space="preserve">And I really like the ear cleaner pump just because it's really simple and you can do it one handed. So should I need a second hand to soothe the cat or something like that, I would have that hand available and also lets me maneuver the ear and manipulate it how I need to in order to get the ears clean and his ears tend to be kind of gunky. So when I'm drying him or any cat, I put them on a towel simply because I don't have to move the cat, I just have to move the towel and they're OK with that and it just makes my life easier the less I have to manipulate his body, the happier the cat is so. </w:t>
      </w:r>
      <w:r>
        <w:br/>
      </w:r>
    </w:p>
    <w:p w:rsidR="00B46CC2" w:rsidRDefault="00000000">
      <w:r>
        <w:t xml:space="preserve">You can. The does have Does du Z is the name of the dryer and it does have heat settings so you can change your heat setting to whatever is appropriate and just keep in mind the distance from the PET you don't want to get it if you are using heat, you don't want to get it too close to the skin because you can burn them. Just like if you use a hair dryer on your own hair you can. You'll feel the heat in you. It's like, oh, that burned my head. </w:t>
      </w:r>
      <w:r>
        <w:br/>
      </w:r>
    </w:p>
    <w:p w:rsidR="00B46CC2" w:rsidRDefault="00000000">
      <w:r>
        <w:t xml:space="preserve">So as you can see, he has no nose at all we actually sing a song to him that all he wants for Christmas is a nose because he doesn't have one. I mean, he physically does have a nose it just he has no bridge. His nose is set right between his eyeballs. </w:t>
      </w:r>
      <w:r>
        <w:br/>
      </w:r>
    </w:p>
    <w:p w:rsidR="00B46CC2" w:rsidRDefault="00000000">
      <w:r>
        <w:t xml:space="preserve">And I'm not pinning him with that top arm. I'm simply holding it out of the way. </w:t>
      </w:r>
      <w:r>
        <w:br/>
      </w:r>
    </w:p>
    <w:p w:rsidR="00B46CC2" w:rsidRDefault="00000000">
      <w:r>
        <w:lastRenderedPageBreak/>
        <w:t xml:space="preserve">And I'll stand up. When he wants a position change, I just I'll change his position. However, he is lazy, so he doesn't want to stand because that's hard. </w:t>
      </w:r>
      <w:r>
        <w:br/>
      </w:r>
    </w:p>
    <w:p w:rsidR="00B46CC2" w:rsidRDefault="00000000">
      <w:r>
        <w:t xml:space="preserve">Some cats are simply lazy, so you may have to change tacks to different positioning based upon their level of comfort. And usually it's going to be in the lower belly and groin area because that's a very exposed area for them that's where all the critical soft belly area is, where the intestines are and things like that it's a very vulnerable thing for them. So if you're going to have a cat fuss, it's going to be in that area. So change their position to change and maybe they'll be more comfortable standing up maybe they'll be more comfortable laying down. Whatever works for them will make your life easier. </w:t>
      </w:r>
      <w:r>
        <w:br/>
      </w:r>
    </w:p>
    <w:p w:rsidR="00B46CC2" w:rsidRDefault="00000000">
      <w:r>
        <w:t xml:space="preserve">See, So he's holding on the side it's giving him some sense of control, and he's happy about that because he wants to feel like he's in control. </w:t>
      </w:r>
      <w:r>
        <w:br/>
      </w:r>
    </w:p>
    <w:p w:rsidR="00B46CC2" w:rsidRDefault="00000000">
      <w:r>
        <w:t xml:space="preserve">All right, so this is Max. This is another of my must have gabapentin at the vet cats. He does doesn't particularly care for being dried, but he is willing to do it as long as he's wearing a happy hoodie. So once that's done, he does like to hang on the side of the table. Now this cat. You see what a mushy is, however, at the veterinarian. He must be drugged with gabapentin the night before and the day of before a veterinarian will even see him because he is not good and he comes out biting and scratching. </w:t>
      </w:r>
      <w:r>
        <w:br/>
      </w:r>
    </w:p>
    <w:p w:rsidR="00B46CC2" w:rsidRDefault="00000000">
      <w:r>
        <w:t xml:space="preserve">So many of the cats that don't like to be manipulated are good with nose rubs. Having that area of their face rubbed is something that they like. So I will move him to the edge of the table to give him that sense of comfort. And he's fine with me picking up his leg and rolling him on his side because he's holding on to the side of the table. </w:t>
      </w:r>
      <w:r>
        <w:br/>
      </w:r>
    </w:p>
    <w:p w:rsidR="00B46CC2" w:rsidRDefault="00000000">
      <w:r>
        <w:t xml:space="preserve">And that's me just giving him the nose rubbies. </w:t>
      </w:r>
      <w:r>
        <w:br/>
      </w:r>
    </w:p>
    <w:p w:rsidR="00B46CC2" w:rsidRDefault="00000000">
      <w:r>
        <w:t xml:space="preserve">So of course you didn't think I would just show you cats being compliant. This one is anything but sweet. This is daisy has been kicked out of every salon around for being nasty. She needs gabapentin to go to the vet to go to the vet, and she doesn't get groomed often enough because her owners can't catch her without bleeding. Daisy is not a nice cat. She bites, she scratches and she just plain old me. She's pelted again because they cancelled last appointment since she bit the owner four times and they had to go to the rather than bringing her to be to be groomed. </w:t>
      </w:r>
      <w:r>
        <w:br/>
      </w:r>
    </w:p>
    <w:p w:rsidR="00B46CC2" w:rsidRDefault="00000000">
      <w:r>
        <w:t xml:space="preserve">So Daisy isn't just like this at the salon this is how Daisy is. Daisy is also cat that needs near constant soothing to be groomed. She wants her head and nose rubbed in order to let me do what needs to be done. The more she dislikes something, the more I have to pay in petting </w:t>
      </w:r>
      <w:r>
        <w:lastRenderedPageBreak/>
        <w:t xml:space="preserve">and soothing to buy her compliance. And that's essentially what it is it's a it's commerce. I'm paying the cat to allow to get her to allow me to perform this function. </w:t>
      </w:r>
      <w:r>
        <w:br/>
      </w:r>
    </w:p>
    <w:p w:rsidR="00B46CC2" w:rsidRDefault="00000000">
      <w:r>
        <w:t xml:space="preserve">So the owners will pay me for the groom, but I have to pay the cat her cut in order to get this done and I pay that in soothing and petting and making nice with her. </w:t>
      </w:r>
      <w:r>
        <w:br/>
      </w:r>
    </w:p>
    <w:p w:rsidR="00B46CC2" w:rsidRDefault="00000000">
      <w:r>
        <w:t xml:space="preserve">So this isn't super speed. I do not groom this fast. </w:t>
      </w:r>
      <w:r>
        <w:br/>
      </w:r>
    </w:p>
    <w:p w:rsidR="00B46CC2" w:rsidRDefault="00000000">
      <w:r>
        <w:t xml:space="preserve">I don't think I could groom this fast i think this is three times speed maybe two times speed, </w:t>
      </w:r>
      <w:r>
        <w:br/>
      </w:r>
    </w:p>
    <w:p w:rsidR="00B46CC2" w:rsidRDefault="00000000">
      <w:r>
        <w:t xml:space="preserve">But anytime she gets ornery, she gets her little head rubbed. </w:t>
      </w:r>
      <w:r>
        <w:br/>
      </w:r>
    </w:p>
    <w:p w:rsidR="00B46CC2" w:rsidRDefault="00000000">
      <w:r>
        <w:t xml:space="preserve">Cats, Someone asked Are cats more afraid of blow dryer than accustomed dogs? It depends largely on the cat. Cats. </w:t>
      </w:r>
      <w:r>
        <w:br/>
      </w:r>
    </w:p>
    <w:p w:rsidR="00B46CC2" w:rsidRDefault="00000000">
      <w:r>
        <w:t xml:space="preserve">Can be very good with a dryer, but the only way to tell is to. What I do for an unknown cat after they've had a bath is I'll put the happy hoodie on and I will put the additional towel around their head over the happy hoodie. And then with one hand on their back I will turn dryer on low and see feel how their body reacts so I see it i feel it. If their whole body goes like this then I know oh this is not going to work out so well. And then I'll move to a stand dryer which is a quieter dryer and skip the high velocity dryer. </w:t>
      </w:r>
      <w:r>
        <w:br/>
      </w:r>
    </w:p>
    <w:p w:rsidR="00B46CC2" w:rsidRDefault="00000000">
      <w:r>
        <w:t xml:space="preserve">It will take longer but that's in my price point if it takes longer I charge more. </w:t>
      </w:r>
      <w:r>
        <w:br/>
      </w:r>
    </w:p>
    <w:p w:rsidR="00B46CC2" w:rsidRDefault="00000000">
      <w:r>
        <w:t xml:space="preserve">So I will use my off hand to gently push the skin towards the head to tighten loose skin. I do save pelts and this way I can show the customer that feel what we've got going on here. This is why we need to shorten up the time in between for daisy has now passed and. </w:t>
      </w:r>
      <w:r>
        <w:br/>
      </w:r>
    </w:p>
    <w:p w:rsidR="00B46CC2" w:rsidRDefault="00000000">
      <w:r>
        <w:t xml:space="preserve">They tried to shorten it up, but there was just a whole lot of bleeding and the humans couldn't bring her more often simply because she was so aggressive, which I understand all. </w:t>
      </w:r>
      <w:r>
        <w:br/>
      </w:r>
    </w:p>
    <w:p w:rsidR="00B46CC2" w:rsidRDefault="00000000">
      <w:r>
        <w:t xml:space="preserve">Right, so this is Daisy after the bath, and well into her finish, her bath was uneventful. She was actually really good for the bath. But I wanted to show you this because here she's not good. I already showed you the cats being good in the bathtub, and I didn't want to show you a whole class of cats being good because that's not a fair representation and I'm running out of time. So this is her being very cranky. You'll see i'm paying her for her compliance. </w:t>
      </w:r>
      <w:r>
        <w:br/>
      </w:r>
    </w:p>
    <w:p w:rsidR="00B46CC2" w:rsidRDefault="00000000">
      <w:r>
        <w:lastRenderedPageBreak/>
        <w:t xml:space="preserve">Is this groom perfect? No, it's not because she has had just about enough of me. So I am paying for her compliance to allow me to do this. Her armpits are very sore. She does not want that arm picked up. I'm paying for this. So now I'm going to try the happy hoodie tip. It does not go well. There is biting. There is more biting. She does not want the happy hoodie on. Fair enough. Now we go to a towel. This is why those are in within hands reach. I want to give this a shot, you know does this work no. </w:t>
      </w:r>
      <w:r>
        <w:br/>
      </w:r>
    </w:p>
    <w:p w:rsidR="00B46CC2" w:rsidRDefault="00000000">
      <w:r>
        <w:t xml:space="preserve">How about this? No. Sometimes happy hoodies work, sometimes they don't. So be flexible and allow for She amps up when you put the cone on her. So that's why there's no cone on the table. You put that cone on, she is going right off the scale we are done turkey timer is done. So here I'm just giving her a minute to relax. </w:t>
      </w:r>
      <w:r>
        <w:br/>
      </w:r>
    </w:p>
    <w:p w:rsidR="00B46CC2" w:rsidRDefault="00000000">
      <w:r>
        <w:t xml:space="preserve">I'm feeling her body to see when it relaxes i know her armpits are sore because there's huge mats in them and they are bright, bright, bright pink. So they're sore. Yep see, she's going after me. So, OK, I have to pay more in order to accomplish this one small thing. </w:t>
      </w:r>
      <w:r>
        <w:br/>
      </w:r>
    </w:p>
    <w:p w:rsidR="00B46CC2" w:rsidRDefault="00000000">
      <w:r>
        <w:t xml:space="preserve">So give her a minute. Relax, rub the head. You're OK. </w:t>
      </w:r>
      <w:r>
        <w:br/>
      </w:r>
    </w:p>
    <w:p w:rsidR="00B46CC2" w:rsidRDefault="00000000">
      <w:r>
        <w:t xml:space="preserve">So her breathing does appear quick but it again, it's a speed up video. </w:t>
      </w:r>
      <w:r>
        <w:br/>
      </w:r>
    </w:p>
    <w:p w:rsidR="00B46CC2" w:rsidRDefault="00000000">
      <w:r>
        <w:t xml:space="preserve">And I'm just giving her a minute to calm down, that's all. </w:t>
      </w:r>
      <w:r>
        <w:br/>
      </w:r>
    </w:p>
    <w:p w:rsidR="00B46CC2" w:rsidRDefault="00000000">
      <w:r>
        <w:t xml:space="preserve">And I don't force them to stay under the towel. If she doesn't want to be under the towel, that's fine. You don't have to be under the towel, but it's there if you want to put your head into it. So see, it's built like a little wall and I will put it again over her head, but I don't require her to stay there. </w:t>
      </w:r>
      <w:r>
        <w:br/>
      </w:r>
    </w:p>
    <w:p w:rsidR="00B46CC2" w:rsidRDefault="00000000">
      <w:r>
        <w:t xml:space="preserve">She has no signs of stress she's not panting or anything. She's just she grouchy. </w:t>
      </w:r>
      <w:r>
        <w:br/>
      </w:r>
    </w:p>
    <w:p w:rsidR="00B46CC2" w:rsidRDefault="00000000">
      <w:r>
        <w:t xml:space="preserve">And I am OK we need, I need to hold your paw. I have paid to let this occur and she's now letting me do it. So now I'm trimming her nails. </w:t>
      </w:r>
      <w:r>
        <w:br/>
      </w:r>
    </w:p>
    <w:p w:rsidR="00B46CC2" w:rsidRDefault="00000000">
      <w:r>
        <w:t xml:space="preserve">And I've paid enough so she will allow for this to occur. </w:t>
      </w:r>
      <w:r>
        <w:br/>
      </w:r>
    </w:p>
    <w:p w:rsidR="00B46CC2" w:rsidRDefault="00000000">
      <w:r>
        <w:t xml:space="preserve">Yeah, should let me know. </w:t>
      </w:r>
      <w:r>
        <w:br/>
      </w:r>
    </w:p>
    <w:p w:rsidR="00B46CC2" w:rsidRDefault="00000000">
      <w:r>
        <w:lastRenderedPageBreak/>
        <w:t xml:space="preserve">Don't want it done. </w:t>
      </w:r>
      <w:r>
        <w:br/>
      </w:r>
    </w:p>
    <w:p w:rsidR="00B46CC2" w:rsidRDefault="00000000">
      <w:r>
        <w:t xml:space="preserve">So payment. Got to pay to get it done. </w:t>
      </w:r>
      <w:r>
        <w:br/>
      </w:r>
    </w:p>
    <w:p w:rsidR="00B46CC2" w:rsidRDefault="00000000">
      <w:r>
        <w:t xml:space="preserve">And with grouchy cats, I always try to keep their body parts in line with their body as much as possible. </w:t>
      </w:r>
      <w:r>
        <w:br/>
      </w:r>
    </w:p>
    <w:p w:rsidR="00B46CC2" w:rsidRDefault="00000000">
      <w:r>
        <w:t xml:space="preserve">It just makes things easier. </w:t>
      </w:r>
      <w:r>
        <w:br/>
      </w:r>
    </w:p>
    <w:p w:rsidR="00B46CC2" w:rsidRDefault="00000000">
      <w:r>
        <w:t xml:space="preserve">All. </w:t>
      </w:r>
      <w:r>
        <w:br/>
      </w:r>
    </w:p>
    <w:p w:rsidR="00B46CC2" w:rsidRDefault="00000000">
      <w:r>
        <w:t xml:space="preserve">Right, She's done. She's not perfect, but she's done. She's safe. She has not been injured. I have not been injured. So I call that a win all the way around. Daisy has had enough of me and I can't pay her any more for her compliance. </w:t>
      </w:r>
      <w:r>
        <w:br/>
      </w:r>
    </w:p>
    <w:p w:rsidR="00B46CC2" w:rsidRDefault="00000000">
      <w:r>
        <w:t xml:space="preserve">So, </w:t>
      </w:r>
      <w:r>
        <w:br/>
      </w:r>
    </w:p>
    <w:p w:rsidR="00B46CC2" w:rsidRDefault="00000000">
      <w:r>
        <w:t xml:space="preserve">But the owners are satisfied and it's a successful, safe group. </w:t>
      </w:r>
      <w:r>
        <w:br/>
      </w:r>
    </w:p>
    <w:p w:rsidR="00B46CC2" w:rsidRDefault="00000000">
      <w:r>
        <w:t xml:space="preserve">So a lot of groomers struggle with the. </w:t>
      </w:r>
      <w:r>
        <w:br/>
      </w:r>
    </w:p>
    <w:p w:rsidR="00B46CC2" w:rsidRDefault="00000000">
      <w:r>
        <w:t xml:space="preserve">Underside and that seems to be the biggest thing. And. </w:t>
      </w:r>
      <w:r>
        <w:br/>
      </w:r>
    </w:p>
    <w:p w:rsidR="00B46CC2" w:rsidRDefault="00000000">
      <w:r>
        <w:t xml:space="preserve">So generally what I do is I lay them on their side, I have them hold on to the edge of the table and I lift the back foot and I just allow their body to roll. I don't force it, I don't flip them. I will turn their bodies like this using both of my hands, or I will simply lift one leg and let their own body roll. And again, I pay them for their compliance. </w:t>
      </w:r>
      <w:r>
        <w:br/>
      </w:r>
    </w:p>
    <w:p w:rsidR="00B46CC2" w:rsidRDefault="00000000">
      <w:r>
        <w:t xml:space="preserve">So again, the position depends entirely on them. What are they comfortable with? I'm not going to force a cat into a position that they are uncomfortable with. And I want them to be happy i want them to be comfortable. </w:t>
      </w:r>
      <w:r>
        <w:br/>
      </w:r>
    </w:p>
    <w:p w:rsidR="00B46CC2" w:rsidRDefault="00000000">
      <w:r>
        <w:t xml:space="preserve">So if we have to stand up, then we stand them up. If they want to lay down, then we lay down. I don't require them to do anything. And this is Max again this is the one that needs gabapentin before a vet will even take him out of the Creek. He's got to have it the night </w:t>
      </w:r>
      <w:r>
        <w:lastRenderedPageBreak/>
        <w:t xml:space="preserve">before and day off and whatever we have to do, that's fine. I work with him, see, I'll scoot him up onto the edge, give him pets to relax him, pay, and always roll the skin when you're shaving a cat, make sure it's nice and taut. </w:t>
      </w:r>
      <w:r>
        <w:br/>
      </w:r>
    </w:p>
    <w:p w:rsidR="00B46CC2" w:rsidRDefault="00000000">
      <w:r>
        <w:t xml:space="preserve">And as you can see, he's not fussing. He's got the one hand up here gripping onto the table. Gives him a sense of control and I can get him done safely for me and safely for him, and that's all I want. I just want a safe cat, a happy cat, as best as I can do it, and I'm willing to pay them for their compliance. See, he's holding on to that table. </w:t>
      </w:r>
      <w:r>
        <w:br/>
      </w:r>
    </w:p>
    <w:p w:rsidR="00B46CC2" w:rsidRDefault="00000000">
      <w:r>
        <w:t xml:space="preserve">It makes him happy. </w:t>
      </w:r>
      <w:r>
        <w:br/>
      </w:r>
    </w:p>
    <w:p w:rsidR="00B46CC2" w:rsidRDefault="00000000">
      <w:r>
        <w:t xml:space="preserve">And I don't force their leg if they let it go then I'll change my the position of my hand. </w:t>
      </w:r>
      <w:r>
        <w:br/>
      </w:r>
    </w:p>
    <w:p w:rsidR="00B46CC2" w:rsidRDefault="00000000">
      <w:r>
        <w:t xml:space="preserve">Because I don't know if they have arthritis or something else going on in there that may be causing them pain i don't have an X-ray machine. </w:t>
      </w:r>
      <w:r>
        <w:br/>
      </w:r>
    </w:p>
    <w:p w:rsidR="00B46CC2" w:rsidRDefault="00000000">
      <w:r>
        <w:t xml:space="preserve">You know, previous injury we all have those sorts of things that's like, Oh well, you know, this body part doesn't do that for whatever reason it used to, but doesn't do that anymore. </w:t>
      </w:r>
      <w:r>
        <w:br/>
      </w:r>
    </w:p>
    <w:p w:rsidR="00B46CC2" w:rsidRDefault="00000000">
      <w:r>
        <w:t xml:space="preserve">So this is Daisy the one, the grouchy one, and this is the pelt removal from her underside. So just have to let her get adjusted to the position, </w:t>
      </w:r>
      <w:r>
        <w:br/>
      </w:r>
    </w:p>
    <w:p w:rsidR="00B46CC2" w:rsidRDefault="00000000">
      <w:r>
        <w:t xml:space="preserve">Get those huge chunkies out of her armpits. And it feels good to get rid of those chunkies in the armpits. That feels nice she doesn't want that in there. I can't imagine how much that would hurt to have huge chunks of matting in your armpits. She's like, yes, that feels good that feels nice she's willing to work with me to get that done. So. </w:t>
      </w:r>
      <w:r>
        <w:br/>
      </w:r>
    </w:p>
    <w:p w:rsidR="00B46CC2" w:rsidRDefault="00000000">
      <w:r>
        <w:t xml:space="preserve">Payments again for services i'm. </w:t>
      </w:r>
      <w:r>
        <w:br/>
      </w:r>
    </w:p>
    <w:p w:rsidR="00B46CC2" w:rsidRDefault="00000000">
      <w:r>
        <w:t xml:space="preserve">Just giving her a minute. Palm down, nose rubbies nose rubbies. </w:t>
      </w:r>
      <w:r>
        <w:br/>
      </w:r>
    </w:p>
    <w:p w:rsidR="00B46CC2" w:rsidRDefault="00000000">
      <w:r>
        <w:t xml:space="preserve">No, she's like, no. So if you scoot them to the edge, you can get them to give you that back leg because now they're holding on to that side and they're like, oh, OK, well, as long as I have this, you can have that. And that's OK, because I have some sense of control i have the side of the table nose rubies are exceptionally important. </w:t>
      </w:r>
      <w:r>
        <w:br/>
      </w:r>
    </w:p>
    <w:p w:rsidR="00B46CC2" w:rsidRDefault="00000000">
      <w:r>
        <w:lastRenderedPageBreak/>
        <w:t xml:space="preserve">And it seems like such a simple, weird kind of thing. But you got to pay them for their work. We get paid for ours they expect to be paid for theirs. Dogs will work for free. Cats will not. They want top shelf payment, benefits, many weeks vacation, all the things. They want all the things company, car, the whole deal. Yeah, they want, they want to be paid for their work and they want to be paid well. So. </w:t>
      </w:r>
      <w:r>
        <w:br/>
      </w:r>
    </w:p>
    <w:p w:rsidR="00B46CC2" w:rsidRDefault="00000000">
      <w:r>
        <w:t xml:space="preserve">When she starts to kick, I give her a minute and then I allow her to relax her leg and I'm not pulling that leg up and I'm just holding it there. And when she pulls it back i give in, I pay. </w:t>
      </w:r>
      <w:r>
        <w:br/>
      </w:r>
    </w:p>
    <w:p w:rsidR="00B46CC2" w:rsidRDefault="00000000">
      <w:r>
        <w:t xml:space="preserve">Cat grooming is a transaction. It's. </w:t>
      </w:r>
      <w:r>
        <w:br/>
      </w:r>
    </w:p>
    <w:p w:rsidR="00B46CC2" w:rsidRDefault="00000000">
      <w:r>
        <w:t xml:space="preserve">Like shopping on Amazon. They will give you your item when you have filled in the credit card information. Cats will give you the body part you want when you have given the nose rubbie or body rub that is required. </w:t>
      </w:r>
      <w:r>
        <w:br/>
      </w:r>
    </w:p>
    <w:p w:rsidR="00B46CC2" w:rsidRDefault="00000000">
      <w:r>
        <w:t xml:space="preserve">So pro tip the zoom groom if you're doing a A10 shave. If you use the zoom groom you can ruffle up the fuzz and it will allow you to get a smoother shave. All right, I am. So that's Daisy after she got groomed. Was she thrilled? No, but we got it done. Not every pet is going to be great at grooming this is Zeus he is probably one of the most dangerous cats I groom. </w:t>
      </w:r>
      <w:r>
        <w:br/>
      </w:r>
    </w:p>
    <w:p w:rsidR="00B46CC2" w:rsidRDefault="00000000">
      <w:r>
        <w:t xml:space="preserve">I groom him in my assistant's lap because if I his body or his crate touches that table, he will lose his mind and somebody's going to end up bleeding. He had a very bad grooming experience at one time and a grooming table. Even when he goes to the vet, he cannot be put on the table they have to do his exam on the floor. It's just how he is. You cannot put him on a table, you will bleed. So Angie just had carpal tunnel surgery that's why her hand is all wrapped up in this picture. </w:t>
      </w:r>
      <w:r>
        <w:br/>
      </w:r>
    </w:p>
    <w:p w:rsidR="00B46CC2" w:rsidRDefault="00000000">
      <w:r>
        <w:t xml:space="preserve">But just keep in mind that sometimes you got to think outside the box. So this is Zeus's groom. But I am well past my time. So yes, you must always adapt to whatever it is that there and that there is the grouchy man himself. </w:t>
      </w:r>
      <w:r>
        <w:br/>
      </w:r>
    </w:p>
    <w:p w:rsidR="00B46CC2" w:rsidRDefault="00000000">
      <w:r>
        <w:t xml:space="preserve">But he's willing to work with me if I am willing to do what he wants, which is not Put him on the table So. And she sits on the table, and I groom him in her lap, or I will groom him myself. When she was out, she had back surgery, so I groomed him myself on the floor in my lap and he was fine with that. So just think outside the box and be willing to pay the cat for the groom. </w:t>
      </w:r>
      <w:r>
        <w:br/>
      </w:r>
    </w:p>
    <w:p w:rsidR="00B46CC2" w:rsidRDefault="00000000">
      <w:r>
        <w:lastRenderedPageBreak/>
        <w:t xml:space="preserve">All right, One question we did miss was someone wants to know what pump is in that tub. Oh, that's an oster power bather. </w:t>
      </w:r>
      <w:r>
        <w:br/>
      </w:r>
    </w:p>
    <w:p w:rsidR="00B46CC2" w:rsidRDefault="00000000">
      <w:r>
        <w:t xml:space="preserve">They don't make them anymore. The Hand V Bathing Beauty is a. </w:t>
      </w:r>
      <w:r>
        <w:br/>
      </w:r>
    </w:p>
    <w:p w:rsidR="00B46CC2" w:rsidRDefault="00000000">
      <w:r>
        <w:t xml:space="preserve">Like machine. </w:t>
      </w:r>
      <w:r>
        <w:br/>
      </w:r>
    </w:p>
    <w:p w:rsidR="00B46CC2" w:rsidRDefault="00000000">
      <w:r>
        <w:t xml:space="preserve">Ok, we have don't have any more questions. </w:t>
      </w:r>
      <w:r>
        <w:br/>
      </w:r>
    </w:p>
    <w:p w:rsidR="00B46CC2" w:rsidRDefault="00000000">
      <w:r>
        <w:t xml:space="preserve">Yeah, the bathing units are really good i will either use the recirculator or I'll froth for a cat, depending upon what I'm doing. </w:t>
      </w:r>
      <w:r>
        <w:br/>
      </w:r>
    </w:p>
    <w:p w:rsidR="00B46CC2" w:rsidRDefault="00000000">
      <w:r>
        <w:t xml:space="preserve">All right, so we will be back in 15 minutes with Ashley Hanby. So let's stop the recording. </w:t>
      </w:r>
      <w:r>
        <w:br/>
      </w:r>
    </w:p>
    <w:sectPr w:rsidR="00B46CC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65F4" w:rsidRDefault="005065F4">
      <w:pPr>
        <w:spacing w:after="0" w:line="240" w:lineRule="auto"/>
      </w:pPr>
      <w:r>
        <w:separator/>
      </w:r>
    </w:p>
  </w:endnote>
  <w:endnote w:type="continuationSeparator" w:id="0">
    <w:p w:rsidR="005065F4" w:rsidRDefault="00506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CC2" w:rsidRDefault="00000000">
    <w:pPr>
      <w:pStyle w:val="Footer"/>
      <w:jc w:val="center"/>
    </w:pPr>
    <w:r>
      <w:t xml:space="preserve">Page </w:t>
    </w:r>
    <w:r>
      <w:fldChar w:fldCharType="begin"/>
    </w:r>
    <w:r>
      <w:instrText>PAGE</w:instrText>
    </w:r>
    <w:r w:rsidR="00C825F1">
      <w:fldChar w:fldCharType="separate"/>
    </w:r>
    <w:r w:rsidR="00C825F1">
      <w:rPr>
        <w:noProof/>
      </w:rPr>
      <w:t>1</w:t>
    </w:r>
    <w:r>
      <w:fldChar w:fldCharType="end"/>
    </w:r>
    <w:r>
      <w:t>/</w:t>
    </w:r>
    <w:r>
      <w:fldChar w:fldCharType="begin"/>
    </w:r>
    <w:r>
      <w:instrText>NUMPAGES</w:instrText>
    </w:r>
    <w:r w:rsidR="00C825F1">
      <w:fldChar w:fldCharType="separate"/>
    </w:r>
    <w:r w:rsidR="00C825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65F4" w:rsidRDefault="005065F4">
      <w:pPr>
        <w:spacing w:after="0" w:line="240" w:lineRule="auto"/>
      </w:pPr>
      <w:r>
        <w:separator/>
      </w:r>
    </w:p>
  </w:footnote>
  <w:footnote w:type="continuationSeparator" w:id="0">
    <w:p w:rsidR="005065F4" w:rsidRDefault="005065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0331570">
    <w:abstractNumId w:val="8"/>
  </w:num>
  <w:num w:numId="2" w16cid:durableId="343367184">
    <w:abstractNumId w:val="6"/>
  </w:num>
  <w:num w:numId="3" w16cid:durableId="286006932">
    <w:abstractNumId w:val="5"/>
  </w:num>
  <w:num w:numId="4" w16cid:durableId="880827886">
    <w:abstractNumId w:val="4"/>
  </w:num>
  <w:num w:numId="5" w16cid:durableId="2041932621">
    <w:abstractNumId w:val="7"/>
  </w:num>
  <w:num w:numId="6" w16cid:durableId="656106111">
    <w:abstractNumId w:val="3"/>
  </w:num>
  <w:num w:numId="7" w16cid:durableId="976833421">
    <w:abstractNumId w:val="2"/>
  </w:num>
  <w:num w:numId="8" w16cid:durableId="1123184343">
    <w:abstractNumId w:val="1"/>
  </w:num>
  <w:num w:numId="9" w16cid:durableId="78723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065F4"/>
    <w:rsid w:val="00AA1D8D"/>
    <w:rsid w:val="00B46CC2"/>
    <w:rsid w:val="00B47730"/>
    <w:rsid w:val="00C825F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A28F0C3-AB49-7244-9040-E5BAEEEE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6969</Words>
  <Characters>39728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2023-11-26T19:24:00Z</dcterms:created>
  <dcterms:modified xsi:type="dcterms:W3CDTF">2023-11-26T19:24:00Z</dcterms:modified>
  <cp:category/>
</cp:coreProperties>
</file>