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80C4F" w:rsidRDefault="00000000">
      <w:pPr>
        <w:pStyle w:val="Title"/>
      </w:pPr>
      <w:r>
        <w:t>Grooming The Geriatric Pet</w:t>
      </w:r>
    </w:p>
    <w:p w:rsidR="00780C4F" w:rsidRDefault="00780C4F"/>
    <w:p w:rsidR="00780C4F" w:rsidRDefault="00000000">
      <w:r>
        <w:rPr>
          <w:b/>
        </w:rPr>
        <w:t>Date</w:t>
      </w:r>
      <w:r>
        <w:t xml:space="preserve">    2023-11-27</w:t>
      </w:r>
    </w:p>
    <w:p w:rsidR="00780C4F" w:rsidRDefault="00780C4F"/>
    <w:p w:rsidR="00780C4F" w:rsidRDefault="00000000">
      <w:r>
        <w:t xml:space="preserve">So welcome to the last session of day One for the Behavior and Handling Summit, and it's going to be Comforting the Old soul with Chris, Anthony, and Chris take it away. Hello everyone, and welcome to Comforting the Old Soul Grooming Tips and tricks for Geriatric and Obese dogs. Come on, click. Nope there that it is not me. However, I am filling in for Mindy Dinwiddie today i'm pinch hitting This is her material, so I'm crediting her with this and leaving her contact information up just in case there are any questions that I can't answer. I think she would be completely fine with you reaching out to her for answers. </w:t>
      </w:r>
      <w:r>
        <w:br/>
      </w:r>
    </w:p>
    <w:p w:rsidR="00780C4F" w:rsidRDefault="00000000">
      <w:r>
        <w:t xml:space="preserve">Hit something. All right, let's get the legal stuff out of the way the information presented in this program is designed for educational purposes only it is solely advisory it is the Don't sue Me slide and while I introduced Mindy, who was not here, let me take a moment to introduce myself in case you we haven't met before, my name is Chris Bear Anthony and I've been a groomer for over 20 years by now I lose track when you get to a certain age you lose track. </w:t>
      </w:r>
      <w:r>
        <w:br/>
      </w:r>
    </w:p>
    <w:p w:rsidR="00780C4F" w:rsidRDefault="00000000">
      <w:r>
        <w:t xml:space="preserve">And today we're going to be just going over an introduction to grooming, geriatric and obese dogs. And over my career I have seen a lot of dogs go from puppies to little old men. And we learn sometimes along the way and I wish there was a class like this 1520 years ago for me to take. So some of our goals for today we're going to learn about what and how to communicate with pet parents, creating clear expectations for the appointments, know what to expect during the bath and blow dry, have some grooming tips and tricks and things to watch out for and know what to do in case of emergencies. </w:t>
      </w:r>
      <w:r>
        <w:br/>
      </w:r>
    </w:p>
    <w:p w:rsidR="00780C4F" w:rsidRDefault="00000000">
      <w:r>
        <w:t xml:space="preserve">So here are some percentages that things that pet parents are concerned about and the issues relating to their aging pet weight is a big thing a lot of them are concerned about weight and as pets age we're going to talk about this a few other times in the program. But as pets age, especially our larger breeds, the more weight they carry around, the more stress that is going to put on their aging bones and joints. So arthritis is going to be a big thing, is going to be a even bigger thing if they are carrying around some extra weight. </w:t>
      </w:r>
      <w:r>
        <w:br/>
      </w:r>
    </w:p>
    <w:p w:rsidR="00780C4F" w:rsidRDefault="00000000">
      <w:r>
        <w:t xml:space="preserve">I know it's hard i and I feel like at times I have no place to talk. But I also know when I have joint problems, you know, sometimes losing that word helps and it makes me angry. But </w:t>
      </w:r>
      <w:r>
        <w:lastRenderedPageBreak/>
        <w:t xml:space="preserve">same goes for our for our pets. So dental disease, proper dental care remains important as your dog ages and plaque and tartar buildup, particularly particularly if you haven't been as proactive as you could be with at home care and professional cleanings at the vet. </w:t>
      </w:r>
      <w:r>
        <w:br/>
      </w:r>
    </w:p>
    <w:p w:rsidR="00780C4F" w:rsidRDefault="00000000">
      <w:r>
        <w:t xml:space="preserve">Periodontal disease can be very painful and cause additional health issues, so continue to brush your senior dog's teeth with the proper toothbrush and toothpaste, and be sure to take them in for regular vet visits that include dental cleanings as needed. Listen to your vet when they say they need dentals. Your veterinarian might also suggest incorporating dental treats or water additives into their daily routine. You know, have a little bit of a soapbox when it comes to pets and dental care. </w:t>
      </w:r>
      <w:r>
        <w:br/>
      </w:r>
    </w:p>
    <w:p w:rsidR="00780C4F" w:rsidRDefault="00000000">
      <w:r>
        <w:t xml:space="preserve">And while this is a senior class, this is a conversation we need to start having with our pet parents the first time we see them, whether or not this is with their puppy, their middle-aged dog, their one year old dog, or their senior dog. And I'm sure most of you know about the correlation between bad teeth and heart disease, but most pet parents don't. </w:t>
      </w:r>
      <w:r>
        <w:br/>
      </w:r>
    </w:p>
    <w:p w:rsidR="00780C4F" w:rsidRDefault="00000000">
      <w:r>
        <w:t xml:space="preserve">They don't have that connection between if there is a ton of bacteria in your pet's mouth that's just sitting there negatively impacting the teeth, the gums, the jaw, that bacteria can travel to other parts of the body and affect other things. </w:t>
      </w:r>
      <w:r>
        <w:br/>
      </w:r>
    </w:p>
    <w:p w:rsidR="00780C4F" w:rsidRDefault="00000000">
      <w:r>
        <w:t xml:space="preserve">I don't have a percentage for the amount of heart disease that is connected to bad dentals and dogs and bad teeth, but now I need to get one because I'm going to guess it's a decent percentage. These are conversations we absolutely need to have with clients because and puppy clients because often by the time seniors come to us with teeth so bad that we are worried about them falling out during the groom and at this point there's nothing for us to do about it. </w:t>
      </w:r>
      <w:r>
        <w:br/>
      </w:r>
    </w:p>
    <w:p w:rsidR="00780C4F" w:rsidRDefault="00000000">
      <w:r>
        <w:t xml:space="preserve">No amount of brushing is going to fix that. This is a referral to a vet for a dental and extractions, and this bit actually fits in super beautifully with Ashley Hanvey's class earlier don't hold the beard, because if their teeth hurt, putting any kind of pressure on the jaw can cause extreme pain. It can also make them cranky. I know if I have a toothache, even if it's a little one, even if it's that low level just like annoying after 7 or 8 hours of that I may not be the most pleasant person to be around. </w:t>
      </w:r>
      <w:r>
        <w:br/>
      </w:r>
    </w:p>
    <w:p w:rsidR="00780C4F" w:rsidRDefault="00000000">
      <w:r>
        <w:t xml:space="preserve">So if they're in constant, explain from that is going to affect their attitude, their behavior during grooms. </w:t>
      </w:r>
      <w:r>
        <w:br/>
      </w:r>
    </w:p>
    <w:p w:rsidR="00780C4F" w:rsidRDefault="00000000">
      <w:r>
        <w:t xml:space="preserve">Now I've actually also heard stories of pets jaws breaking during regular handling, and this was unfortunately a beard hold. But when I say I've heard stories about this, I don't just </w:t>
      </w:r>
      <w:r>
        <w:lastRenderedPageBreak/>
        <w:t xml:space="preserve">mean, oh, I heard this on there was this on this Facebook group and, you know, a friend of a friend. But I had heard of something like that where the groomer got accused of beating the dog when in when in fact, what just happened was the tooth decay spread to the jaw and the jaw was so frail and fragile it just snapped. </w:t>
      </w:r>
      <w:r>
        <w:br/>
      </w:r>
    </w:p>
    <w:p w:rsidR="00780C4F" w:rsidRDefault="00000000">
      <w:r>
        <w:t xml:space="preserve">And I was telling that to a groomer friend of mine and she's like, that happened to my client. That just happened. That is a tough sale due to the cost. Any suggestions was one of the comments. </w:t>
      </w:r>
      <w:r>
        <w:br/>
      </w:r>
    </w:p>
    <w:p w:rsidR="00780C4F" w:rsidRDefault="00000000">
      <w:r>
        <w:t xml:space="preserve">My general suggestion for that is if you can is. </w:t>
      </w:r>
      <w:r>
        <w:br/>
      </w:r>
    </w:p>
    <w:p w:rsidR="00780C4F" w:rsidRDefault="00000000">
      <w:r>
        <w:t xml:space="preserve">Start early with brushing and talk to your vet and I'm talking about daily brushing and it's not something that, hey, Chris, can I just answer Christina's question? Yes. All right this is how I. And that's probably where I was going with this. Ok. So I to i first of all ask them, have they ever had a toothache? And of course the answer is yes. All right. And then I'll ask them, would they take an electric toothbrush and brush their teeth with that toothache well, I haven't even gotten there yet, Mary. Oh, OK. I haven't even gotten there yet. You can tell we are too used to each other on the podcast like I'm not just, not even yeah yeah. </w:t>
      </w:r>
      <w:r>
        <w:br/>
      </w:r>
    </w:p>
    <w:p w:rsidR="00780C4F" w:rsidRDefault="00000000">
      <w:r>
        <w:t xml:space="preserve">Ok. But so but anyway you sometimes you have to phrase it in a manner that makes sense to the owner they don't understand that the tooth actually really hurts. So two different unless there was a unless there was a question I missed two to me two different questions because one, when the mouth hurts that bad you're going to have handling issues because yes, it hurts and that's exactly the example I was going to use if you have a really bad toothache, you're not going to take an electric toothbrush and start scrubbing at it in general. </w:t>
      </w:r>
      <w:r>
        <w:br/>
      </w:r>
    </w:p>
    <w:p w:rsidR="00780C4F" w:rsidRDefault="00000000">
      <w:r>
        <w:t xml:space="preserve">So even a gentle brushing is going to hurt and not be effective and often handling or trying to groom around the face is going to be uncomfortable. </w:t>
      </w:r>
      <w:r>
        <w:br/>
      </w:r>
    </w:p>
    <w:p w:rsidR="00780C4F" w:rsidRDefault="00000000">
      <w:r>
        <w:t xml:space="preserve">So in terms of cost of teeth cleaning, my suggestion on that is preventative maintenance. </w:t>
      </w:r>
      <w:r>
        <w:br/>
      </w:r>
    </w:p>
    <w:p w:rsidR="00780C4F" w:rsidRDefault="00000000">
      <w:r>
        <w:t xml:space="preserve">And at a certain point when they get bad enough, you just have to do the extractions, have it do it once to twice instead of going in for a yearly tooth cleaning if they can't afford it because yes, going in for a yearly professional tooth cleaning is ideal, but you know you got to do what you got to do and you have to work within your client's budget because if it's legit a question of paying rent or paying for their dog's dental, they're probably going to choose rent. </w:t>
      </w:r>
      <w:r>
        <w:br/>
      </w:r>
    </w:p>
    <w:p w:rsidR="00780C4F" w:rsidRDefault="00000000">
      <w:r>
        <w:lastRenderedPageBreak/>
        <w:t xml:space="preserve">And the story I was telling of the jaw breaking because the tooth decay has spread to the jaw and made it extremely frail and fragile, that is a an extreme case. Less extreme case, not just for seniors but for middle-aged dogs as well, is just their breath. How many of you have clients that complain that their dog's breath could absolutely stop a truck? Probably more than one. I had that conversation with one of my clients and she was someone who could afford dental for the dogs, and she was a very concerned and caring pet parents i don't want to make out that she wasn't, but it just wasn't on her radar because it's not something that pet parents are generally educated on or about. </w:t>
      </w:r>
      <w:r>
        <w:br/>
      </w:r>
    </w:p>
    <w:p w:rsidR="00780C4F" w:rsidRDefault="00000000">
      <w:r>
        <w:t xml:space="preserve">And. </w:t>
      </w:r>
      <w:r>
        <w:br/>
      </w:r>
    </w:p>
    <w:p w:rsidR="00780C4F" w:rsidRDefault="00000000">
      <w:r>
        <w:t xml:space="preserve">I will get to that in a moment. So I talked to her about it because she complained to me and I said, well look, when does she ask for toothbrushing? And i said one of his, I'm not going to brush his teeth because one of his teeth is like, wobbly. It's going to hurt. I can't do this. She got the pet back from the vet and felt so bad. </w:t>
      </w:r>
      <w:r>
        <w:br/>
      </w:r>
    </w:p>
    <w:p w:rsidR="00780C4F" w:rsidRDefault="00000000">
      <w:r>
        <w:t xml:space="preserve">She said first of all, his breath improved immediately because tooth decay is decay, rotting, things smell bad. So she was smelling something rotten coming out of his mouth and it was literally his teeth. </w:t>
      </w:r>
      <w:r>
        <w:br/>
      </w:r>
    </w:p>
    <w:p w:rsidR="00780C4F" w:rsidRDefault="00000000">
      <w:r>
        <w:t xml:space="preserve">So she felt horrible and now she knows and the dog is doing better his breath is better he's never was an unhappy boy, but he's even perkier now. But the question was, how can you get a client to get their dog's teeth cleaned when it's so expensive? She's looking for tips. That's a really difficult question to give tips on because every pet parent's financial situation is different and you may have to say instead of getting them cleaned every year, you may have to recommend something like get them cleaned once because I see an issue and they might need an extraction and then go on a preventative then brush their teeth every day, because brushing their teeth every day after they've had the extraction and are cleared by the vet that brushing is safe and is not going to hurt them, that is free. </w:t>
      </w:r>
      <w:r>
        <w:br/>
      </w:r>
    </w:p>
    <w:p w:rsidR="00780C4F" w:rsidRDefault="00000000">
      <w:r>
        <w:t xml:space="preserve">It's still the question of getting them to spend money they may not want to spend or have to spend is the serious serious question on that. And there is no one answer because it depends on their situation. What I might suggest is talking to them about care credit, because you can use care credit at the vet, which is it's sort of a credit card it's specifically a line of credit for medical things you can use it at the people dentist and you can use it at the vet. And the way I try to sell it to them, if the dog really needs a dental is talking about the correlation between. </w:t>
      </w:r>
      <w:r>
        <w:br/>
      </w:r>
    </w:p>
    <w:p w:rsidR="00780C4F" w:rsidRDefault="00000000">
      <w:r>
        <w:lastRenderedPageBreak/>
        <w:t xml:space="preserve">Talking about the correlation between tooth decay. My dog just hit my chair and adjusted it for me, the correlation between tooth decay and heart disease. And by doing this, they may stave off more expensive vet visits in the future and they may really add to the. </w:t>
      </w:r>
      <w:r>
        <w:br/>
      </w:r>
    </w:p>
    <w:p w:rsidR="00780C4F" w:rsidRDefault="00000000">
      <w:r>
        <w:t xml:space="preserve">Age of their pet. They may add to the lifespan of their pet, is the word I was looking for. And that's something that I agree is a little bit of a tough sale, but you have to know your clients and you have to know how you can talk to them about it. Like I said, it may be a spend the money now and save twice that later. Because I had just recently had to have a vet, I had to have a vet, had to have a cat go to the emergency vet because he was having heart issues and oh boy, was that not cheap. </w:t>
      </w:r>
      <w:r>
        <w:br/>
      </w:r>
    </w:p>
    <w:p w:rsidR="00780C4F" w:rsidRDefault="00000000">
      <w:r>
        <w:t xml:space="preserve">Not at all. </w:t>
      </w:r>
      <w:r>
        <w:br/>
      </w:r>
    </w:p>
    <w:p w:rsidR="00780C4F" w:rsidRDefault="00000000">
      <w:r>
        <w:t xml:space="preserve">So there are also digestive concerns as pets age by the way, soapbox off for now. Mary did I did I go into and cover the to my satisfaction yes, you did. One day she's going to trust me fully and i'm going to fake. </w:t>
      </w:r>
      <w:r>
        <w:br/>
      </w:r>
    </w:p>
    <w:p w:rsidR="00780C4F" w:rsidRDefault="00000000">
      <w:r>
        <w:t xml:space="preserve">But yes, that is also a handling issue and one of the things we're going to talk about a little bit is different handling issues for as a pet agent as. </w:t>
      </w:r>
      <w:r>
        <w:br/>
      </w:r>
    </w:p>
    <w:p w:rsidR="00780C4F" w:rsidRDefault="00000000">
      <w:r>
        <w:t xml:space="preserve">Different things hurt on them. All right, I will speak up, turn up my volume. </w:t>
      </w:r>
      <w:r>
        <w:br/>
      </w:r>
    </w:p>
    <w:p w:rsidR="00780C4F" w:rsidRDefault="00000000">
      <w:r>
        <w:t xml:space="preserve">Ashley am I loud enough or just not as loud as Mary, </w:t>
      </w:r>
      <w:r>
        <w:br/>
      </w:r>
    </w:p>
    <w:p w:rsidR="00780C4F" w:rsidRDefault="00000000">
      <w:r>
        <w:t xml:space="preserve">But all right soapbox off urinary and digestive concerns. So as pets age, their internal systems may start to experience some upset just like people. </w:t>
      </w:r>
      <w:r>
        <w:br/>
      </w:r>
    </w:p>
    <w:p w:rsidR="00780C4F" w:rsidRDefault="00000000">
      <w:r>
        <w:t xml:space="preserve">As I was going through this material, I saw so many correlations between as people age and as pets age, and there are a lot of the same concerns, we're just not used to translating them over to our pets. But as they age they may require a specialized food formula that focuses on digestive concerns or urinary function. Additionally, urinary incontinence may require the use of diapers or potty pads, so regular trips to your vet will also determine if these issues could be helped with a prescription to address your pet's exact diagnosis. </w:t>
      </w:r>
      <w:r>
        <w:br/>
      </w:r>
    </w:p>
    <w:p w:rsidR="00780C4F" w:rsidRDefault="00000000">
      <w:r>
        <w:t xml:space="preserve">There could be a particular reason why they just started leaking. They could have a UTI and need antibiotics, so instead of going up, they're old and leaking, let me just smack on a diaper. There could be an issue that could that you could help with. That being said, I have </w:t>
      </w:r>
      <w:r>
        <w:lastRenderedPageBreak/>
        <w:t xml:space="preserve">had senior dogs, male dogs, thankfully, that were incontinent and just kind of leaked. Like the potty pads in the house wouldn't have helped because it's not that they couldn't hold it as long, it's that they couldn't hold it. Didn't realize that they were peeing. </w:t>
      </w:r>
      <w:r>
        <w:br/>
      </w:r>
    </w:p>
    <w:p w:rsidR="00780C4F" w:rsidRDefault="00000000">
      <w:r>
        <w:t xml:space="preserve">I actually 'cause I had Pomeranians at the time actually perfected the diaper haircut, which I need to get a picture of the next time i do want a dog. Where for a male dog, if you take just a human diaper of the appropriate size because it can be cheaper than belly bands if you just go to, you know, the market and get them in bulk and you just wrap it around and make sure their little winky is tucked in there. But I shave the sides a little bit and I shave more around it so that the hair won't get stinky because it's going to be in a diaper with P So it's kind of like I'm going up on the sides and when they don't have the diaper on, it looks ridiculous. </w:t>
      </w:r>
      <w:r>
        <w:br/>
      </w:r>
    </w:p>
    <w:p w:rsidR="00780C4F" w:rsidRDefault="00000000">
      <w:r>
        <w:t xml:space="preserve">But when they have the diaper on, which is 98 % of the time they're in the house, usually that is completely covered and you don't see it. And it doesn't just stop them from getting super stinky it stops them from getting like a diaper rash. Because just like human babies, if they're left in a wet diaper, it's going to irritate the skin a little bit. And in case anyone was wondering, no, they don't even notice my little old men that had diapers on in the house. They didn't even care that it was on they'd be walking around and I'd see them toppling along and all of a sudden they 'd stop and go. </w:t>
      </w:r>
      <w:r>
        <w:br/>
      </w:r>
    </w:p>
    <w:p w:rsidR="00780C4F" w:rsidRDefault="00000000">
      <w:r>
        <w:t xml:space="preserve">Stand that certain way and I'm like, look, time to time to change their diaper, 'cause they just went and then started walking. And yes, it was it was Pomeranians I had to that wore the belly band and were pretty incontinent. </w:t>
      </w:r>
      <w:r>
        <w:br/>
      </w:r>
    </w:p>
    <w:p w:rsidR="00780C4F" w:rsidRDefault="00000000">
      <w:r>
        <w:t xml:space="preserve">So arthritis is fairly common in dogs, just like people. This inflammation of the joints can result in a lot of different side effects that are on this list. </w:t>
      </w:r>
      <w:r>
        <w:br/>
      </w:r>
    </w:p>
    <w:p w:rsidR="00780C4F" w:rsidRDefault="00000000">
      <w:r>
        <w:t xml:space="preserve">So working with your OH, including decreased activity and weight gain because if it hurts to move, they're not going to move around as much, They're not going to get the exercise they need and they're going to put on or if they're used to having and they're going to put on weight. So working with your veterinarian will be essential to developing a treatment plan that will likely include diet modifications to incorporate chondroitin sulfite which is a supplement or Omega fatty acids, low impact exercise like walking and hydrotherapy and potentially some medical treatments. </w:t>
      </w:r>
      <w:r>
        <w:br/>
      </w:r>
    </w:p>
    <w:p w:rsidR="00780C4F" w:rsidRDefault="00000000">
      <w:r>
        <w:t xml:space="preserve">The latter might include non steroidal anti-inflammatory drugs, dietary supplements or even over the counter treatments. They're doing some amazing things now with veterinary care. I've had clients with older dogs, one client in particular with an older doodle, who </w:t>
      </w:r>
      <w:r>
        <w:lastRenderedPageBreak/>
        <w:t xml:space="preserve">went in for acupuncture and hydrotherapy, and it helped considerably. </w:t>
      </w:r>
      <w:r>
        <w:br/>
      </w:r>
    </w:p>
    <w:p w:rsidR="00780C4F" w:rsidRDefault="00000000">
      <w:r>
        <w:t xml:space="preserve">Can everyone afford acupuncture and hydrotherapy for their pet? No, But as responsible pet parents and pet owners, we should find a way to afford the vet visit to get the proper dosage for their painkillers. More on that later. So a daily multivitamin may also prevent issues as your pet ages, but if they're suffering from pain, get to the vet to get that prescription pain Med to be prescribed. So reducing high impact movements is something that we can definitely do in the grooming salon. We're gonna have a slide on this a little later. Older dogs tend to be less energetic than puppies and they might have trouble getting up and down from their favorite couches and beds or grooming tables used due to arthritis and overall joint pain. </w:t>
      </w:r>
      <w:r>
        <w:br/>
      </w:r>
    </w:p>
    <w:p w:rsidR="00780C4F" w:rsidRDefault="00000000">
      <w:r>
        <w:t xml:space="preserve">The dog may have for the past five six years run in, jumped on the grooming table or jumped in the tub and then jumped off and be bouncy and fine and they may start hesitating. And it's kind of in our nature to say, oh come on, you can do this you've done this a thousand times and like help them down and just kind of pull on the lead to have them jump down. But that may be the may not be the best thing to do, </w:t>
      </w:r>
      <w:r>
        <w:br/>
      </w:r>
    </w:p>
    <w:p w:rsidR="00780C4F" w:rsidRDefault="00000000">
      <w:r>
        <w:t xml:space="preserve">But I get ahead. So we need to help our dog continue to reach the places they love to lounge or you know on a visit to the groomer, help pick them up when you can and look into getting them a ramp for the tubs. It's useful for getting in and out of cars as well. Try to steer them clear of stairs or slippery floors and continue, or consider adding extra bugs for traction. I use a mat on the bottom of my tub, but if a dog has a thinner slicker paws, if they're older I might put a towel down as well just to get that extra grip because oof, the bottoms of tubs need something and they are super slippery hopefully we all have something down in the tub for them. </w:t>
      </w:r>
      <w:r>
        <w:br/>
      </w:r>
    </w:p>
    <w:p w:rsidR="00780C4F" w:rsidRDefault="00000000">
      <w:r>
        <w:t xml:space="preserve">So by helping the dogs move about more safely, we can help prevent injuries and wear and tear on their joints. So weight gain is often related to reduced energy levels, metabolism, and mobility. It's very common in older dogs. As movement becomes more difficult, possibly painful, the amount of exercise your pet partakes in could decrease. I am close to the end, hopefully, thank God of rehabbing from an ankle surgery and when I say the amount of exercise decreased because I hurt in places, that's putting it mildly. So the amount of exercise is going to decrease and that you combine it with, you know, as you get older you're like, oh have another cookie, oh you're such a good boy. </w:t>
      </w:r>
      <w:r>
        <w:br/>
      </w:r>
    </w:p>
    <w:p w:rsidR="00780C4F" w:rsidRDefault="00000000">
      <w:r>
        <w:t xml:space="preserve">It can result in some extra pounds and can make exercise even more challenging and become something of a vicious cycle. So to break this horrible cycle, help your pets stick to their recommended caloric intake with either a senior dog food or low impact age appropriate exercise. Really do your research on nutrition for this and figure out what they </w:t>
      </w:r>
      <w:r>
        <w:lastRenderedPageBreak/>
        <w:t xml:space="preserve">what they need. I'm sure I could lose weight too if I only ate what someone handed me and they were counting my calories and I got nothing in between. Unfortunately, I'm even better at counter and fridge surfing than the tallest dog, </w:t>
      </w:r>
      <w:r>
        <w:br/>
      </w:r>
    </w:p>
    <w:p w:rsidR="00780C4F" w:rsidRDefault="00000000">
      <w:r>
        <w:t xml:space="preserve">So additional medical issues that we should watch out for. Senior dogs can also be at an increased risk for health issues such as cancer, thyroid irregularity, hearing loss, heart disease, urinary tract disease, diabetes and kidney disease. So be on the lookout for any unusual or unexpected behaviors and stay on top of your dog's veterinary check UPS and for the clients who may not go as often as they should because there is a monetary concern. This is why we monitor and we're going to talk a bit more on that later. </w:t>
      </w:r>
      <w:r>
        <w:br/>
      </w:r>
    </w:p>
    <w:p w:rsidR="00780C4F" w:rsidRDefault="00000000">
      <w:r>
        <w:t xml:space="preserve">So when is a dog considered a senior? So exactly when this happens depends mostly on their breed, but vets usually consider a dog to be a senior somewhere between 7 and 10 years of age. Pardon me smaller breeds who do tend to live longer might not be considered seniors until they're 10, while large or giant breeds tend to have shorter life spans and are considered senior when there are 7. No matter what size your dog is, as they approach the age of seven, it is important to begin to think of the specific care they'll require as they age. </w:t>
      </w:r>
      <w:r>
        <w:br/>
      </w:r>
    </w:p>
    <w:p w:rsidR="00780C4F" w:rsidRDefault="00000000">
      <w:r>
        <w:t xml:space="preserve">This is why it's important for us to keep that client information card and keep in the forefront of our mind how old the pet is. Because when the dog, if we've been grooming the dog for 10 years on their tenth, birthday may not be the time to have that senior conversation. It may be around their sixth, birthday. </w:t>
      </w:r>
      <w:r>
        <w:br/>
      </w:r>
    </w:p>
    <w:p w:rsidR="00780C4F" w:rsidRDefault="00000000">
      <w:r>
        <w:t xml:space="preserve">It may be their fifth. Depends on the dog, the breed, the pet parent. </w:t>
      </w:r>
      <w:r>
        <w:br/>
      </w:r>
    </w:p>
    <w:p w:rsidR="00780C4F" w:rsidRDefault="00000000">
      <w:r>
        <w:t xml:space="preserve">So these are a lot of the things we need to watch out for. And we need to listen for if they're drinking more or less than usual, changes in skin and coat health, because that's something we're going to notice. Lethargy, sudden weight loss can be a sign, even more than sudden weight gain of a problem going on in people sometimes believe it or not, it can be a sign of diabetes you just start losing weight all of a sudden. </w:t>
      </w:r>
      <w:r>
        <w:br/>
      </w:r>
    </w:p>
    <w:p w:rsidR="00780C4F" w:rsidRDefault="00000000">
      <w:r>
        <w:t xml:space="preserve">It's kind of sad that something that I would be so happy to see just miraculously happening could be a sign of something bad going on in the body. </w:t>
      </w:r>
      <w:r>
        <w:br/>
      </w:r>
    </w:p>
    <w:p w:rsidR="00780C4F" w:rsidRDefault="00000000">
      <w:r>
        <w:t xml:space="preserve">But there's also a lethargy obviously things like vomiting and diarrhea, loss of appetite, </w:t>
      </w:r>
      <w:r>
        <w:br/>
      </w:r>
    </w:p>
    <w:p w:rsidR="00780C4F" w:rsidRDefault="00000000">
      <w:r>
        <w:t xml:space="preserve">Limping, getting difficulty getting up and down. We talked a little bit about arthritis we are going to talk a little bit more about arthritis, but sometimes one of the first signs that the pet </w:t>
      </w:r>
      <w:r>
        <w:lastRenderedPageBreak/>
        <w:t xml:space="preserve">parents see is the dogs getting up slower than he used to, </w:t>
      </w:r>
      <w:r>
        <w:br/>
      </w:r>
    </w:p>
    <w:p w:rsidR="00780C4F" w:rsidRDefault="00000000">
      <w:r>
        <w:t xml:space="preserve">Bad breath. This is one of those things where, OK, the client can't afford to have regular dentals up to a certain point, but all of a sudden the dog never had breath problems but now a. </w:t>
      </w:r>
      <w:r>
        <w:br/>
      </w:r>
    </w:p>
    <w:p w:rsidR="00780C4F" w:rsidRDefault="00000000">
      <w:r>
        <w:t xml:space="preserve">Oh just don't lick me, don't breathe on me, just where did that come from? That could be a sign not just of tooth decay, but of something else going on in the body. </w:t>
      </w:r>
      <w:r>
        <w:br/>
      </w:r>
    </w:p>
    <w:p w:rsidR="00780C4F" w:rsidRDefault="00000000">
      <w:r>
        <w:t xml:space="preserve">So talking to the pet parents, we need to be absolute detectives. And this honestly, sometimes, very often goes not just for senior pets, but for all of our pets. As they come in, we need to be asking them questions like how is Bella feeling today? How was Bella's last vet visit? When did they go see the vet last was Bella's Was Bella comfortable after their last grooming? How did they feel be that detective? Because sometimes they're not realizing that the dog is aging they're not really seeing things clearly. So by asking questions, we're going to do a couple of different things. We're going to find out what we need to know. We're going to find out if there's an issue we need to keep an eye out if anything has changed from Bella's last grooming appointment and we're going to put in their head, is anything different they're going to ask me questions today. </w:t>
      </w:r>
      <w:r>
        <w:br/>
      </w:r>
    </w:p>
    <w:p w:rsidR="00780C4F" w:rsidRDefault="00000000">
      <w:r>
        <w:t xml:space="preserve">What's happened since last grooming? Has anything changed? </w:t>
      </w:r>
      <w:r>
        <w:br/>
      </w:r>
    </w:p>
    <w:p w:rsidR="00780C4F" w:rsidRDefault="00000000">
      <w:r>
        <w:t xml:space="preserve">And throughout the conversations with them, when we're talking to them, reassure them. Let them know we're asking these questions be not because we are afraid to groom Bella, but because we really, absolutely want to give their dog the best grooming experience possible. Because it's not always about how good the dog looks, it's about how good an experience they have. And I just noticed on this picture that whoever took it, took it at the perfect moment and the dog's tongue is sticking out, desperately trying to reach across that 2 feet of space to lick that dude, that guy's face. </w:t>
      </w:r>
      <w:r>
        <w:br/>
      </w:r>
    </w:p>
    <w:p w:rsidR="00780C4F" w:rsidRDefault="00000000">
      <w:r>
        <w:t xml:space="preserve">And I love it. I'm here for it, </w:t>
      </w:r>
      <w:r>
        <w:br/>
      </w:r>
    </w:p>
    <w:p w:rsidR="00780C4F" w:rsidRDefault="00000000">
      <w:r>
        <w:t xml:space="preserve">So client communications are super important, </w:t>
      </w:r>
      <w:r>
        <w:br/>
      </w:r>
    </w:p>
    <w:p w:rsidR="00780C4F" w:rsidRDefault="00000000">
      <w:r>
        <w:t xml:space="preserve">Not just for the dog's health, but in building trust with the pet parents. So being honest with the client as you see the pet's age can help them come to terms with their pet aging. It can be very hard to see your pet slow down, but when you see it every day, it's harder to notice when you see them gaining or losing weight, if they're doing it slowly, it's harder to notice. </w:t>
      </w:r>
      <w:r>
        <w:lastRenderedPageBreak/>
        <w:t xml:space="preserve">So we need to stay in constant communication with our pet parents and tell them what we see after every groom even if it's something small, even if it's you know, usually Fluffy is a little bit meh for the dryer. </w:t>
      </w:r>
      <w:r>
        <w:br/>
      </w:r>
    </w:p>
    <w:p w:rsidR="00780C4F" w:rsidRDefault="00000000">
      <w:r>
        <w:t xml:space="preserve">You know he it's not his favorite thing, but today was extra or today he didn't want me to touch his feet for some reason. </w:t>
      </w:r>
      <w:r>
        <w:br/>
      </w:r>
    </w:p>
    <w:p w:rsidR="00780C4F" w:rsidRDefault="00000000">
      <w:r>
        <w:t xml:space="preserve">So we also need to build trust with the dog. Move slower. Take time to pay attention to any sore spots as well as general canine and feline anatomy. Stay in communication with the dog as well, because dogs talk to us all the time, we just need to listen to them. So a leg pull from a dog that's never pulled their leg or paw away may be telling us something. </w:t>
      </w:r>
      <w:r>
        <w:br/>
      </w:r>
    </w:p>
    <w:p w:rsidR="00780C4F" w:rsidRDefault="00000000">
      <w:r>
        <w:t xml:space="preserve">There may be something as simple as, oh look, they stepped on one of those big round seeds from the trees that on your larger dogs can just fit right in their paw pad. Could be something as simple as that and you get it out and they feel better. Or it could be the start of soreness or arthritis. Now that constant sitting down, they may not actually have magnets in their butts. </w:t>
      </w:r>
      <w:r>
        <w:br/>
      </w:r>
    </w:p>
    <w:p w:rsidR="00780C4F" w:rsidRDefault="00000000">
      <w:r>
        <w:t xml:space="preserve">They may just not be able to stand for as long as they did before they may not be able to stand for even short periods of time. We need to not only be honest with the clients, but honest with ourselves as well and I've have to admit, I have been guilty of this i just told the client the other day because we were discussing Atos groom after the groom and I said oh he didn't want to stand as much today. I let him sit as much as possible but how old is Atos again? And she's like oh he's I even forget he's I have to ask her again he's 8 and I went nine. </w:t>
      </w:r>
      <w:r>
        <w:br/>
      </w:r>
    </w:p>
    <w:p w:rsidR="00780C4F" w:rsidRDefault="00000000">
      <w:r>
        <w:t xml:space="preserve">I went Atos is a black Russian terrier. He's definitively a senior and I said Oh my God i can't atos is always going to be 4 in my head and I told her he's four in my brain so I have to focus on that because that was a wake up call for me. I need to be hyper aware of his aging needs and when we make attachments to these dogs, when we see them day after day after day. </w:t>
      </w:r>
      <w:r>
        <w:br/>
      </w:r>
    </w:p>
    <w:p w:rsidR="00780C4F" w:rsidRDefault="00000000">
      <w:r>
        <w:t xml:space="preserve">If we're not focused on it, if we're not focused on taking our notes and jotting them down and asking the clients questions, we may lose track as well because he's Atos. I see him every six weeks he's a good boy, so taking good notes is really going to help with that because it's easier to note new behaviors and make sure you communicate with them to the clients. It's also going to help future groomers because you may work in a large shop. So one of my favorite clients of the past is Cleo Cleopatra. </w:t>
      </w:r>
      <w:r>
        <w:br/>
      </w:r>
    </w:p>
    <w:p w:rsidR="00780C4F" w:rsidRDefault="00000000">
      <w:r>
        <w:t xml:space="preserve">Cleopatra the Cat. And this was when I worked in one of the corporate shops and I pulled out her card the first time I groomed her and there was a long history on Cleo. She had been </w:t>
      </w:r>
      <w:r>
        <w:lastRenderedPageBreak/>
        <w:t xml:space="preserve">coming in for years and it was starting at the top. Difficult two person cat you know minorly aggressive bites like all of this history on Cleo but not so much in the last groom or two so and I was so happy to see Angie's class on cats earlier because cats are different species than dogs they're little women in fur coats and you cannot i won't speak for every woman but you cannot force me to do anything I don't want to do. </w:t>
      </w:r>
      <w:r>
        <w:br/>
      </w:r>
    </w:p>
    <w:p w:rsidR="00780C4F" w:rsidRDefault="00000000">
      <w:r>
        <w:t xml:space="preserve">So I approached Cleo like I would my cat and I approached her with love and kindness and she was an Angel. And the father came in to pick her up. Little old Italian man with his, like old ancient carrier. And he comes in and I've still got Cleo on the table i'm in the back of the salon and he's all nervous you can tell he's been told some stuff before and he's like, how was she he's expecting me to hold up like missing digits and scratch her arms or I don't know what And I'm like, oh, we're doing fantastic. </w:t>
      </w:r>
      <w:r>
        <w:br/>
      </w:r>
    </w:p>
    <w:p w:rsidR="00780C4F" w:rsidRDefault="00000000">
      <w:r>
        <w:t xml:space="preserve">Cleopatra and I are cleo and I are buds look. And I lean my head down and Cleo just gives me the head butts, you know that you I'm tearing up, 'cause I miss this girl, you know, a cat loves you when you get the head butts. And she did that to me in front of the daddy and he was like. </w:t>
      </w:r>
      <w:r>
        <w:br/>
      </w:r>
    </w:p>
    <w:p w:rsidR="00780C4F" w:rsidRDefault="00000000">
      <w:r>
        <w:t xml:space="preserve">So also on this card was NTNTNTNT for the past years. I got a 2$ tip that day. That was the best tip I've ever gotten in my life. That was worth 50 bucks to me probably more because I respected the pet and the pet respected me back and clients get that they do. </w:t>
      </w:r>
      <w:r>
        <w:br/>
      </w:r>
    </w:p>
    <w:p w:rsidR="00780C4F" w:rsidRDefault="00000000">
      <w:r>
        <w:t xml:space="preserve">Miss that girl. Anyhow, </w:t>
      </w:r>
      <w:r>
        <w:br/>
      </w:r>
    </w:p>
    <w:p w:rsidR="00780C4F" w:rsidRDefault="00000000">
      <w:r>
        <w:t xml:space="preserve">Working one-on-one with older dogs is the best way to get to know them, to get to know. </w:t>
      </w:r>
      <w:r>
        <w:br/>
      </w:r>
    </w:p>
    <w:p w:rsidR="00780C4F" w:rsidRDefault="00000000">
      <w:r>
        <w:t xml:space="preserve">How they are going to react to things. Now here is where scheduling really comes in. How are we scheduling our senior pets? Saturday noon in a busy busy salon may not be the right time for a senior. When I worked in a small shop where I was the only groomer, it was I was the groomer and my husband was the bather. We had special needs Sundays, so on Sundays the only dogs that got booked were if a dog was going home from boarding and they definitely needed some grooming. But outside of that, only grooms scheduled were seniors, puppies and aggressive pets or pets who had issues with something and needed the extra time. </w:t>
      </w:r>
      <w:r>
        <w:br/>
      </w:r>
    </w:p>
    <w:p w:rsidR="00780C4F" w:rsidRDefault="00000000">
      <w:r>
        <w:t xml:space="preserve">Now, I did eventually shift this to another day because I wanted it to be on a day when the vet that was two blocks down the street was open. But when you are scheduling your seniors, you need to make sure that you're giving them the right amount of time. One of the benefits to having that special need Sunday was it was a quiet day in the salon. I booked less </w:t>
      </w:r>
      <w:r>
        <w:lastRenderedPageBreak/>
        <w:t xml:space="preserve">dogs. Everybody knew that it that it took what it was going to take the timing was what it was and I was going to do what needed to be done for their pets in their pets best interest now. </w:t>
      </w:r>
      <w:r>
        <w:br/>
      </w:r>
    </w:p>
    <w:p w:rsidR="00780C4F" w:rsidRDefault="00000000">
      <w:r>
        <w:t xml:space="preserve">But Chris, I am in a corporate salon and my client works a normal Monday to Friday schedule and weekends may be their only option. Now here is where everything is connected and honest communication with the client comes in. I know that I do not want to be anywhere at seven eight or even nine AM on my day off after a long week. I also sure as heck don't want to get home from a long day of work, go home, pick up my pet, run an errand, and Heaven forbid you ask me for a breakfast meeting or getting something done 3 hours before I have to be at work. </w:t>
      </w:r>
      <w:r>
        <w:br/>
      </w:r>
    </w:p>
    <w:p w:rsidR="00780C4F" w:rsidRDefault="00000000">
      <w:r>
        <w:t xml:space="preserve">I'm not going to be happy about it, </w:t>
      </w:r>
      <w:r>
        <w:br/>
      </w:r>
    </w:p>
    <w:p w:rsidR="00780C4F" w:rsidRDefault="00000000">
      <w:r>
        <w:t xml:space="preserve">But yes, except for positive ad. </w:t>
      </w:r>
      <w:r>
        <w:br/>
      </w:r>
    </w:p>
    <w:p w:rsidR="00780C4F" w:rsidRDefault="00000000">
      <w:r>
        <w:t xml:space="preserve">There I'll be early. But. </w:t>
      </w:r>
      <w:r>
        <w:br/>
      </w:r>
    </w:p>
    <w:p w:rsidR="00780C4F" w:rsidRDefault="00000000">
      <w:r>
        <w:t xml:space="preserve">If this is what's best for the senior pet, if this scheduling is what's best for them, I'm going to have to make something work for my pet and for my client. So have that scheduling discussion when the with the client about when is best for the dog, not necessarily what's best for me. What's best for the dog? Is the dog better in the mornings? We'll discuss why that might be later, but that might be the best or the only time the dog is going to tolerate grooming. </w:t>
      </w:r>
      <w:r>
        <w:br/>
      </w:r>
    </w:p>
    <w:p w:rsidR="00780C4F" w:rsidRDefault="00000000">
      <w:r>
        <w:t xml:space="preserve">Bottom line is we absolutely need to do what's necessary and what's best for the pets, </w:t>
      </w:r>
      <w:r>
        <w:br/>
      </w:r>
    </w:p>
    <w:p w:rsidR="00780C4F" w:rsidRDefault="00000000">
      <w:r>
        <w:t xml:space="preserve">Doing what is needed and doing what is best for the dog. </w:t>
      </w:r>
      <w:r>
        <w:br/>
      </w:r>
    </w:p>
    <w:p w:rsidR="00780C4F" w:rsidRDefault="00000000">
      <w:r>
        <w:t xml:space="preserve">Now I know y'all who are reading this. There's going to be one or two people that are going to come at me and i'm going to say I can take it. So. </w:t>
      </w:r>
      <w:r>
        <w:br/>
      </w:r>
    </w:p>
    <w:p w:rsidR="00780C4F" w:rsidRDefault="00000000">
      <w:r>
        <w:t xml:space="preserve">I don't know if you remember Vinny from slide 4 back in the beginning and this is another picture of Vinny he was a he's a lab and this is this is not my picture or story but if any hair was left on Vinny his skin started to get so bad he got open sores. So while in general I will not recommend shaving a double coated breed, there are times when you need to. </w:t>
      </w:r>
      <w:r>
        <w:br/>
      </w:r>
    </w:p>
    <w:p w:rsidR="00780C4F" w:rsidRDefault="00000000">
      <w:r>
        <w:lastRenderedPageBreak/>
        <w:t xml:space="preserve">I had a one of my first Pomeranians was Juicer and he was your typical little bouncy pom. I know. Gasp this is this. He had the big fluffy coat and I was adamant about giving, never giving him a haircut. When I got him, Boo was still on TV or Boo the Osborne's Little Pomeranian and the Boo cup was huge and I was like, no, I'm not going to do it i can blow it out. </w:t>
      </w:r>
      <w:r>
        <w:br/>
      </w:r>
    </w:p>
    <w:p w:rsidR="00780C4F" w:rsidRDefault="00000000">
      <w:r>
        <w:t xml:space="preserve">However, Juicer had an attitude. The only thing he ever destroyed in my house was a grooming tool he got his little teeth on. He hated brushing so bad i would try to pull him on my lap and brush him out and get the undercoat out and this little cute, sweetest little boy ever. I'd be brushing him on the couch and he'd go. </w:t>
      </w:r>
      <w:r>
        <w:br/>
      </w:r>
    </w:p>
    <w:p w:rsidR="00780C4F" w:rsidRDefault="00000000">
      <w:r>
        <w:t xml:space="preserve">He would turn into a wolf. I don't know. It was just, it was, it was hysterical how vicious this dog looked and sounded. Because I'm a groomer and I'm weird that way and it was funny to me. He was so bad. I would finish brushing him, we'd do a little bit at a time and I would calm him down and I then I would let him off the sofa after he calmed down. He was still so mad about it. He would go over to our Shar Pei mix and jump on him and go. Not like connecting 'cause his mouth was like he didn't even connect and the Shar Pei would walk around and be like, what the hell are you doing oh, what, what? Get away, get away from me so. </w:t>
      </w:r>
      <w:r>
        <w:br/>
      </w:r>
    </w:p>
    <w:p w:rsidR="00780C4F" w:rsidRDefault="00000000">
      <w:r>
        <w:t xml:space="preserve">But I maintained his coat. I'm like, I am a groomer. I can blow it out. It'll be fine. </w:t>
      </w:r>
      <w:r>
        <w:br/>
      </w:r>
    </w:p>
    <w:p w:rsidR="00780C4F" w:rsidRDefault="00000000">
      <w:r>
        <w:t xml:space="preserve">So Juicer got to be of a certain age and I started noticing some things and I took him to the vet and the vet said i said, you know, I I'm feeling something a little off i'm concerned he's got a heart murmur and the vet listened to it and helped it and held him and felt it and listened and said, well, the technical term for that is big honking heart murmur. So he had a very bad heart issue and I took him home and it got to be time to groom him. And I looked at him and i knew how he got for brushing. </w:t>
      </w:r>
      <w:r>
        <w:br/>
      </w:r>
    </w:p>
    <w:p w:rsidR="00780C4F" w:rsidRDefault="00000000">
      <w:r>
        <w:t xml:space="preserve">And I knew he had some packed undercoat and I knew how he was for the blow dryer and I went, do I want to be the one that gives my dog a heart attack? And I shaved him and I put him in a T-shirt to cover his shame. </w:t>
      </w:r>
      <w:r>
        <w:br/>
      </w:r>
    </w:p>
    <w:p w:rsidR="00780C4F" w:rsidRDefault="00000000">
      <w:r>
        <w:t xml:space="preserve">Would I have done that at any other point in his life? No. But at that point in his life, the benefits of shaving him outweighed the risk of coat damage and skin issues because I would rather deal with that than legit kill him. There are times you have to do what you have to do. </w:t>
      </w:r>
      <w:r>
        <w:br/>
      </w:r>
    </w:p>
    <w:p w:rsidR="00780C4F" w:rsidRDefault="00000000">
      <w:r>
        <w:t xml:space="preserve">Now. Anal gland expression or referring it to a vet. I always refer it to a vet. </w:t>
      </w:r>
      <w:r>
        <w:br/>
      </w:r>
    </w:p>
    <w:p w:rsidR="00780C4F" w:rsidRDefault="00000000">
      <w:r>
        <w:lastRenderedPageBreak/>
        <w:t xml:space="preserve">That's just me. Anything that is inside the dog to me is the vet's territory. Cleaning the sanitary out i already talked about. </w:t>
      </w:r>
      <w:r>
        <w:br/>
      </w:r>
    </w:p>
    <w:p w:rsidR="00780C4F" w:rsidRDefault="00000000">
      <w:r>
        <w:t xml:space="preserve">The little belly band trim that I would do on my dog. And to give you a little bit of an example on Fozzie, who's not super anatomically correct, basically on the palms, I would take it up here i would take extend the sanitary here. </w:t>
      </w:r>
      <w:r>
        <w:br/>
      </w:r>
    </w:p>
    <w:p w:rsidR="00780C4F" w:rsidRDefault="00000000">
      <w:r>
        <w:t xml:space="preserve">I would do a nice big baboon butt, but I would take it out the sides and do all of that. And it looked ridiculous when he didn't have the belly band on. But when he had that belly band on it, </w:t>
      </w:r>
      <w:r>
        <w:br/>
      </w:r>
    </w:p>
    <w:p w:rsidR="00780C4F" w:rsidRDefault="00000000">
      <w:r>
        <w:t xml:space="preserve">You didn't see it. And it prevented a lot of issues. And yes, Angie's comment was too much liability for anal glands absolutely. We're not a doctor, we're not a vet. I am absolutely not expressing it internally, and. </w:t>
      </w:r>
      <w:r>
        <w:br/>
      </w:r>
    </w:p>
    <w:p w:rsidR="00780C4F" w:rsidRDefault="00000000">
      <w:r>
        <w:t xml:space="preserve">I personally think a lot of the issues with groomers getting blamed for things is lack of communication between groomers and vets but there's enough that groomers get blamed for in general i'm not going to add to it, not going to take that risk. </w:t>
      </w:r>
      <w:r>
        <w:br/>
      </w:r>
    </w:p>
    <w:p w:rsidR="00780C4F" w:rsidRDefault="00000000">
      <w:r>
        <w:t xml:space="preserve">Muzzling if it's best for the dog to muzzle, and they haven't had to before, i'm going to do it. If it's going to cause them undue stress, I'm going to work around it and do what I can safely. </w:t>
      </w:r>
      <w:r>
        <w:br/>
      </w:r>
    </w:p>
    <w:p w:rsidR="00780C4F" w:rsidRDefault="00000000">
      <w:r>
        <w:t xml:space="preserve">And I'm going to talk a little bit more about this later when we talk about drying. But one of my house call clients, one of my first house call clients was Jasper the Cockapoo, and he got groomed in reverse order. Normally what do we do we pop the dogs in the tub, we dry them, we give them a haircut. Now I knew Jasper when he was a young pup, and I'd see saw him actually at two different corporate salons and wound up not grooming him at the second just because. </w:t>
      </w:r>
      <w:r>
        <w:br/>
      </w:r>
    </w:p>
    <w:p w:rsidR="00780C4F" w:rsidRDefault="00000000">
      <w:r>
        <w:t xml:space="preserve">And at a certain point he stopped tolerating the dryer. Like at all. So I would come to the house, I would give him the best haircut I could give him because also being a Cocker poo, Cocker poo, leaning towards Cocker genetics, he had skin issues. So we cut him short, did the best I could do, gave him a bath, toweled him dry and let him go because that's what was best for the dog. And one of the comments is gently checking the anal gland area, like just kind of looking or touching and going, oh there seems to be an issue there. </w:t>
      </w:r>
      <w:r>
        <w:br/>
      </w:r>
    </w:p>
    <w:p w:rsidR="00780C4F" w:rsidRDefault="00000000">
      <w:r>
        <w:lastRenderedPageBreak/>
        <w:t xml:space="preserve">And let the pet parent know if you think there might be an issue and they need to see a vet. I have actually texted a picture to a vet friend of mine and gone. Is this what I think it is? I don't want to diagnose, but that looks like an abscessed anal gland. And she went. That's a burst anal gland yes, at least it was out and not in, but they need to go to the vet. Just another reason to not do anal glands or not get involved with that nonsense. </w:t>
      </w:r>
      <w:r>
        <w:br/>
      </w:r>
    </w:p>
    <w:p w:rsidR="00780C4F" w:rsidRDefault="00000000">
      <w:r>
        <w:t xml:space="preserve">But in this picture we see a couple different examples of doing what is best for the dog. At this point, the dog has a happy hoodie on the groomer, is thankfully wearing her ear protection as well, and the dog is not on a table he is on the floor on towels for some traction and leaning against the groomer for comfort and support. So there's a lot of that lot of good things going on in this picture. </w:t>
      </w:r>
      <w:r>
        <w:br/>
      </w:r>
    </w:p>
    <w:p w:rsidR="00780C4F" w:rsidRDefault="00000000">
      <w:r>
        <w:t xml:space="preserve">So knowing your limits, this is a tough one. And I've had many discussions. I'm not going to call them arguments, I'm going to call them discussions with Mary on the podcast about this first one. </w:t>
      </w:r>
      <w:r>
        <w:br/>
      </w:r>
    </w:p>
    <w:p w:rsidR="00780C4F" w:rsidRDefault="00000000">
      <w:r>
        <w:t xml:space="preserve">But there are two sides to this and i have learned to have more empathy for others here. You may have been grooming the dog for years, but due to any number of factors, you may not feel comfortable grooming that dog anymore. It may be their health. It may flat out be yours. I have had senior Black Russian Terrier clients that I groomed on the floor crawling after them. Now, as much as I love them, I don't know for sure that I would be physically capable of doing that one today. </w:t>
      </w:r>
      <w:r>
        <w:br/>
      </w:r>
    </w:p>
    <w:p w:rsidR="00780C4F" w:rsidRDefault="00000000">
      <w:r>
        <w:t xml:space="preserve">There may be physical limitations on your part there may be physical limitations on the dog's part. It may be emotional it may be mental. But if, for whatever reason, if you aren't comfortable grooming a pet, whether they're old, young, or in between, don't do it. Listen to their gut. Or listen to your gut. </w:t>
      </w:r>
      <w:r>
        <w:br/>
      </w:r>
    </w:p>
    <w:p w:rsidR="00780C4F" w:rsidRDefault="00000000">
      <w:r>
        <w:t xml:space="preserve">And it can be heartbreaking because if you've known this dog from a puppy, a part of you may want to keep grooming them. But it might not be what's best for the dog. It might not be what's best for you. </w:t>
      </w:r>
      <w:r>
        <w:br/>
      </w:r>
    </w:p>
    <w:p w:rsidR="00780C4F" w:rsidRDefault="00000000">
      <w:r>
        <w:t xml:space="preserve">It may be the dog's limits. They may be at the point that they need to be groomed at the vet because there is such an increased risk that they need to be right there to address any concerns as they come up. </w:t>
      </w:r>
      <w:r>
        <w:br/>
      </w:r>
    </w:p>
    <w:p w:rsidR="00780C4F" w:rsidRDefault="00000000">
      <w:r>
        <w:t xml:space="preserve">Take breaks. Now, when I was in corporate, I always tried to ride there was that really fine line between getting your senior dog home ASAP because as we discussed, a packed corporate salon on a Saturday at noon may not be the right place for the senior. And giving </w:t>
      </w:r>
      <w:r>
        <w:lastRenderedPageBreak/>
        <w:t xml:space="preserve">it enough breaks because even if you're not using a dryer on the dog, and the dog can't necessarily tolerate the dryer, or maybe it'll tolerate 4 minutes of it and then you can crate dry it, there's still gonna be dryers going on in the vicinity that would add to its aggravation. </w:t>
      </w:r>
      <w:r>
        <w:br/>
      </w:r>
    </w:p>
    <w:p w:rsidR="00780C4F" w:rsidRDefault="00000000">
      <w:r>
        <w:t xml:space="preserve">So this is where listening to the dog really comes in. This isn't going to only help the dogs, it's going to help your mental health because it might be a challenging groom. This might be the dog's last groom or getting there and you've known this dog for 10 years and you need to just take a minute. You need to go you know what you need to chill. I need to chill and calm down. </w:t>
      </w:r>
      <w:r>
        <w:br/>
      </w:r>
    </w:p>
    <w:p w:rsidR="00780C4F" w:rsidRDefault="00000000">
      <w:r>
        <w:t xml:space="preserve">Because whether or not we're great at listening to dogs, when they communicate with us, they are amazing at listening to us. And I don't mean they speak English, though some of them are pretty smart. I mean, they pick up on our body language, on our emotions, and without going like completely woo woo on anybody, it's not just oh, they're feeling our vibes, it's how we carry ourselves. It's are we all tensed up. Dog's language is body language for the most part. And I absolutely love today's class lineup because so much of what we all talked about works together with handling. It's What kind of face are you making? Are you sad are you crying are you tensed up the dog's gonna be picking up on that. </w:t>
      </w:r>
      <w:r>
        <w:br/>
      </w:r>
    </w:p>
    <w:p w:rsidR="00780C4F" w:rsidRDefault="00000000">
      <w:r>
        <w:t xml:space="preserve">So yeah, it's gonna help you to go away and come back calmer, relaxed, Just giving it love and calm, knowing when to call it a day. You know what? Plead and comfortable is the key to seeing your dogs. That is a part of the conversation to have with the pet parent. It's probably no longer time for the new fancy hairstyles or to dyeing the dog's ears and tail pink even though the dog's ears have been pink for the past five years, now may be the time to let that go. Grooming the little old ladies and men is about them. It's about keeping them clean and comfortable and safe it's not about anyone's vanity. </w:t>
      </w:r>
      <w:r>
        <w:br/>
      </w:r>
    </w:p>
    <w:p w:rsidR="00780C4F" w:rsidRDefault="00000000">
      <w:r>
        <w:t xml:space="preserve">Now, what if the client can't get that? I mean, you've tried to relate to them that they need to come in at specific times, or that they're asking for a trim that's no longer realistic for their pet, but they refuse to get it they're just not hearing it. For whatever reason, that's when it comes time to call it as a client. </w:t>
      </w:r>
      <w:r>
        <w:br/>
      </w:r>
    </w:p>
    <w:p w:rsidR="00780C4F" w:rsidRDefault="00000000">
      <w:r>
        <w:t xml:space="preserve">After you've tried every communication trick in your arsenal and they refuse to get it, or they're flat out getting belligerent. This is when you're no longer a good fit for them. I always thank Angie for the tip about having a list of local grooming shops ready. In this case, have a separate list of local vets who offer grooming. Now, this isn't just for when you need to fire them as a client. This is also for you've reached your limit with this dog you've reached the limit of what you are able to comfortably perform as a groomer, what you're able to comfortably do, and you just need to refer it to a vet. </w:t>
      </w:r>
      <w:r>
        <w:br/>
      </w:r>
    </w:p>
    <w:p w:rsidR="00780C4F" w:rsidRDefault="00000000">
      <w:r>
        <w:lastRenderedPageBreak/>
        <w:t xml:space="preserve">So have this list ready. </w:t>
      </w:r>
      <w:r>
        <w:br/>
      </w:r>
    </w:p>
    <w:p w:rsidR="00780C4F" w:rsidRDefault="00000000">
      <w:r>
        <w:t xml:space="preserve">And it may really help gently hammer home that their dog isn't three anymore. And you don't have to be you don't have to be mean about it you don't have to be you don't get what I'm saying you're fired as a client. It can be. I love Fluffy a lot i've been grooming Fluffy a while now and they have special needs that I'm not comfortable taking care of. I'm concerned I don't want to be the one that, </w:t>
      </w:r>
      <w:r>
        <w:br/>
      </w:r>
    </w:p>
    <w:p w:rsidR="00780C4F" w:rsidRDefault="00000000">
      <w:r>
        <w:t xml:space="preserve">Or I don't want to be the one on duty, so to speak when fluffers has an issue, I don't want to push them into having a heart attack that's a little extreme but you get you get the point sometimes they need that wake up call. </w:t>
      </w:r>
      <w:r>
        <w:br/>
      </w:r>
    </w:p>
    <w:p w:rsidR="00780C4F" w:rsidRDefault="00000000">
      <w:r>
        <w:t xml:space="preserve">So obese dogs. This is a very startling pitcher. This was 130 pound Labradoodle that jumped off a lowered table during grooming, Not jumped off a table that were not jumped out of the tub, not jumped out of a car, jumped out of a lowered table. And this is a perfect example of how a pet's needs change as they get older. Now I don't know the back story to this picture all I know is that this is a really bad break and I'm fairly confident that this was not the first time the dog jumped off the table. He's probably been doing it for years. </w:t>
      </w:r>
      <w:r>
        <w:br/>
      </w:r>
    </w:p>
    <w:p w:rsidR="00780C4F" w:rsidRDefault="00000000">
      <w:r>
        <w:t xml:space="preserve">What I am also not saying is that it was the groomer's fault. Never going to say that because I don't know the situation that happened here and I know that there are times when you can be extra careful, but unless you have two or three people there, you may not be able to stop the dog from jumping off the table, especially if they're used to doing it. So what we are saying here is we need to pay attention to aging and overweight pets and give them the accommodations we may not always think about. Once again, I don't know the contributing factors that led to this particular break other than that the dog was overweight, but I do know that dogs can also get osteoporosis. </w:t>
      </w:r>
      <w:r>
        <w:br/>
      </w:r>
    </w:p>
    <w:p w:rsidR="00780C4F" w:rsidRDefault="00000000">
      <w:r>
        <w:t xml:space="preserve">Like I mentioned before, many of the things that affect aging humans can 100 % affect aging dogs. Now, veterinary sources are going to say that bone loss is rarely significant enough to contribute to bone breakage upon falling. It just makes logical sense to me that obesity might be a contributing factor, combined with perhaps osteoarthritis, osteoporosis, just as the dog ate, as dogs and people age, we get more frail, so their bones were not designed to support that weight. There are going to be issues we're going to need to be extra careful in all right, my Black Russian Terrier, my table goes pretty low to the ground. </w:t>
      </w:r>
      <w:r>
        <w:br/>
      </w:r>
    </w:p>
    <w:p w:rsidR="00780C4F" w:rsidRDefault="00000000">
      <w:r>
        <w:t xml:space="preserve">I'm still going to try to help him off. I'm still going to really try to stop him from drumping, jumping off the table himself, because that's what he's used to. He runs and he goes off table </w:t>
      </w:r>
      <w:r>
        <w:lastRenderedPageBreak/>
        <w:t xml:space="preserve">jumps on it. </w:t>
      </w:r>
      <w:r>
        <w:br/>
      </w:r>
    </w:p>
    <w:p w:rsidR="00780C4F" w:rsidRDefault="00000000">
      <w:r>
        <w:t xml:space="preserve">Because that's common to I have a couple clients that are Black Russians and that's one of the first things the breeder and the owner will train them to do is jump up on the table because if you've got 100 plus pound dog that needs regular grooming and brushing and you have a table at home, you may not be able to pick them up. But as they age, we need to be there for them and say, all right, grooming is now a team sport where someone is there to help me pick them up and get them off the table. </w:t>
      </w:r>
      <w:r>
        <w:br/>
      </w:r>
    </w:p>
    <w:p w:rsidR="00780C4F" w:rsidRDefault="00000000">
      <w:r>
        <w:t xml:space="preserve">So what are some of the different things we need to look out for our aging clients we touched on this a little bit, but there is more. So arthritis is one of the first things basic signs of arthritis in pets we have favoring A limb because you may have arthritis in one side and not the other. Difficulty sitting or standing, Sleeping more seeming to have stiff or sore joints, Hesitancy to jump, run or climb stairs that they used to just fly up not a problem weight gain, because as we mentioned earlier on, if it hurts to move, you're not going to be moving as much, you're not going to be burning the calories you're used to burning, and you're going to put on a little weight. </w:t>
      </w:r>
      <w:r>
        <w:br/>
      </w:r>
    </w:p>
    <w:p w:rsidR="00780C4F" w:rsidRDefault="00000000">
      <w:r>
        <w:t xml:space="preserve">Decreased activity or interest in play. Because if things hurt, we're not going to be interested in playing attitude or behavior changes, including increased irritability. Once again, if I have a headache for a long period of time, </w:t>
      </w:r>
      <w:r>
        <w:br/>
      </w:r>
    </w:p>
    <w:p w:rsidR="00780C4F" w:rsidRDefault="00000000">
      <w:r>
        <w:t xml:space="preserve">I'm gonna be cranky. And I am i've coming off relatively recent surgery, and I've gotten to the point where, depending on what I'm doing in the day, I don't have to take a painkiller. I don't have to take my, you know, painkillers on regular times anymore 'cause it's fine. </w:t>
      </w:r>
      <w:r>
        <w:br/>
      </w:r>
    </w:p>
    <w:p w:rsidR="00780C4F" w:rsidRDefault="00000000">
      <w:r>
        <w:t xml:space="preserve">Only it's not. When I get to the end of the day and I bite my husband's head off for no reason at all and I go, oh, I should have taken my naproxen this morning. I'm sorry, I'm Moody and being less alert. Now arthritis can officially be diagnosed by a vet visit. I'm not a vet. I don't even play one on TV. We can strongly suspect they have arthritis and refer them to the vet for diagnosis. </w:t>
      </w:r>
      <w:r>
        <w:br/>
      </w:r>
    </w:p>
    <w:p w:rsidR="00780C4F" w:rsidRDefault="00000000">
      <w:r>
        <w:t xml:space="preserve">Now, you may hear things from clients like, oh, that's just part of getting old that happens to the best of us what can you do? Followed by appointment by appointment. That you ask, 'cause we're being detectives and the client says, well, they haven't gotten it checked out by the vet because what's the point? It's a natural part of aging. And this kind of plays into our previous discussion on how do you get the pet parents to get to the vet to spend money because that's not a cheap visit. </w:t>
      </w:r>
      <w:r>
        <w:br/>
      </w:r>
    </w:p>
    <w:p w:rsidR="00780C4F" w:rsidRDefault="00000000">
      <w:r>
        <w:lastRenderedPageBreak/>
        <w:t xml:space="preserve">Well, </w:t>
      </w:r>
      <w:r>
        <w:br/>
      </w:r>
    </w:p>
    <w:p w:rsidR="00780C4F" w:rsidRDefault="00000000">
      <w:r>
        <w:t xml:space="preserve">You could ask them. Well, what would you do if your joints hurt? Well, probably take an aspirin, right probably take a painkiller they have that aleve has those commercials. Probably take something, right? But your doctor usually needs to tell you exactly why we hurt. Hey, I'm having this go on hey, I'm having that go on oh, you pulled a muscle. Do this you have arthritis do this. It's same with the same with the vet. They can confirm to us that it's arthritis and prescribe painkillers. </w:t>
      </w:r>
      <w:r>
        <w:br/>
      </w:r>
    </w:p>
    <w:p w:rsidR="00780C4F" w:rsidRDefault="00000000">
      <w:r>
        <w:t xml:space="preserve">My mom has joint issues on arthritis. I would never suggest she just go without pain meds. It may sound silly, but it may not even occur to your clients that their dogs can get prescribed pain meds and while they could probably get over the counter stuff from chewy, it's best to get the correct dosage and diagnosis from a vet. </w:t>
      </w:r>
      <w:r>
        <w:br/>
      </w:r>
    </w:p>
    <w:p w:rsidR="00780C4F" w:rsidRDefault="00000000">
      <w:r>
        <w:t xml:space="preserve">Because not only can we cause damage by giving them too much, but we want it to be effective. We don't want them to waste money on pills that aren't doing anything. I don't have the highest body, the sorry, I don't have the lowest body weight. We're working on that Taking a half an aspirin is going to do absolutely nothing. If I have a headache, if my doctor prescribed it as a blood thinner or for something else, then yes, maybe but as a painkiller, no, it's not going to do anything. So there's no point in going through the motions of paying for an over the counter pain pill. That is not going to be effective because it's either not the correct dosage or not treating the problem you think they have because there could be a totally different problem happening all. </w:t>
      </w:r>
      <w:r>
        <w:br/>
      </w:r>
    </w:p>
    <w:p w:rsidR="00780C4F" w:rsidRDefault="00000000">
      <w:r>
        <w:t xml:space="preserve">Right as they age. There could be also an increased risk of various skin disorders. This particular dog has a severe case of seborotic dermatitis. They could have a fungi in the folds of their skin, They could have acne in or schnauzer bumps in case of cases of dogs that are really supposed to be hand stripped but have never been, you're going to have clogged pores and acne. Any skin condition that is out of the ordinary refer to the vet. We are not vets. We need to diagnose exactly what the problem is because then the vet can say, well, if it's this we need to treat with this they can get a special shampoo, they can get a pill, but if it's a bacterial infection, </w:t>
      </w:r>
      <w:r>
        <w:br/>
      </w:r>
    </w:p>
    <w:p w:rsidR="00780C4F" w:rsidRDefault="00000000">
      <w:r>
        <w:t xml:space="preserve">Washing them with an antifungal shampoo may do absolutely nothing and may make the problem worse and vice versa so a lot of it comes down to as pets age, just as people age. We need to have more vet visits and more doctor visits to know exactly what is going on. </w:t>
      </w:r>
      <w:r>
        <w:br/>
      </w:r>
    </w:p>
    <w:p w:rsidR="00780C4F" w:rsidRDefault="00000000">
      <w:r>
        <w:t xml:space="preserve">Cushing's disease is also more likely to happen as a pet ages. There are two different types of Cushing's disease. One is pituitary dependent and one is adrenal dependent cushing's So </w:t>
      </w:r>
      <w:r>
        <w:lastRenderedPageBreak/>
        <w:t xml:space="preserve">in a healthy dog A H A C T, H is secreted by the pituitary gland and it stimulates the adrenal glands to produce or secrete cortisol. As the blood cortisol level increases, it causes the pituitary glands to lower its production of ACTH which results in lowering the blood cortisol level. So this is called a negative feedback loop. </w:t>
      </w:r>
      <w:r>
        <w:br/>
      </w:r>
    </w:p>
    <w:p w:rsidR="00780C4F" w:rsidRDefault="00000000">
      <w:r>
        <w:t xml:space="preserve">So if Cushing's disease is due to an adrenal tumor or when Cushing's disease is caused by cortisol containing medications, the amount of ACTH in the blood is decreased. </w:t>
      </w:r>
      <w:r>
        <w:br/>
      </w:r>
    </w:p>
    <w:p w:rsidR="00780C4F" w:rsidRDefault="00000000">
      <w:r>
        <w:t xml:space="preserve">So some of the symptoms for this are drinking, excessive amounts of water and frequent urination, increased hunger, hair loss, darkening spots on the skin, blackheads on the skin. They get that kind of potbelly but just abdomen and obesity. They may have urinary bladder stones or crystals as a side effect of this. Certain breeds are at a higher risk of developing cushings the poodle, Dachshund, Boston Boxer and Beagle are some of the breeds to watch out for this. Almost all patients are older than 8 when Cushing's develops, so this is definitely something that affects seniors more heavily. But because it takes time at least a year for these symptoms to develop, and because a lot of these are often mistaken for some common signs of aging, many dogs have advanced have the advanced form of CD before the owner even recognizes that there is a problem. </w:t>
      </w:r>
      <w:r>
        <w:br/>
      </w:r>
    </w:p>
    <w:p w:rsidR="00780C4F" w:rsidRDefault="00000000">
      <w:r>
        <w:t xml:space="preserve">So the average survival time for a dog with Cushing's is about two years, with only 10 % of patients living beyond the four year mark. Now lies, damn lies and statistics. This doesn't mean that this disease causes death. Because Cushing's is often diagnosed in geriatric dogs, Most will die of unrelated causes brought on by aging. So it's not that the Cushings is going to kill them, it's that it's going to, </w:t>
      </w:r>
      <w:r>
        <w:br/>
      </w:r>
    </w:p>
    <w:p w:rsidR="00780C4F" w:rsidRDefault="00000000">
      <w:r>
        <w:t xml:space="preserve">It's that they're if they're already older when it happens, unfortunately, it's like my mother being sad that her friends, more of her friends die because she lives in a senior living community now and I want, I don't want to be mean but all of your friends are over 80, a higher percentage it it's just going to happen and I felt horrible but I didn't know a good way to tell her that. </w:t>
      </w:r>
      <w:r>
        <w:br/>
      </w:r>
    </w:p>
    <w:p w:rsidR="00780C4F" w:rsidRDefault="00000000">
      <w:r>
        <w:t xml:space="preserve">I don't think there is a good way anyway, keratosis or hyperkeratosis. So some of the symptoms are those thickened hard skin on the paw pads we've all seen those paw pads that look like they have like almost that magnetic sand they have that fuzz coming off of them. You can see the good picture of here with an example on the nose. It's like thick hair, like projections growing off the paw pads, sometimes bleeding or cracks paw pads. </w:t>
      </w:r>
      <w:r>
        <w:br/>
      </w:r>
    </w:p>
    <w:p w:rsidR="00780C4F" w:rsidRDefault="00000000">
      <w:r>
        <w:t xml:space="preserve">So keratin is the protein that makes up all nails, scales, feathers and rhino horns. So when we see this build up on paw pads and noses, this means the dog's body is making way too </w:t>
      </w:r>
      <w:r>
        <w:lastRenderedPageBreak/>
        <w:t xml:space="preserve">much of it because dogs are not rhinos and shouldn't have that thick hairy stuff coming out of their nose. So get vet recommendations on this. While this is something that's not treat curable per southeast the, vet 's not going to be able to give the dog a shot or a pill and make it go away. </w:t>
      </w:r>
      <w:r>
        <w:br/>
      </w:r>
    </w:p>
    <w:p w:rsidR="00780C4F" w:rsidRDefault="00000000">
      <w:r>
        <w:t xml:space="preserve">This is treatable from the vet's end. And get recommendation from the vet if you should be doing anything about this because in general vets do not recommend filing or dremeling these off dogs paw pads can get more sensitive with age and these can be taken down, but it's really easy to trim or file too far and get into the paw pads causing infections. Also if you're dremeling off those bits it can get hot and burn the tissue underneath. </w:t>
      </w:r>
      <w:r>
        <w:br/>
      </w:r>
    </w:p>
    <w:p w:rsidR="00780C4F" w:rsidRDefault="00000000">
      <w:r>
        <w:t xml:space="preserve">Not this is not a life threatening thing, but excess can interfere with smell and uncommonly cause lameness. Like if they have way too much on their paws or they have like that kerosene the Big Horn that develops it can get really hard. </w:t>
      </w:r>
      <w:r>
        <w:br/>
      </w:r>
    </w:p>
    <w:p w:rsidR="00780C4F" w:rsidRDefault="00000000">
      <w:r>
        <w:t xml:space="preserve">But these this is super treatable. But this is something you need to be in communication with the pets vet for. And that can be as simple as having a referral that you send with them to the vet asking the pet parent to say, hey, this isn't a life threatening thing, When's Fluffy's next vet visit? Ok, here's what I want you to give to the vet to say look at this, What can you do what can the vet do for it? And ask the vet for permission to speak to you. </w:t>
      </w:r>
      <w:r>
        <w:br/>
      </w:r>
    </w:p>
    <w:p w:rsidR="00780C4F" w:rsidRDefault="00000000">
      <w:r>
        <w:t xml:space="preserve">Dogs have privacy too, so the pet owner needs to give the vet permission to talk to you about things. This is a decent one to talk about, but in general anything like a topical cream like a paw bomb that is specifically made for pets you should be able to safely apply and can soften the tissue and make it easier for the vets to remove. You can also scrub them gently in the tub with a gentle scrub brush like the Yuppie puppy brush, and some of the ones that are able to come off will come off, but you don't want to do anything too harsh i saw a terrifying video online that I'm not even going to go into because it scared the Jesus out of me but. </w:t>
      </w:r>
      <w:r>
        <w:br/>
      </w:r>
    </w:p>
    <w:p w:rsidR="00780C4F" w:rsidRDefault="00000000">
      <w:r>
        <w:t xml:space="preserve">The skin underneath can be really sensitive and prone to infection, so you don't want to do too much or be too rough with this. </w:t>
      </w:r>
      <w:r>
        <w:br/>
      </w:r>
    </w:p>
    <w:p w:rsidR="00780C4F" w:rsidRDefault="00000000">
      <w:r>
        <w:t xml:space="preserve">All right? Canine cognitive dysfunction. So when people this would be called dementia or early onset Alzheimer's. By age 16. Nearly all dogs yes, Mary, I'm getting there. Oi, </w:t>
      </w:r>
      <w:r>
        <w:br/>
      </w:r>
    </w:p>
    <w:p w:rsidR="00780C4F" w:rsidRDefault="00000000">
      <w:r>
        <w:t xml:space="preserve">It's in my notes. By age 16, nearly all dogs show at least one sign of CCD or canine cognitive dysfunction. So when I first saw this in a dog, we had a yes at least she didn't interrupt me this time. So when we first ran into this and a dog, we had this little old Pomeranian named </w:t>
      </w:r>
      <w:r>
        <w:lastRenderedPageBreak/>
        <w:t xml:space="preserve">Luciano who was a senior when we adopted him, so we had no idea how old he was. When people asked, I just said when Methuselah was a young boy, Luciano was his puppy. That's how old he was. So we didn't realize at that time that this affected dogs. </w:t>
      </w:r>
      <w:r>
        <w:br/>
      </w:r>
    </w:p>
    <w:p w:rsidR="00780C4F" w:rsidRDefault="00000000">
      <w:r>
        <w:t xml:space="preserve">But Luch would do things like wander and bark, and he had some eyesight left. Or he could clearly see things because he would be in the yard and we'd call him and he'd walk over to the tree and he would see a shape and he would look up at the tree and start barking for his breakfast, 'cause he knew it was his breakfast time. So we joked, wow, you know, if we didn't know better, we'd say he had dementia because we were watching how my father-in-law was at the exact same time and then looking at the dog, looking at dad and going. </w:t>
      </w:r>
      <w:r>
        <w:br/>
      </w:r>
    </w:p>
    <w:p w:rsidR="00780C4F" w:rsidRDefault="00000000">
      <w:r>
        <w:t xml:space="preserve">A lot of things are happening. So this is where proper scheduling and client communications come in. Now have any of you heard of sundowning in humans with Alzheimer's? So this is where, as the day goes on, the cognitive function seems to decline. They could be really fresh in the morning and on the ball and wanting to do a crossword puzzle and by dinner time not remember the people's names in their household. So this happens to dogs as well as people. So as much as I don't want to wake up early to get to that super early appointment, if the dog is going to be happiest and with it early in the morning, that's what we do. </w:t>
      </w:r>
      <w:r>
        <w:br/>
      </w:r>
    </w:p>
    <w:p w:rsidR="00780C4F" w:rsidRDefault="00000000">
      <w:r>
        <w:t xml:space="preserve">And Mary is dealing with that right now with one of her dogs so morning is can be the best time for them. You have to keep in communication with your clients and know that that's something you can ask because it may not click. It didn't click with me this was over this had to be over 15 years ago. But I didn't know at the time, oh, this was sundowning, This is what was going on this is exactly what was going on with my father-in-law. </w:t>
      </w:r>
      <w:r>
        <w:br/>
      </w:r>
    </w:p>
    <w:p w:rsidR="00780C4F" w:rsidRDefault="00000000">
      <w:r>
        <w:t xml:space="preserve">So during the bath, things to look at. </w:t>
      </w:r>
      <w:r>
        <w:br/>
      </w:r>
    </w:p>
    <w:p w:rsidR="00780C4F" w:rsidRDefault="00000000">
      <w:r>
        <w:t xml:space="preserve">Condition shampoo condition now what this is going to do. I know this sounds strange because this is something we've been taught to do to get great results on a gorgeous, shiny, shiny coat. And now we're talking about older dogs and doing what's best for them and it's not about vanity or fancy haircuts. The reason we say this is some of those really greasy older pets, Cocker spaniels, </w:t>
      </w:r>
      <w:r>
        <w:br/>
      </w:r>
    </w:p>
    <w:p w:rsidR="00780C4F" w:rsidRDefault="00000000">
      <w:r>
        <w:t xml:space="preserve">If you condition them first, it's going to actually help get rid of that oily residue because like attracts like. So it's gonna help take care of that oily coat without using a really strong degreaser or something that might be too harsh for their skin now medicated shampoos, there are great chlorhex shampoos, benzoyl peroxide. Davis has a lot of really good veterinary shampoos once again, this is where communication with your clients in </w:t>
      </w:r>
      <w:r>
        <w:lastRenderedPageBreak/>
        <w:t xml:space="preserve">communication with the vets come in Because if you know exactly what the dog is going through, then you know either exactly what shampoo to use or if the vet is giving them a prescription shampoo and you read it and it's a four 4 % chlorohex solution and you can get it cheaper and you can tell the client look, I know this little bottle of shampoo was really expensive and I know personally I hate how they clean. </w:t>
      </w:r>
      <w:r>
        <w:br/>
      </w:r>
    </w:p>
    <w:p w:rsidR="00780C4F" w:rsidRDefault="00000000">
      <w:r>
        <w:t xml:space="preserve">They don't seem to another reason we want to condition shampoo condition. You can use still an appropriate shampoo for the dog for what's going on with its skin and get a better job done. And then we condition again after because a lot of times, even gentle, it strips a lot of oil and grease. We want to put back an appropriate amount we don't want to leave the dog skin and coat without any protection. So conditioning is still really important for maintaining a dog's skin and coat. </w:t>
      </w:r>
      <w:r>
        <w:br/>
      </w:r>
    </w:p>
    <w:p w:rsidR="00780C4F" w:rsidRDefault="00000000">
      <w:r>
        <w:t xml:space="preserve">All right. </w:t>
      </w:r>
      <w:r>
        <w:br/>
      </w:r>
    </w:p>
    <w:p w:rsidR="00780C4F" w:rsidRDefault="00000000">
      <w:r>
        <w:t xml:space="preserve">Oh, </w:t>
      </w:r>
      <w:r>
        <w:br/>
      </w:r>
    </w:p>
    <w:p w:rsidR="00780C4F" w:rsidRDefault="00000000">
      <w:r>
        <w:t xml:space="preserve">Mary is going to be. I can feel her wanting to hit unmute now. So things that can happen during blow drying. Older and obese dogs are more prone to heat stroke, even if your dog doesn't. Even if your dog. Even if your dryer doesn't have a heating element on it and just uses some heat from the motor, if it's warm in the in the bathing area, there will be some warmth coming out of that dryer. It is easier from them to overheat. </w:t>
      </w:r>
      <w:r>
        <w:br/>
      </w:r>
    </w:p>
    <w:p w:rsidR="00780C4F" w:rsidRDefault="00000000">
      <w:r>
        <w:t xml:space="preserve">Now I will say Mary, I did not change this slide at all so we're going to discuss Mary. Wait, dryer seizures versus environmental seizures slash focal seizures. I'm only using the phrase dryer seizures because it is still what most groomers think of them as and refer to them as. I want to move away from calling them that because while it's easy and simple, it's not necessarily correct. And because it's not recognized by vets, they're going to say we are using the term incorrectly and that dryer seizures don't exist. So what we think of as drier seizures are focal seizures where only a part of the brain starts firing when you're have a regular normal seizures not that they're normal. </w:t>
      </w:r>
      <w:r>
        <w:br/>
      </w:r>
    </w:p>
    <w:p w:rsidR="00780C4F" w:rsidRDefault="00000000">
      <w:r>
        <w:t xml:space="preserve">The whole brain fires up and focal seizures only a part of the brain rapid fires. Now we already talked about my Jasper the cockapoo who really suffered with the dryer, but he allowed his dad to use a human hair dryer on him. So I don't know if it was the loudness of the professional dryer or something in the tone. We'll never know because one of the reasons vets don't recognize what we call and what we refer to often is incorrectly as drier seizures is because A they don't happen at the vet and B they're not being monitored by a medical professional at the time they are happening, which is why they are most more </w:t>
      </w:r>
      <w:r>
        <w:lastRenderedPageBreak/>
        <w:t xml:space="preserve">correctly called environmental seizure, because something in the environment is causing the dog to have something of a seizure. </w:t>
      </w:r>
      <w:r>
        <w:br/>
      </w:r>
    </w:p>
    <w:p w:rsidR="00780C4F" w:rsidRDefault="00000000">
      <w:r>
        <w:t xml:space="preserve">But I'm also going to say something super contraband. Yeah, like a dryer, but it could just be the tone. So I'm going to say something else controversial. What exactly is happening and what it's called is only so relevant. What's important is that we know that things like this do happen, that they're incredibly stressful for the dog and that we want to avoid them. All right so sit back there is a little bit of a disturbing video coming just to prep you it is of a dog having a mild seizure and it not to freak you out too badly it could be worse. I when I went through this material, I was a little terrified of what I was gonna see but be prepped. </w:t>
      </w:r>
      <w:r>
        <w:br/>
      </w:r>
    </w:p>
    <w:p w:rsidR="00780C4F" w:rsidRDefault="00000000">
      <w:r>
        <w:t xml:space="preserve">But it could be worse let me see if I can. This is gonna play there we go. </w:t>
      </w:r>
      <w:r>
        <w:br/>
      </w:r>
    </w:p>
    <w:p w:rsidR="00780C4F" w:rsidRDefault="00000000">
      <w:r>
        <w:t xml:space="preserve">I don't know if you can hear the noise, but clearly there is a dryer going on. </w:t>
      </w:r>
      <w:r>
        <w:br/>
      </w:r>
    </w:p>
    <w:p w:rsidR="00780C4F" w:rsidRDefault="00000000">
      <w:r>
        <w:t xml:space="preserve">There's also something else going on in this video that I'm not super thrilled with and we will go into that later. This was done thank you, Mindy. This was done under vet supervision. This particular video was done under its supervision just to see what happens and to, I'm guessing to show the vet. </w:t>
      </w:r>
      <w:r>
        <w:br/>
      </w:r>
    </w:p>
    <w:p w:rsidR="00780C4F" w:rsidRDefault="00000000">
      <w:r>
        <w:t xml:space="preserve">But the groomer did do some things correctly here, which was immediately stopping the dryer when we saw this happen. </w:t>
      </w:r>
      <w:r>
        <w:br/>
      </w:r>
    </w:p>
    <w:p w:rsidR="00780C4F" w:rsidRDefault="00000000">
      <w:r>
        <w:t xml:space="preserve">So those are things that we do not want to happen. </w:t>
      </w:r>
      <w:r>
        <w:br/>
      </w:r>
    </w:p>
    <w:p w:rsidR="00780C4F" w:rsidRDefault="00000000">
      <w:r>
        <w:t xml:space="preserve">Whatever we call it, we want to avoid that. So once again, I love how every class in The Summit seems to work really well together because we need to listen to what the dogs are telling us. So in careful handling. </w:t>
      </w:r>
      <w:r>
        <w:br/>
      </w:r>
    </w:p>
    <w:p w:rsidR="00780C4F" w:rsidRDefault="00000000">
      <w:r>
        <w:t xml:space="preserve">Nope, that's just going to keep going. </w:t>
      </w:r>
      <w:r>
        <w:br/>
      </w:r>
    </w:p>
    <w:p w:rsidR="00780C4F" w:rsidRDefault="00000000">
      <w:r>
        <w:t xml:space="preserve">Two people can be super helpful. This dog is more comfortable laying down, but they may not want to lay down because I found for me at least, the dogs who really want to make you happy, know you want them to stand. And they've stood their whole life for grooming and now you're telling them it's OK to sit down and they're like, it's a trap. You're just going to tell me to stand up. I know you stand up for grooming. </w:t>
      </w:r>
      <w:r>
        <w:br/>
      </w:r>
    </w:p>
    <w:p w:rsidR="00780C4F" w:rsidRDefault="00000000">
      <w:r>
        <w:lastRenderedPageBreak/>
        <w:t xml:space="preserve">I'm not a puppy. I've done this before. I'm going to stand and you see their back legs go in and they really do want to, but they want to lay down for you and they're more comfortable laying down. So you want to be safe and comfortable. This dog isn't hooked up, but there is another person right there holding the dog. </w:t>
      </w:r>
      <w:r>
        <w:br/>
      </w:r>
    </w:p>
    <w:p w:rsidR="00780C4F" w:rsidRDefault="00000000">
      <w:r>
        <w:t xml:space="preserve">Especially with the larger dogs, two people are really helpful to keep them comfortable. And. </w:t>
      </w:r>
      <w:r>
        <w:br/>
      </w:r>
    </w:p>
    <w:p w:rsidR="00780C4F" w:rsidRDefault="00000000">
      <w:r>
        <w:t xml:space="preserve">This dog is going to be a lot more comfy, getting groomed when someone else is keeping them safe while the groomer does what they need to do and they're listening to the dog. </w:t>
      </w:r>
      <w:r>
        <w:br/>
      </w:r>
    </w:p>
    <w:p w:rsidR="00780C4F" w:rsidRDefault="00000000">
      <w:r>
        <w:t xml:space="preserve">So tools of the trade, things that are going to help. We have our different table mats, different leads, the hound hook, E collars because sometimes you can use an E collar instead of a muzzle because it'll give you just enough room it'll not let their mouth get to you and that's for more if there's an issue where they're going to snap because they're in pain because sometimes as careful as we are and as much as we try, we're going to find that sore spot that we didn't know about, that we that didn't show up the past groom and we're going to hit it and they're going to go quit it. </w:t>
      </w:r>
      <w:r>
        <w:br/>
      </w:r>
    </w:p>
    <w:p w:rsidR="00780C4F" w:rsidRDefault="00000000">
      <w:r>
        <w:t xml:space="preserve">And E collar can help keep those teeth away from your mouth. </w:t>
      </w:r>
      <w:r>
        <w:br/>
      </w:r>
    </w:p>
    <w:p w:rsidR="00780C4F" w:rsidRDefault="00000000">
      <w:r>
        <w:t xml:space="preserve">There's the groomer's wall, happy hoodies, different rinseless shampoos because sometimes. </w:t>
      </w:r>
      <w:r>
        <w:br/>
      </w:r>
    </w:p>
    <w:p w:rsidR="00780C4F" w:rsidRDefault="00000000">
      <w:r>
        <w:t xml:space="preserve">They can't tolerate the bath at all, or they can't tolerate the bath every time, or they can only tolerate so much. So you do what you need to do what is best for the dog. Now I'm a very visual person, so let's check out the picture of some of these lovely lovely doohickeys. So you notice the table mats. I like the one that was recommended to me from Angie Pitchin it was a table mat from Pet Edge. They also it's the top paw mat. I like it because it is disinfectable. The there's another product that is, yes, the top performance table mask there's another product out there that's very cushy and very lovely, but it's also kind of porous. </w:t>
      </w:r>
      <w:r>
        <w:br/>
      </w:r>
    </w:p>
    <w:p w:rsidR="00780C4F" w:rsidRDefault="00000000">
      <w:r>
        <w:t xml:space="preserve">So I like these they do give a little extra cushion, a little extra grip, but they're going to be very disinfectable, which is super important. </w:t>
      </w:r>
      <w:r>
        <w:br/>
      </w:r>
    </w:p>
    <w:p w:rsidR="00780C4F" w:rsidRDefault="00000000">
      <w:r>
        <w:t xml:space="preserve">For every pet puppy to senior that we disinfect all of our tools properly between dogs. In that middle picture, we have the groomer's wall is helpful for a couple different reasons on </w:t>
      </w:r>
      <w:r>
        <w:lastRenderedPageBreak/>
        <w:t xml:space="preserve">senior Pats. One is if they're trying to run away, you don't have to lean all the way across the table to chase them. They're not going to be able to fall off the table. If you were between them and that wall. They're not going to run away from you and fall off the table a lot of times they will also feel more secure, like if they're just leaning against it and they're like, OK, I'm good, I'm good, </w:t>
      </w:r>
      <w:r>
        <w:br/>
      </w:r>
    </w:p>
    <w:p w:rsidR="00780C4F" w:rsidRDefault="00000000">
      <w:r>
        <w:t xml:space="preserve">We're fine and be more comfortable with everything. </w:t>
      </w:r>
      <w:r>
        <w:br/>
      </w:r>
    </w:p>
    <w:p w:rsidR="00780C4F" w:rsidRDefault="00000000">
      <w:r>
        <w:t xml:space="preserve">It also kind of yeah, it limits them running around and you can get to them easier. So over here we have the Houndhook, which is very similar to a groomer's helper, a little bit different there are a few different things that work, like the groomer's helper. They are all different enough that you may find one you prefer for various reasons, but it helps keep the dog attached not just this way with the grooming loop, but this way with the grooming loop so they can't spin. Seniors are notorious for doing that spinning thing which could be caused by a few different things, but that helps keep them pointed in the right direction. It also limits their range of movement so that if they're going to snap at you for something because you found the sore spot that didn't exist last time, they're not going to have as great a range of motion to get to you. </w:t>
      </w:r>
      <w:r>
        <w:br/>
      </w:r>
    </w:p>
    <w:p w:rsidR="00780C4F" w:rsidRDefault="00000000">
      <w:r>
        <w:t xml:space="preserve">So right under the groomer's wall are the trach savers, which are by the same company that does the groomer's wall all for groomers. These are where have these been all my life? So one of the issues that's common in a lot of breeds is collapsed trachea. So even when you have something that will help pull the loop away from the trachea, that only moves and I'll demonstrate with my necklace. If I have something attached here that only works if I'm just keeping in this direction. If I'm insistent, if this is attached like this that I'm insistent on doing this, absolutely insistent. </w:t>
      </w:r>
      <w:r>
        <w:br/>
      </w:r>
    </w:p>
    <w:p w:rsidR="00780C4F" w:rsidRDefault="00000000">
      <w:r>
        <w:t xml:space="preserve">It's still going to, it's still going to go and push against my throat. I just irritated myself doing that. </w:t>
      </w:r>
      <w:r>
        <w:br/>
      </w:r>
    </w:p>
    <w:p w:rsidR="00780C4F" w:rsidRDefault="00000000">
      <w:r>
        <w:t xml:space="preserve">So the trach saver is a harness it kind of fits like a bra it goes around to the body and under the arms and it completely avoids this entire area. So it allows you to safely groom dogs that have trachea issues. And a lot of times older dogs have that and have trachea issues that we don't know about or have something going on here that we don't know about, Speaking of things that we don't know what's going on inside the dog. You notice what's not on this list, belly bands. And This is why it was important that I was told that other video was done under vet supervision, because that other video did have something around the dog's hips just under, just for that moment under vet supervision. </w:t>
      </w:r>
      <w:r>
        <w:br/>
      </w:r>
    </w:p>
    <w:p w:rsidR="00780C4F" w:rsidRDefault="00000000">
      <w:r>
        <w:lastRenderedPageBreak/>
        <w:t xml:space="preserve">We do not recommend belly bands because you don't know what's going on internally in that PET and you could cause more damage. Now the trach saver can be used on the rear legs, but this is a put it on, do what you need to do and take it off. Because if they're not standing because it physically hurts to stand, why on earth are we making them stand longer than necessary? </w:t>
      </w:r>
      <w:r>
        <w:br/>
      </w:r>
    </w:p>
    <w:p w:rsidR="00780C4F" w:rsidRDefault="00000000">
      <w:r>
        <w:t xml:space="preserve">So cotton balls are on this list because you can use them in conjunction with the happy hoodie as like a bonus as that extra insulation. But all do not forget to take them out because then you're going to have a possibly damp cotton staying in the dog's ear that could cause issues. Now if I don't have a happy hoodie, if I didn't pack, usually house call so if I didn't pack enough for the day and I 'cause I didn't think I would need 5 and I needed five, I'll sometimes put a teeny bit of ear cleaner in the cotton ball and then put it in the dog's ear before the bath. </w:t>
      </w:r>
      <w:r>
        <w:br/>
      </w:r>
    </w:p>
    <w:p w:rsidR="00780C4F" w:rsidRDefault="00000000">
      <w:r>
        <w:t xml:space="preserve">It helps it stay in the ear more so than just a dry cotton ball. I'm not necessarily concerned with it being wet and in there because two things I am going to remember to take it out and ear cleaner is not water. It is designed to dry very quickly. It's going to dry out and it's also kind of reminding me to clean the ears, because if I've got a cotton ball with a teeny bit of ear cleaner in there as I take it out and give it a good wipe 9 out of 10 times, that's all they need. </w:t>
      </w:r>
      <w:r>
        <w:br/>
      </w:r>
    </w:p>
    <w:p w:rsidR="00780C4F" w:rsidRDefault="00000000">
      <w:r>
        <w:t xml:space="preserve">And it helps it from getting shaken out of the dogs when they shake their head it helps it to not go flying. I didn't say it's going to make it never go flying because it will. It'll just, it'll take that likelihood down a little bit, </w:t>
      </w:r>
      <w:r>
        <w:br/>
      </w:r>
    </w:p>
    <w:p w:rsidR="00780C4F" w:rsidRDefault="00000000">
      <w:r>
        <w:t xml:space="preserve">Right some helpful, extra things. So aftershave menus aftershave after they shave. So this is basically skin care we may be doing things to the skin that we normally wouldn't like shaving my Pomeranian with the heart murmur so he didn't have a heart attack. So we might use a medicated shampoo or other products to ease discomfort. We have that little sling set up for the dogs, so that's gonna help the dog stand, 'cause if you've noticed there are hanging, there's no pressure on any of the joints. We can get to their feet. And it's not like a belly band where it is concentrated in one area it is spread out underneath the entire body of the dog, and it's one of those things that you put it on you do what you need to do and then you take them off. </w:t>
      </w:r>
      <w:r>
        <w:br/>
      </w:r>
    </w:p>
    <w:p w:rsidR="00780C4F" w:rsidRDefault="00000000">
      <w:r>
        <w:t xml:space="preserve">So Mindy likes to use Davis products and medicated shampoos for aftershave and care. Show Foot is a bio groom product that's used often for show dogs to make their paw pads a little bit tacky so that they don't slip on the floor. The pads on older dogs can get really smooth and it can be used to help them grip the grooming table or even be used at home to help them grip the floor because even if after shaving out the paw pads and doing the nails, </w:t>
      </w:r>
      <w:r>
        <w:lastRenderedPageBreak/>
        <w:t xml:space="preserve">if the dogs are still slipping a lot on the floors at home and putting down a lot of rugs isn't practical for that particular home, this could help. </w:t>
      </w:r>
      <w:r>
        <w:br/>
      </w:r>
    </w:p>
    <w:p w:rsidR="00780C4F" w:rsidRDefault="00000000">
      <w:r>
        <w:t xml:space="preserve">And essential oils. I absolutely love a nice calming oil diffuser, but I don't use one at home because I have cats. So if you groom cats in your salon, this is also a very controversial topic. Be careful of essential oil use. Cats do not have the enzyme to process essential oils. </w:t>
      </w:r>
      <w:r>
        <w:br/>
      </w:r>
    </w:p>
    <w:p w:rsidR="00780C4F" w:rsidRDefault="00000000">
      <w:r>
        <w:t xml:space="preserve">Are they going to have a reaction every time the first time no, absolutely not. Could they? Yes. Am I going to take that risk, even if it's only a small risk depending on who you talk to? No, not going to take that risk. </w:t>
      </w:r>
      <w:r>
        <w:br/>
      </w:r>
    </w:p>
    <w:p w:rsidR="00780C4F" w:rsidRDefault="00000000">
      <w:r>
        <w:t xml:space="preserve">But that's me. So thank you very much if there's any more questions we didn't cover, now is the time. I'm going to leave Mindy's Gmail up there sorry, Mindy, if there's case there's any questions that I can't answer. Oh, I did get there's a question says Melissa says are there any essential oils that are OK for cats? </w:t>
      </w:r>
      <w:r>
        <w:br/>
      </w:r>
    </w:p>
    <w:p w:rsidR="00780C4F" w:rsidRDefault="00000000">
      <w:r>
        <w:t xml:space="preserve">Atul, Akbar, Melissa that is a trap. No and i say that is a trap because. </w:t>
      </w:r>
      <w:r>
        <w:br/>
      </w:r>
    </w:p>
    <w:p w:rsidR="00780C4F" w:rsidRDefault="00000000">
      <w:r>
        <w:t xml:space="preserve">My answer to that would be no. But I know that there are other groomers out there who have some fairly strong feelings on that. All right, listen, I'll just, I'll just, I'll just say no. Ok. There's something called a safe percentage on any oil. And but the safe percentage may be so minuscule, it has absolutely no therapeutic value whatsoever so what's the point? Ok. The problem is in our industry, there is no agency that overseas whether or not these things were actually safe and it's up to the manufacturer to make the determination is it pet safe, cat safe. </w:t>
      </w:r>
      <w:r>
        <w:br/>
      </w:r>
    </w:p>
    <w:p w:rsidR="00780C4F" w:rsidRDefault="00000000">
      <w:r>
        <w:t xml:space="preserve">All right. That said, there are other alternatives. There are hydrosols, OK? Hydrosols are the steam distillates. Ok, </w:t>
      </w:r>
      <w:r>
        <w:br/>
      </w:r>
    </w:p>
    <w:p w:rsidR="00780C4F" w:rsidRDefault="00000000">
      <w:r>
        <w:t xml:space="preserve">That tend to be much safer. But you know what? I love my essential oils too and I have essential oils in my house because I don't have cats. Ok. </w:t>
      </w:r>
      <w:r>
        <w:br/>
      </w:r>
    </w:p>
    <w:p w:rsidR="00780C4F" w:rsidRDefault="00000000">
      <w:r>
        <w:t xml:space="preserve">Well, yeah, I would just when I was grooming, cats always had to be the first appointment of the day because, you know, the van was like, thoroughly cleaned the day before. And this way, if I did want to use an essential oil, it would be after There was like no cat coming in for that entire day. Yeah, and I'm probably going to wind up with a small diffuser for my home salon. </w:t>
      </w:r>
      <w:r>
        <w:br/>
      </w:r>
    </w:p>
    <w:p w:rsidR="00780C4F" w:rsidRDefault="00000000">
      <w:r>
        <w:lastRenderedPageBreak/>
        <w:t xml:space="preserve">But just be very careful with when my cat does come in, when I use it. The couple times I have cats and not using it the afternoon before or the day of and I'm married do I want to be controversial? I don't know it's not stopped you so far today. Ok, Melissa, I love how your comment when you said, OK, that's kind of what my researchers told me, and I love that you put research in quotes because very few, very few groomers are researchers. I'm not saying you're not intelligent. </w:t>
      </w:r>
      <w:r>
        <w:br/>
      </w:r>
    </w:p>
    <w:p w:rsidR="00780C4F" w:rsidRDefault="00000000">
      <w:r>
        <w:t xml:space="preserve">I'm not saying you're not brilliant or smart. Well, very few of us are scientists and researchers, </w:t>
      </w:r>
      <w:r>
        <w:br/>
      </w:r>
    </w:p>
    <w:p w:rsidR="00780C4F" w:rsidRDefault="00000000">
      <w:r>
        <w:t xml:space="preserve">So we can read the papers and we can read the research and we can come to our own decisions. But there's a lot of anecdotal evidence going on and there's a lot of research that's just, </w:t>
      </w:r>
      <w:r>
        <w:br/>
      </w:r>
    </w:p>
    <w:p w:rsidR="00780C4F" w:rsidRDefault="00000000">
      <w:r>
        <w:t xml:space="preserve">Well, this has never been a problem with me before and that's not research. And yes, in these things, everything does kind of contradict everything else when you have people, people's opinions, you see and I like to err on the side of caution and I honestly, I do too if there is a 1 % chance that this is going to kill a pet in my care. </w:t>
      </w:r>
      <w:r>
        <w:br/>
      </w:r>
    </w:p>
    <w:p w:rsidR="00780C4F" w:rsidRDefault="00000000">
      <w:r>
        <w:t xml:space="preserve">Because let's be blunt, that's what it's going to come down to if there is that 1 % chance, I I'm not going to, I'm not, I'm not going to do it well and The thing is too is because cats lack the enzymes to metabolize this stuff is stored in their livers and their kidneys, OK. So it builds up over time. It can cause organ failure. So it's not even the first or second it could be the tenth or the twelfth time. It could be the thirtieth time. You know, every animal's going to have different tolerances. Four things. I had three great aunts, all right, who died 9597 and 9099 respectively. </w:t>
      </w:r>
      <w:r>
        <w:br/>
      </w:r>
    </w:p>
    <w:p w:rsidR="00780C4F" w:rsidRDefault="00000000">
      <w:r>
        <w:t xml:space="preserve">They smoked like chimneys, OK, you could not walk in their house and was like opening up the doors. And there was like the scene from Fast Times at Ridgemont, and the smoke would just billow out of the house. Ok, My mother passed away at 51. </w:t>
      </w:r>
      <w:r>
        <w:br/>
      </w:r>
    </w:p>
    <w:p w:rsidR="00780C4F" w:rsidRDefault="00000000">
      <w:r>
        <w:t xml:space="preserve">Ok, Also a smoker. So you know, genetics and personal tolerances have a lot to do with it, right? So again, I'm erring on the side of the caution there. I yeah, I'm airing on, Let's just leave it i'm airing on the side of caution yeah angie's gram is one O 5 she smoked for 40 years angie smokes like a chimney she's going to outlive us all. But not everybody is affected the same way. Yeah not worth the risk. </w:t>
      </w:r>
      <w:r>
        <w:br/>
      </w:r>
    </w:p>
    <w:p w:rsidR="00780C4F" w:rsidRDefault="00000000">
      <w:r>
        <w:t xml:space="preserve">That's young yeah. All right i'm going to stop the recording at this point hold on a second. All right. Do we have any more questions or was that I think we're getting totally off topic? </w:t>
      </w:r>
      <w:r>
        <w:lastRenderedPageBreak/>
        <w:t xml:space="preserve">Yeah, we got way off on the science and. </w:t>
      </w:r>
      <w:r>
        <w:br/>
      </w:r>
    </w:p>
    <w:sectPr w:rsidR="00780C4F"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71D9" w:rsidRDefault="003671D9">
      <w:pPr>
        <w:spacing w:after="0" w:line="240" w:lineRule="auto"/>
      </w:pPr>
      <w:r>
        <w:separator/>
      </w:r>
    </w:p>
  </w:endnote>
  <w:endnote w:type="continuationSeparator" w:id="0">
    <w:p w:rsidR="003671D9" w:rsidRDefault="00367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80C4F" w:rsidRDefault="00000000">
    <w:pPr>
      <w:pStyle w:val="Footer"/>
      <w:jc w:val="center"/>
    </w:pPr>
    <w:r>
      <w:t xml:space="preserve">Page </w:t>
    </w:r>
    <w:r>
      <w:fldChar w:fldCharType="begin"/>
    </w:r>
    <w:r>
      <w:instrText>PAGE</w:instrText>
    </w:r>
    <w:r w:rsidR="00D965FF">
      <w:fldChar w:fldCharType="separate"/>
    </w:r>
    <w:r w:rsidR="00D965FF">
      <w:rPr>
        <w:noProof/>
      </w:rPr>
      <w:t>1</w:t>
    </w:r>
    <w:r>
      <w:fldChar w:fldCharType="end"/>
    </w:r>
    <w:r>
      <w:t>/</w:t>
    </w:r>
    <w:r>
      <w:fldChar w:fldCharType="begin"/>
    </w:r>
    <w:r>
      <w:instrText>NUMPAGES</w:instrText>
    </w:r>
    <w:r w:rsidR="00D965FF">
      <w:fldChar w:fldCharType="separate"/>
    </w:r>
    <w:r w:rsidR="00D965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71D9" w:rsidRDefault="003671D9">
      <w:pPr>
        <w:spacing w:after="0" w:line="240" w:lineRule="auto"/>
      </w:pPr>
      <w:r>
        <w:separator/>
      </w:r>
    </w:p>
  </w:footnote>
  <w:footnote w:type="continuationSeparator" w:id="0">
    <w:p w:rsidR="003671D9" w:rsidRDefault="003671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8174480">
    <w:abstractNumId w:val="8"/>
  </w:num>
  <w:num w:numId="2" w16cid:durableId="1928147220">
    <w:abstractNumId w:val="6"/>
  </w:num>
  <w:num w:numId="3" w16cid:durableId="1869023452">
    <w:abstractNumId w:val="5"/>
  </w:num>
  <w:num w:numId="4" w16cid:durableId="1730686235">
    <w:abstractNumId w:val="4"/>
  </w:num>
  <w:num w:numId="5" w16cid:durableId="411779919">
    <w:abstractNumId w:val="7"/>
  </w:num>
  <w:num w:numId="6" w16cid:durableId="1308389299">
    <w:abstractNumId w:val="3"/>
  </w:num>
  <w:num w:numId="7" w16cid:durableId="1897741840">
    <w:abstractNumId w:val="2"/>
  </w:num>
  <w:num w:numId="8" w16cid:durableId="187112171">
    <w:abstractNumId w:val="1"/>
  </w:num>
  <w:num w:numId="9" w16cid:durableId="1443303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671D9"/>
    <w:rsid w:val="00780C4F"/>
    <w:rsid w:val="00AA1D8D"/>
    <w:rsid w:val="00B47730"/>
    <w:rsid w:val="00CB0664"/>
    <w:rsid w:val="00D965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6B440713-F21A-3F4C-AF0A-F11E4FCF9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11101</Words>
  <Characters>63279</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74232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2023-11-27T02:08:00Z</dcterms:created>
  <dcterms:modified xsi:type="dcterms:W3CDTF">2023-11-27T02:08:00Z</dcterms:modified>
  <cp:category/>
</cp:coreProperties>
</file>