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269C" w:rsidRDefault="00000000">
      <w:pPr>
        <w:pStyle w:val="Title"/>
      </w:pPr>
      <w:r>
        <w:t>Lighten Up</w:t>
      </w:r>
    </w:p>
    <w:p w:rsidR="006B269C" w:rsidRDefault="006B269C"/>
    <w:p w:rsidR="006B269C" w:rsidRDefault="00000000">
      <w:r>
        <w:rPr>
          <w:b/>
        </w:rPr>
        <w:t>Date</w:t>
      </w:r>
      <w:r>
        <w:t xml:space="preserve">    2023-11-26</w:t>
      </w:r>
    </w:p>
    <w:p w:rsidR="006B269C" w:rsidRDefault="006B269C"/>
    <w:p w:rsidR="006B269C" w:rsidRDefault="00000000">
      <w:r>
        <w:t xml:space="preserve">Ok, everybody, welcome to the third workshop of Positive Educational Trainings, Behavior Summit. So we're starting off this session with Chrissy Newmeyer Smith. And this is a new workshop, isn't it? Oh, yeah. So I mean, generally they're never the same anytime that this is a brand new one awesome i'm excited. So anyway, all yours. Hello everybody. So first of all, I'll let you know i'm trying to monitor the chat also, I encourage questions i want lots of questions i like answering your questions. Second, you will see from this little picture here. Lighten up it's OK to pet play and be friendly. </w:t>
      </w:r>
      <w:r>
        <w:br/>
      </w:r>
    </w:p>
    <w:p w:rsidR="006B269C" w:rsidRDefault="00000000">
      <w:r>
        <w:t xml:space="preserve">Yeah, I let dogs lick me. Oh my God, someone out there is really upset but it's when you know a particular pet, you know they're healthy. Sometimes making yourself a little vulnerable and helping them play with us is going to make a difference it does not mean we get on the floor and let every single dog touch our face, but you will see a lot of face licking. I get it sometimes people aren't into that that's not the only way to play. But this particular picture kind of cracks me up and I think it sets the tone for lighten up. </w:t>
      </w:r>
      <w:r>
        <w:br/>
      </w:r>
    </w:p>
    <w:p w:rsidR="006B269C" w:rsidRDefault="00000000">
      <w:r>
        <w:t xml:space="preserve">It's OK to pet play and be friendly. I'm Chris Enemeyer Smith, and some of the initials behind my name you might not recognize there's MGBS, which is Master Groomer, Behavior Specialist. It's the one that Ashley has also 'cause she took my class. There's Certified Professional Groomer, which we all recognize from IPG, but there's also a Certified Behavior Consultant for canines and Certified Professional Dog Trainer, and those are dog training certifications sort of like Certified Groomer and Master Groomer kind of in parallel. And then fear free Certified Professional because I did both the Grimmer and the trainer versions and I have the Creating Great Grooming Dogs podcast, which is all about where grooming and training meet. </w:t>
      </w:r>
      <w:r>
        <w:br/>
      </w:r>
    </w:p>
    <w:p w:rsidR="006B269C" w:rsidRDefault="00000000">
      <w:r>
        <w:t xml:space="preserve">They're like 20 minute lessons basically to help you with the dog that you might be working on at that moment. How cool is that? But I do want to start this off by saying that I'm going to try to reference some of the stuff that's already been talked about because I think a good seminar we all kind of linked together, We've already had Angie, we've already had Ashley their presentations were fabulous. So I might reference those and if you have questions, let me know. So like I said, first of all, lighten up. I think that sometimes we think that we have to be very serious and we don't. Or that the only way to help a dog feel comfortable is like </w:t>
      </w:r>
      <w:r>
        <w:lastRenderedPageBreak/>
        <w:t xml:space="preserve">with treats. </w:t>
      </w:r>
      <w:r>
        <w:br/>
      </w:r>
    </w:p>
    <w:p w:rsidR="006B269C" w:rsidRDefault="00000000">
      <w:r>
        <w:t xml:space="preserve">But it does not need to be treats. So let's go into my first video. I have a number of videos here we'll circle back what to this one, but this one just cracks me up. I thought I had said it so that you aren't going to hear volume, but you might. These guys gave me flowers for Valentine's Day. We start off by playing. We end with playing and we have three dogs with three different play styles. </w:t>
      </w:r>
      <w:r>
        <w:br/>
      </w:r>
    </w:p>
    <w:p w:rsidR="006B269C" w:rsidRDefault="00000000">
      <w:r>
        <w:t xml:space="preserve">So, oh, I thought I'd pause it in time. This does not mean I want a belly rub, which is why I'm rubbing her back end instead. She's not asking for a belly rub it's one of the things that we accidentally do we're like, oh, belly what she's doing is saying like, oh, I'm kind of cringing a little bit i'm a little bit like, worried, which some of our dogs are these guys are actually behavior cases. You wouldn't believe that, would you? And then there's Ruby, who's on my lap right now she mostly just wants a little bit of snuggles, and Charlie will climb up into your face and want to kiss you. </w:t>
      </w:r>
      <w:r>
        <w:br/>
      </w:r>
    </w:p>
    <w:p w:rsidR="006B269C" w:rsidRDefault="00000000">
      <w:r>
        <w:t xml:space="preserve">But starting off with grooming and playing a little bit before we set up and playing a little bit after has made a huge difference with just about every behavior case I've ever worked. Now, I will also tell everybody I am a house call groomer. There's some real challenges to getting video and pictures and house call. So while I wish I had a lot more of them, it can be really hard because sometimes there's personal stuff in the background or pictures of kids or people walking by. I have to be kind of careful about that. But you will see a lot of kitchens, living rooms, laundry rooms. So this is an example these dogs are excited to see me. </w:t>
      </w:r>
      <w:r>
        <w:br/>
      </w:r>
    </w:p>
    <w:p w:rsidR="006B269C" w:rsidRDefault="00000000">
      <w:r>
        <w:t xml:space="preserve">How do we think this plays out when the groomer comes over or when they see the groomer like, wait, that's my friend who does all the weird stuff and things to me, not the person who does the weird stuff and things to me. The friend who does the weird stuff and things to me on me around me with loud stuff, right? I say stuff and things a lot because if you think about the categories of objects we're using, most of these dogs only see those tools or those objects during grooming sessions, so this is really weird for them. </w:t>
      </w:r>
      <w:r>
        <w:br/>
      </w:r>
    </w:p>
    <w:p w:rsidR="006B269C" w:rsidRDefault="00000000">
      <w:r>
        <w:t xml:space="preserve">So if I start off with let's love on each other and let's have some fun and matching whatever that dog thinks is pleasant, this isn't necessarily about treats or about toys it's about adding pleasantness, pleasantness how can we help this dog bond with us a little bit and help this experience be more pleasant? So why do dogs have trouble with grooming? We need to talk about that too because we can't just make it a play session and expect our problems to go away. </w:t>
      </w:r>
      <w:r>
        <w:br/>
      </w:r>
    </w:p>
    <w:p w:rsidR="006B269C" w:rsidRDefault="00000000">
      <w:r>
        <w:lastRenderedPageBreak/>
        <w:t xml:space="preserve">There are some reasons why dogs have trouble with grooming and the first thing I want you to really get from this is that groom dogs have trouble during grooming because grooming is unpleasant, uncomfortable, and or scary like straight up that's why they have a problem it's not because they don't respect you, It's not because they're untrained it's not because really at the at the big point of this is that if they feel comfortable with something, the behavior problem usually can recede, OK, they find it unpleasant so even a dog who's really excited and like, hey, I want to play with you. This isn't play time, and not having playtime when one wants to play can be unpleasant. </w:t>
      </w:r>
      <w:r>
        <w:br/>
      </w:r>
    </w:p>
    <w:p w:rsidR="006B269C" w:rsidRDefault="00000000">
      <w:r>
        <w:t xml:space="preserve">A lot of the things that we do are uncomfortable and a lot of the things that we do are scary. Now, I peppered in some pictures because I think they're pretty hilarious and I want you to think about the playtime stuff. So these four Kissons, when I would come over, I'm house call i don't do large dogs i did the brush outs on them. I did brush outs and nails every four weeks two of them got a full brush out, all of them got nails and then we'd flip them around, right? These four dogs are usually not great with people. </w:t>
      </w:r>
      <w:r>
        <w:br/>
      </w:r>
    </w:p>
    <w:p w:rsidR="006B269C" w:rsidRDefault="00000000">
      <w:r>
        <w:t xml:space="preserve">I became their friend. So here we are on the sofa, either before or after grooming hard to say i can't remember from the picture it was a while back, but this is how we start and finish a session Now. You might be thinking in a grooming setting i can't do that. But what if it's a matter of just goofing off with them a little bit when they're on the table? Little bit of petting, a little bit of touching, a little bit of talking to them. </w:t>
      </w:r>
      <w:r>
        <w:br/>
      </w:r>
    </w:p>
    <w:p w:rsidR="006B269C" w:rsidRDefault="00000000">
      <w:r>
        <w:t xml:space="preserve">Little bit goes a long way. These dogs, like I said, not usually great with other people, but with me they were like, that's my friend who does the things I'm not real thrilled with, all right? And that makes it less scary. It might still be unpleasant and it might still be uncomfortable, and those are separate problems for us to work on. But what if just lightening the mood is enough for that dog to feel like this isn't as scary? I have support from this human who cares about me, and I know sometimes people think, well, that's a little wishy washy. No, I want the dogs to think that I care about them as I do. </w:t>
      </w:r>
      <w:r>
        <w:br/>
      </w:r>
    </w:p>
    <w:p w:rsidR="006B269C" w:rsidRDefault="00000000">
      <w:r>
        <w:t xml:space="preserve">They're my little fuzzy buddies, and it also helps us to interact with them in a way that's more normal. What I mean by that is, if you're a dog living in a house, your owners probably play with you and talk to you and touch you, and to have another human come in and be all business and weird is weird in and of itself, right so let's think about it. Unpleasant, uncomfortable, or scary can change just by us trying to be their buddy. </w:t>
      </w:r>
      <w:r>
        <w:br/>
      </w:r>
    </w:p>
    <w:p w:rsidR="006B269C" w:rsidRDefault="00000000">
      <w:r>
        <w:t xml:space="preserve">So let's talk about some of the examples of challenges faced during grooming. Same dogs. You're here too. Of them on me. The third one's over here barking. I can't even tell them apart right at this, these pictures. The third one's over here doing the 'cause she's super excited the fourth one is probably on the back of the couch, ready to pounce onto my right </w:t>
      </w:r>
      <w:r>
        <w:lastRenderedPageBreak/>
        <w:t xml:space="preserve">side. They think we're having fun. So when the challenges of strangers come up, I'm not a stranger, right so our examples of challenges are things like strangers, other dogs, which in house call I don't have to deal with, but in a grooming setting we often do a grooming van you probably don't have to worry about other dogs, but when you walk from the van to the house, that could be experiencing other dogs walking in the neighborhood, right? Maybe not up close, but it doesn't take up close to become frightening. </w:t>
      </w:r>
      <w:r>
        <w:br/>
      </w:r>
    </w:p>
    <w:p w:rsidR="006B269C" w:rsidRDefault="00000000">
      <w:r>
        <w:t xml:space="preserve">We do lots of loud noises, there's lots of touching there are a lot of challenges. But what if we can get rid of this top one that challenges strangers by not being a stranger? It just seems so obvious when you word it that way, doesn't it like, maybe a little too obvious, Maybe it seems a little too simple. But if we can help them feel like this is a person in my life, this is one of the people that I can trust, that I can listen to who's looking out for me. So again, playing with these Kissons oh, I miss them they moved. I miss them so much. We should assume that dogs are going to have difficulty with grooming. </w:t>
      </w:r>
      <w:r>
        <w:br/>
      </w:r>
    </w:p>
    <w:p w:rsidR="006B269C" w:rsidRDefault="00000000">
      <w:r>
        <w:t xml:space="preserve">Let's just assume that I think it's pretty amazing how many dogs don't have a problem with grooming. So we should be assuming they're going to have a problem and we should plan ahead and try to make things easier before we even meet that dog for the first time. Plan ahead. Think about like, how can I set this dog up to have a really good experience? And there are lots of ways to do that and beyond the scope of this particular class but what if one of those things is to plan ahead for a little bit of meet and greet? And sometimes that's called a meet and treat. </w:t>
      </w:r>
      <w:r>
        <w:br/>
      </w:r>
    </w:p>
    <w:p w:rsidR="006B269C" w:rsidRDefault="00000000">
      <w:r>
        <w:t xml:space="preserve">But something that says like, hey, let me let me bond with you for a minute or two. Now that's part of a plan. If we're meeting a dog for a first time. And why not, right? I know sometimes people get worried. Where will I find the time i don't have the time. We charge for our time, charge for it. This is part of getting to know your dog, make it part of the cost of that particular session. </w:t>
      </w:r>
      <w:r>
        <w:br/>
      </w:r>
    </w:p>
    <w:p w:rsidR="006B269C" w:rsidRDefault="00000000">
      <w:r>
        <w:t xml:space="preserve">But we should assume the dog's going to have difficulty and plan ahead. And one of the ways we can make things easier is to spend some time getting to know them. Spend some time and you might be pleasantly surprised that a dog is great on the first session. The way I see it, from my point of view, I'm always trying to plan ahead and make things as easy as possible. I've got, like, the pheromone diffusers, I've got the music going, all the all the those things. Because I'm not running a study, I'll throw everything in the kitchen sink into that moment to try to help that dog have their best experience. </w:t>
      </w:r>
      <w:r>
        <w:br/>
      </w:r>
    </w:p>
    <w:p w:rsidR="006B269C" w:rsidRDefault="00000000">
      <w:r>
        <w:t xml:space="preserve">I don't care which one worked i don't care which one didn't work. If they're harmless, let's just do all of it. And some dogs really respond to us getting to know them. Because our goal, the total goal, is that we want trust. Good behavior kind of follows along with that. But we </w:t>
      </w:r>
      <w:r>
        <w:lastRenderedPageBreak/>
        <w:t xml:space="preserve">want these dogs to trust us so that they can learn to be good. We should be thinking about teaching them to be good. We shouldn't be thinking about like good dogs are just good, you know, dogs who don't do grooming right are bad dogs and dogs who do grooming right are good dogs. </w:t>
      </w:r>
      <w:r>
        <w:br/>
      </w:r>
    </w:p>
    <w:p w:rsidR="006B269C" w:rsidRDefault="00000000">
      <w:r>
        <w:t xml:space="preserve">So if you are not familiar with me yet, constantly talking about the three C's which are calm, comfortable and cooperative, that's the goal that's the dog who is easy to groom, The dog who is a joy to groom. The dog who's well prepared for our grooming services is a dog who happens to be calm. They happen to be comfortable, whether that's physical comfort, You know, we're giving them good footing, we're letting them lean on something if they're an older dog, whatever that physical comfort is, or it's comfortable with our tools and our processes and the ways that need to be touched and maneuvered and then cooperative, right. This is the other 3C cooperative we want them to work with us and there's some give and take to that. </w:t>
      </w:r>
      <w:r>
        <w:br/>
      </w:r>
    </w:p>
    <w:p w:rsidR="006B269C" w:rsidRDefault="00000000">
      <w:r>
        <w:t xml:space="preserve">Dog training refers to groomers talk about holistic grooming. Dog trainers talk about cooperative care, which is where the animal is actively part of this process. And instead of seeing like a foot wiggle as a as a dog who is resisting, see it as a dog who isn't yet comfortable? How can I help you be more comfortable? And that's where cooperation comes in, right? Cooperation takes 2. </w:t>
      </w:r>
      <w:r>
        <w:br/>
      </w:r>
    </w:p>
    <w:p w:rsidR="006B269C" w:rsidRDefault="00000000">
      <w:r>
        <w:t xml:space="preserve">It takes both of us. It's different than calm, comfortable and obedient, right obedient doesn't take two. Cooperation takes two. We give and take a little bit, and that's how we can help these dogs learn to be good for grooming, because they're going to have grooming needs their entire life. Now, I used to groom a lot of kitties. I stopped grooming kitties a long time ago because house call, it was just a little chaotic for cats. Maybe it was my owners and my lack of experience with setting good boundaries with owners back when I used to do it. </w:t>
      </w:r>
      <w:r>
        <w:br/>
      </w:r>
    </w:p>
    <w:p w:rsidR="006B269C" w:rsidRDefault="00000000">
      <w:r>
        <w:t xml:space="preserve">But all of these things are things that you should think about with your cats also, you know, how do we bond with a cat or a Bunny or a horse or any animal that we're going to be working with? So I don't want you to feel like it's just dogs. The three C's calm, comfortable and cooperative. Absolutely when I've worked with cats, when I've worked with horses, when I've worked with cows, that's just what our goal is for good behavior. Just that we're not used to thinking about it that way. </w:t>
      </w:r>
      <w:r>
        <w:br/>
      </w:r>
    </w:p>
    <w:p w:rsidR="006B269C" w:rsidRDefault="00000000">
      <w:r>
        <w:t xml:space="preserve">In addition to that, I want you to think about the dogs who are awesome, awesome, awesome for grooming, right the dog that you're like, oh, I can fit him in sure come on, you know, 'cause he's going to be great, and I know everything he's going to do. They happen to be calm, they happen to be comfortable, and they happen to be cooperative. So this is a goal and one of the ways that we can work on that is to help teach them to trust us and to enjoy </w:t>
      </w:r>
      <w:r>
        <w:lastRenderedPageBreak/>
        <w:t xml:space="preserve">our company. </w:t>
      </w:r>
      <w:r>
        <w:br/>
      </w:r>
    </w:p>
    <w:p w:rsidR="006B269C" w:rsidRDefault="00000000">
      <w:r>
        <w:t xml:space="preserve">So let's if there are any questions again, go ahead and type them in the chat i'm here, but I want you to think about how do scared dogs behave. So here's another one of my customers. She's got a little muzzle on and we'll talk about her in a second but aggressive dogs feel threatened. We don't often think about aggression as a fear response. But feeling threatened means that you think something is going to happen something is going to be terribly unpleasant something's going to be scary, something's going to be uncomfortable things we just talked about uncomfortable, unpleasant, scary. So when a dog feels threatened, they might show their teeth growling air snaps, Maybe muzzle punching? Are you guys familiar with muzzle punching? I'm a border collie person it's such a border collie thing to do. </w:t>
      </w:r>
      <w:r>
        <w:br/>
      </w:r>
    </w:p>
    <w:p w:rsidR="006B269C" w:rsidRDefault="00000000">
      <w:r>
        <w:t xml:space="preserve">They leave their nose closed actually, you knew the hand puppets were going to come out. They leave their nose closed and they smack you with it and it's something that they do in hurting it's sort of like listen, shock and awe i'm fast enough to really do some damage but I'm choosing not to, which I'd prefer muzzle punching over actually grabbing. But then there are non injuring bites and injuring bites. And I want you to know, and this is really important, a dog that bites you and didn't do damage did not miss. </w:t>
      </w:r>
      <w:r>
        <w:br/>
      </w:r>
    </w:p>
    <w:p w:rsidR="006B269C" w:rsidRDefault="00000000">
      <w:r>
        <w:t xml:space="preserve">They're not trying to hurt you. And sometimes just knowing that can help us go wait a minute, that dog wasn't trying to hurt me. They're still negotiating with us. I see a question. Hello Melissa. Is it helpful for a salon owner to assign dogs to the same groomer each time too? You know, I think that in the beginning it can be really helpful and then they have like one person that they're getting to know and they're learning to trust. But at each time that they come, unless it's a grooming van or something like that where they only are exposed to 1 groomer, but to have them get used to the other people in the room also. </w:t>
      </w:r>
      <w:r>
        <w:br/>
      </w:r>
    </w:p>
    <w:p w:rsidR="006B269C" w:rsidRDefault="00000000">
      <w:r>
        <w:t xml:space="preserve">So I think it's a good idea to have them being worked with one person or maybe 2, because some dogs do require two people maybe. The way I word it with my owners because I don't have another groomer with me is if I need my owners to hold a dog, they are my consoler. Like I do not want you to tighten down i do not want you to restrain. You're there for the mummy loves you pep talk. You're there for cuddles and for snuggles and to make sure this dog doesn't walk off the table, you know or to help cradle them in their arms in a in a more comfortable position for the elderly dogs that I'm trying to do nails on so they don't have to stand things like that. </w:t>
      </w:r>
      <w:r>
        <w:br/>
      </w:r>
    </w:p>
    <w:p w:rsidR="006B269C" w:rsidRDefault="00000000">
      <w:r>
        <w:t xml:space="preserve">But we do want them to get to know all of the groomers in your salon. Just each dog is going to be a little bit different and trying to make some time for that. So circling back. Aggression happens because dogs feel threatened, and that's a type of fear. And if we become their </w:t>
      </w:r>
      <w:r>
        <w:lastRenderedPageBreak/>
        <w:t xml:space="preserve">friend sometimes, oh good, I'm glad it makes sense, I see it in the chat. But if we become their friend, sometimes that feeling of being feeling threatened goes away. Now I'm going to talk for a second about this little girly in this in this customer's lap. We made a lot of modifications for her. Now she's wearing a muzzle. </w:t>
      </w:r>
      <w:r>
        <w:br/>
      </w:r>
    </w:p>
    <w:p w:rsidR="006B269C" w:rsidRDefault="00000000">
      <w:r>
        <w:t xml:space="preserve">I'm not for muzzles or against muzzles i don't have a black and white view of any of our tools. In her particular case, the first time I groomed her with her history from somebody else that she is not good for it. When she did decide to turn around and try to bite, it was full blown. I'm going to try to do damage and at my face. That was her target so. </w:t>
      </w:r>
      <w:r>
        <w:br/>
      </w:r>
    </w:p>
    <w:p w:rsidR="006B269C" w:rsidRDefault="00000000">
      <w:r>
        <w:t xml:space="preserve">This little sweetheart was going to wear a muzzle, but we would do around her face and we always tried to make her feel comfortable. So she's in her owner's lap. She feels threatened. We're trying to help her feel comfortable, but also maintaining some safety. And if you look in this next slide, this is her after I took the muzzle off. Right we would do put it on, take it off. Can dogs look smiley? Can they look happy yeah actually, she's not particularly stressed out. We worked with that muzzle so that it did not scare her. So she's like, oh, hi. And I think I had just done a little bit of trimming around her eyes and a little bit around her ears and took the muzzle off for a second give her some cookies, pet her a little bit, put it back on. </w:t>
      </w:r>
      <w:r>
        <w:br/>
      </w:r>
    </w:p>
    <w:p w:rsidR="006B269C" w:rsidRDefault="00000000">
      <w:r>
        <w:t xml:space="preserve">We cannot trust her without it, and we know she has made some really bad decisions, but she is not afraid now we're also making a lot of accommodations for her she's in her mommy's arms. But I want you to think about there are three FS. You guys are used to me talking about the three CS, but here are three FS. If a dog is frightened, if a dog is scared, if something really scary is happening, their instinctive behavior is to freeze, to flee, or to fight it off. </w:t>
      </w:r>
      <w:r>
        <w:br/>
      </w:r>
    </w:p>
    <w:p w:rsidR="006B269C" w:rsidRDefault="00000000">
      <w:r>
        <w:t xml:space="preserve">And we don't pick which one of those we choose. And humans do it too. We do it too. So right now, if you're on a computer and suddenly a spider falls on your lap, most of us would at least startle like, oh, we didn't expect that. But there are people who would freeze and fear if it's something that they find frightening. There are people who would, like, toss the computer and run out of the room. </w:t>
      </w:r>
      <w:r>
        <w:br/>
      </w:r>
    </w:p>
    <w:p w:rsidR="006B269C" w:rsidRDefault="00000000">
      <w:r>
        <w:t xml:space="preserve">And then there are people who would smash their computer, just hit it until it's gone, right? Those things don't make sense, right in two of those cases, we've destroyed a computer we've thrown it across the room while we went to run, or we smashed it because we're ready to kill the thing that fell on it. These are instinctive behaviors, and you don't get to choose which one you're going to do. So when our dogs are frightened, the three things that we are looking for is, did they freeze? Are they ready to try to run away? And are they fighting us? The thing that's tricky in dog grooming is that freeze can look like a dog who is </w:t>
      </w:r>
      <w:r>
        <w:lastRenderedPageBreak/>
        <w:t xml:space="preserve">being still and being good for grooming. </w:t>
      </w:r>
      <w:r>
        <w:br/>
      </w:r>
    </w:p>
    <w:p w:rsidR="006B269C" w:rsidRDefault="00000000">
      <w:r>
        <w:t xml:space="preserve">So you have to know like the difference between I'm holding still and I'm being good versus I'm frozen and tense and locked up. That's the difference so you have to be watching for that and running away we block that so they're on a grooming loop or a trach saver or a belly band like we're blocking them, being able to run away. So nature's going to tell them we'll try this third thing. If nothing else is working, try the next one. Ok, so think about those three FS. </w:t>
      </w:r>
      <w:r>
        <w:br/>
      </w:r>
    </w:p>
    <w:p w:rsidR="006B269C" w:rsidRDefault="00000000">
      <w:r>
        <w:t xml:space="preserve">And like I said, I've got some pictures peppered in. And actually, how about I just go back to that other picture really quick? There she is, right? Same dog she's like, </w:t>
      </w:r>
      <w:r>
        <w:br/>
      </w:r>
    </w:p>
    <w:p w:rsidR="006B269C" w:rsidRDefault="00000000">
      <w:r>
        <w:t xml:space="preserve">But she's wearing a muzzle because it's really important for her to for us to all stay safe while we are still. Gently petting and talking to her, which is what she responds really well to. Now I will say I don't have any good video of it, but she would come up to me and look for petting, so that was pretty nice too so we would do a little bit of play Now, body language of nervous dogs we need to talk about this a little bit, too, because there are some common body language that really get in the way of grooming and sometimes we see it as a dog who is being resistant, who does not want to be groomed. </w:t>
      </w:r>
      <w:r>
        <w:br/>
      </w:r>
    </w:p>
    <w:p w:rsidR="006B269C" w:rsidRDefault="00000000">
      <w:r>
        <w:t xml:space="preserve">But head turning is a polite way for a dog to say, you're making me nervous. But we are groomers and we're looking directly at this dog's head and we're trying to get something done and he goes, we're like, look at me, he's like, oh God, you're making me so nervous and he's trying to turn away, right? Because head turning is one of those things that they're nervous about, right they're like, I'm nervous. I'm trying not to look at you. I'm trying to diffuse the situation and a dog's point of view that's very polite during grooming. It can be frustrating for us if we don't recognize that as body language. So if we have a dog who's doing the oh, I'm so nervous, this is a good time to play. </w:t>
      </w:r>
      <w:r>
        <w:br/>
      </w:r>
    </w:p>
    <w:p w:rsidR="006B269C" w:rsidRDefault="00000000">
      <w:r>
        <w:t xml:space="preserve">Maybe not put them off the table and get some cookies or throw toys, but they get in there like, buddy, oh, my gosh, you're so nervous you don't need to be i got my hand under your chin you all right you're such a good boy. And I'm going to use my mirror, my camera an awful lot so from a dog's point of view, I have just changed what I'm doing like, hey, all right, let's take a minute. Let's take a minute dude, I'm your friend. I'm trying to do things we do this because we care about dogs, right we're doing this because it helps keep them healthy. </w:t>
      </w:r>
      <w:r>
        <w:br/>
      </w:r>
    </w:p>
    <w:p w:rsidR="006B269C" w:rsidRDefault="00000000">
      <w:r>
        <w:t xml:space="preserve">Sitting is another body language signal that they're nervous about something. They're like, oh, I'm nervous and they sit. Yet we're trying to groom and we're like, Oh my God, please stand up. Oh my God, please stand up. If instead we think about like, OK, are you nervous is </w:t>
      </w:r>
      <w:r>
        <w:lastRenderedPageBreak/>
        <w:t xml:space="preserve">that why you're sitting? Are you exhausted is that why you're sitting? Are you simply uncomfortable but what if they're nervous and that's why they're sitting? A little bit of play, a little bit of friendliness, a little bit of a pep talk, a little bit of petting. I know I was not taught to pet i was taught like just before, we're very stern here and we just get the things done yet. </w:t>
      </w:r>
      <w:r>
        <w:br/>
      </w:r>
    </w:p>
    <w:p w:rsidR="006B269C" w:rsidRDefault="00000000">
      <w:r>
        <w:t xml:space="preserve">Talking to them, playing with them a little bit like, OK, buddy, I just hold on my friend. Let's just take a deep breath together, Yeah, You're a good boy. Can you stand up for me, 'cause it's always when you're trying to get their ears, even that for me anyway, like, now you're at the front of the dog and you don't have a way to hold them up and they're like, I'm gonna sit. </w:t>
      </w:r>
      <w:r>
        <w:br/>
      </w:r>
    </w:p>
    <w:p w:rsidR="006B269C" w:rsidRDefault="00000000">
      <w:r>
        <w:t xml:space="preserve">So thinking about sitting as body language to say, like, you're putting a lot of social pressure on me and I'm trying really hard to diffuse it. Ok. Leaning away is another one. Like, OK, I'm kind of nervous. They lean away for a reason. And so if we think about that as body language and address the nervousness before we worry about the position we want. So hopefully that makes sense. We address the nervousness before we worry about like and now stand again or give me your paw or let me look at your ear or let me do whatever I need to do. </w:t>
      </w:r>
      <w:r>
        <w:br/>
      </w:r>
    </w:p>
    <w:p w:rsidR="006B269C" w:rsidRDefault="00000000">
      <w:r>
        <w:t xml:space="preserve">Think about are they nervous and can we help them feel more comfortable? We want to avoid fear responses. We don't want them to be afraid. Now this little guy, Gus gus so Gus is another one of my little behavior cases they're pretty much all of my dogs are pretty much behavior cases. He's a little bit nervous here. Can you see that his face is like, you know, he has a huge underbite, big underbite, but he's a little bit nervous and he looks like he needs some reassurance. </w:t>
      </w:r>
      <w:r>
        <w:br/>
      </w:r>
    </w:p>
    <w:p w:rsidR="006B269C" w:rsidRDefault="00000000">
      <w:r>
        <w:t xml:space="preserve">Can you guys see that? So when I have a dog who looks nervous and needs reassurance, yeah, I'm going to jump in and reassure him, I'm going to go in and pet him, you know, at this point we've got the towel out we're getting ready to squeeze him out and instead of consoling him, I was a jerk who took a picture for purposes. But then after that, I'm like, hey Gus, can I get you to lighten up? Are you OK? Can we be buddies? Are you all right? And for as much as he's a behavior case and so is his sister, he really doesn't show anything with me anymore. </w:t>
      </w:r>
      <w:r>
        <w:br/>
      </w:r>
    </w:p>
    <w:p w:rsidR="006B269C" w:rsidRDefault="00000000">
      <w:r>
        <w:t xml:space="preserve">I do ask the owners to pick him up if he's in a crate to pick him up, take him out of the crate and hand him to me i don't think I want to put the kind of pressure on him to have me reach into his crate, but if he's out on the floor, he often comes over and lets me pick him up because we spend time getting to know each other. I'm Chrissy and I'm your friend and we do some playing and I don't always put you on the table when I pick you up. </w:t>
      </w:r>
      <w:r>
        <w:br/>
      </w:r>
    </w:p>
    <w:p w:rsidR="006B269C" w:rsidRDefault="00000000">
      <w:r>
        <w:lastRenderedPageBreak/>
        <w:t xml:space="preserve">Sometimes I pick you up, give you some snuggles, put you back down and continue setting up. You see how this can start to help a dog who is afraid. So next part, what do we look like while we're grooming? If dogs are afraid of this social pressure, right that then if you think about it in terms of social pressure, like this groomer, this person is making me really nervous they're doing lots of stuff that I think is weird, and I try to tell them that I think it's weird and please stop. </w:t>
      </w:r>
      <w:r>
        <w:br/>
      </w:r>
    </w:p>
    <w:p w:rsidR="006B269C" w:rsidRDefault="00000000">
      <w:r>
        <w:t xml:space="preserve">And sometimes they listen and sometimes they don't. We need to be better at listening. That's part of cooperative, us being cooperative with them. But let's think about what we look like while we're grooming. Because if you walked into someone else's backyard and went to pick their dog up and do some of the things that we as groomers do, everyone would be like, well, of course he bit you know, Like the things we do are just plain weird. So we need to think about that we need to think about the things that we do, the way it affects these pets in our care. So if we are looking at a dog and we're trying to do stuff, we should be thinking about what we look like while we're grooming. </w:t>
      </w:r>
      <w:r>
        <w:br/>
      </w:r>
    </w:p>
    <w:p w:rsidR="006B269C" w:rsidRDefault="00000000">
      <w:r>
        <w:t xml:space="preserve">So what kind of faces do we make while we're grooming? Ok, I'm going to use my camera i have to, </w:t>
      </w:r>
      <w:r>
        <w:br/>
      </w:r>
    </w:p>
    <w:p w:rsidR="006B269C" w:rsidRDefault="00000000">
      <w:r>
        <w:t xml:space="preserve">Right? We're making some really weird faces. Does anything about that face make you think? Oh, hi. And everything's fine. No, it. So sometimes if we have a dog who's being nervous, it can be a simple matter of us relaxing like, oh baby, are you OK? I can have my hand under a jaw and pet with a finger while I do the things right what if I am actively thinking about like, oh, you OK? Yeah, no, she's a good guy you're so good. Yeah look, to do it again, boy, thinking about the way that we are behaving can help our dogs because we do hard stares, </w:t>
      </w:r>
      <w:r>
        <w:br/>
      </w:r>
    </w:p>
    <w:p w:rsidR="006B269C" w:rsidRDefault="00000000">
      <w:r>
        <w:t xml:space="preserve">Right? And hard stares are threatening. And what do we know about dogs that feel threatened? That's when aggression comes up. Not uncommon for dogs to start being a little bit aggressive about their face and sometimes it's our body language that we're not really aware of. We aren't necessarily thinking about the faces we make while we groom. So I'm going to ask you in the future if you find a dog who's being a little bit nervous about their face to think about, Can I make my body language more pleasant? Can I make myself look friendly while I do this? And maybe it's going to be a new habit. </w:t>
      </w:r>
      <w:r>
        <w:br/>
      </w:r>
    </w:p>
    <w:p w:rsidR="006B269C" w:rsidRDefault="00000000">
      <w:r>
        <w:t xml:space="preserve">I find myself in these habits where I'm like, you know, and i have to lighten it up so if I encounter a problem, if I encounter a dog who finds that really scary, I can relax and be like, </w:t>
      </w:r>
      <w:r>
        <w:br/>
      </w:r>
    </w:p>
    <w:p w:rsidR="006B269C" w:rsidRDefault="00000000">
      <w:r>
        <w:lastRenderedPageBreak/>
        <w:t xml:space="preserve">You're OK Yep, Teaching the same thing for cats, Mary just said, makes so much sense, Teach the same exact thing with cats. And while I'm very dog centric in most of the stuff I'm presenting, these things apply to any individual that we're going to groom. In dog training, we often refer to it as our learner. Ok? If we are talking to another human, this would be the kind of things we're thinking about like hey, can I defuse this situation by looking friendlier? Am I being way too intense? Our own body language is reflected back at us in the way that people interact with us. </w:t>
      </w:r>
      <w:r>
        <w:br/>
      </w:r>
    </w:p>
    <w:p w:rsidR="006B269C" w:rsidRDefault="00000000">
      <w:r>
        <w:t xml:space="preserve">And this might seem off topic i know for me, I get really uncomfortable if I'm standing for a long time and my arms start to cross, which can seem very off putting very aggressive with other humans. So if my arms are crossed, I have to make sure my face is telling the real story, because it's really just me trying to be comfortable while I'm standing around in somebody's living room at the end of a party and I'm like, nice. It's so nice to see you but my arms are crossed in a way that in other ways is very hostile behavior. </w:t>
      </w:r>
      <w:r>
        <w:br/>
      </w:r>
    </w:p>
    <w:p w:rsidR="006B269C" w:rsidRDefault="00000000">
      <w:r>
        <w:t xml:space="preserve">So think about the faces we make when we groom can be something that a dog finds really frightening. Oh, yes melissa says that she crosses her arms because it hurts her shoulders let them hang yeah, that's pretty much it for me, too absolutely you know, And yet we don't necessarily think about how that really to other people, whether they realize it or not, looks very closed off, shut down. Arms are crossed. We need to think about our body language. Think about are we, are we looking like we're being friendly for these dogs? </w:t>
      </w:r>
      <w:r>
        <w:br/>
      </w:r>
    </w:p>
    <w:p w:rsidR="006B269C" w:rsidRDefault="00000000">
      <w:r>
        <w:t xml:space="preserve">And on to the next slide, Sorry about that. The faces we make, Yes. Are we really stressed out to get perfection? And that's when we run into a lot of behavior problems, too. I want you to think about the attitude that we have while we're grooming. Are we rushing? Are we frustrated? Do we have no patience for this dog today? Right maybe this dog is like, Oh my God, I'm really kind of nervous because the last time I've had anybody near that back end was at the vet, and it was scary. Even though we've been grooming that dog for a very long time, their recent experience is telling them this could be scary. </w:t>
      </w:r>
      <w:r>
        <w:br/>
      </w:r>
    </w:p>
    <w:p w:rsidR="006B269C" w:rsidRDefault="00000000">
      <w:r>
        <w:t xml:space="preserve">Are we rushing do we have a lack of patience for this particular dog who we've groomed many times and we're like, Oh, my God, you know, I'm not going to hurt you. And I want to add here, the fear that dogs show us is not because it's a fear of being hurt. Lots of things don't hurt us that we're still afraid of. Has anyone here actually been injured by a snake? Is that why most people who are afraid of snakes are afraid of snakes? You know, those of us who've been injured by a snake aren't afraid of snakes we were playing with a snake we had, you know, we'd go around touching snakes. </w:t>
      </w:r>
      <w:r>
        <w:br/>
      </w:r>
    </w:p>
    <w:p w:rsidR="006B269C" w:rsidRDefault="00000000">
      <w:r>
        <w:t xml:space="preserve">I've been bit by a couple of snakes. Not a big deal, but the people who are afraid of snakes often have no experience with snakes or spiders or tarantulas you know, Think about the </w:t>
      </w:r>
      <w:r>
        <w:lastRenderedPageBreak/>
        <w:t xml:space="preserve">fear of getting hurt isn't necessarily what the fear is all about the fear is about like This seems really out of my control i'm not comfortable with this, and they just keep coming at me. Help them be comfortable by making friends. Well, I see we've got some messages. Let's see. </w:t>
      </w:r>
      <w:r>
        <w:br/>
      </w:r>
    </w:p>
    <w:p w:rsidR="006B269C" w:rsidRDefault="00000000">
      <w:r>
        <w:t xml:space="preserve">It's OK somebody says it makes sense anticipation yeah. Anticipation is definitely one of those things that you're like, oh, gosh, what's going to happen what's going to happen what's going to happen? You know, what if we're, like, aware of it, how do we want to help them calm down? How do we want this dog to react to us like you're OK, you're all right. Can I get you to relax for me before I do the thing that you're clearly sensitive about today, even if you weren't before? And I'm saying that the ones that we groom many times, because I think that it's really easy for us to forget that this dog may have experienced something in their life since the last time we saw them, right? Chrissy in her twenties, could raise this shoulder all the way up. </w:t>
      </w:r>
      <w:r>
        <w:br/>
      </w:r>
    </w:p>
    <w:p w:rsidR="006B269C" w:rsidRDefault="00000000">
      <w:r>
        <w:t xml:space="preserve">Chrissy in her not twenties, can't do that as easily, you know. So we need to think about, like, would I be a little bit nervous if I thought the next step is that you're going to raise my arm up all the way? Yes, I might be nervous about that and I might need someone to reassure me. So let's think about that. You know, these dogs aren't doing it on purpose. That's an important thing for us to think about that they are having a hard time. They're not giving us a hard time they're having a hard time. </w:t>
      </w:r>
      <w:r>
        <w:br/>
      </w:r>
    </w:p>
    <w:p w:rsidR="006B269C" w:rsidRDefault="00000000">
      <w:r>
        <w:t xml:space="preserve">And you might think that they should know better. But really, if something is scary, even if you know to be good, it could still be scary. And the one I hear an awful lot is the dog is a jerk. Like what? Here's the thing. What if we can help them through it, right? What if through our own behavior and through being aware of the body language they're showing us, we can say, sweetheart, let me, let me help you let me help you through this. Let's play. </w:t>
      </w:r>
      <w:r>
        <w:br/>
      </w:r>
    </w:p>
    <w:p w:rsidR="006B269C" w:rsidRDefault="00000000">
      <w:r>
        <w:t xml:space="preserve">Who says this? We as groomers need to learn to listen to body language and understand them and work with them yeah, absolutely we really do. And to know that that's not spoiling, right? That's just, that's just good Animal Handling. So our body language can cause fear. And if you think about the way that we respond to someone who is grumpy, how do we respond? Right the customer who comes in, do we look at them and go, she's really stressed or do we say what a jerk, Right. We need to start thinking about our body language can be causing some fear in how we come off when we're like, OK, and he needs you're already 10 minutes late. </w:t>
      </w:r>
      <w:r>
        <w:br/>
      </w:r>
    </w:p>
    <w:p w:rsidR="006B269C" w:rsidRDefault="00000000">
      <w:r>
        <w:t xml:space="preserve">You need him for two fine, I've got him you know all of our body language with that dog effects them, who affect us, who affect them, who affect us it's a great big circle but we're the ones in charge of this interaction, and we are the ones who can set the tone. So let's talk </w:t>
      </w:r>
      <w:r>
        <w:lastRenderedPageBreak/>
        <w:t xml:space="preserve">about a couple of myths before we continue. I think that if you're here at this behavior conference, you are probably already on board with let's do our best for these dogs, But let's dispel some myths. Silly dogs are misbehaving, can't have silliness. That's misbehaving. But I want you to think, what if we change the mood and that dog gets a little bit silly, but they're no longer afraid of us and it gets us closer to our main goal? I added this picture because it's so silly and I couldn't help myself this is one of my guys at a fly ball tournament we set up a photo booth. </w:t>
      </w:r>
      <w:r>
        <w:br/>
      </w:r>
    </w:p>
    <w:p w:rsidR="006B269C" w:rsidRDefault="00000000">
      <w:r>
        <w:t xml:space="preserve">Can dogs smile yes they can. That silly happy grin, which it's hard for me to get those silly happy grins on film, on camera, because I'm at somebody's house but this is often the kind of like, we're done. You know, you will see them a lot in Angie's pictures when she brings those dogs to the photo booth and they're like, </w:t>
      </w:r>
      <w:r>
        <w:br/>
      </w:r>
    </w:p>
    <w:p w:rsidR="006B269C" w:rsidRDefault="00000000">
      <w:r>
        <w:t xml:space="preserve">These are ways that we can help a dog feel relaxed And if they're silly for a little while, yeah, that's not holding still. It's not the proper behavior but what if the mood changes, and the mood is now that now they are not afraid and they can learn to be more precise in the way that they behave? So, silly dogs yeah, this is my other guy with a great big smile, right? Happy smiley. Here's another myth though we shouldn't spoil the dogs now i want you to think about this idea of spoiling if we are being kind, trying to help the dogs cope, helping to prepare them to be successful for this lifetime of dog grooming. </w:t>
      </w:r>
      <w:r>
        <w:br/>
      </w:r>
    </w:p>
    <w:p w:rsidR="006B269C" w:rsidRDefault="00000000">
      <w:r>
        <w:t xml:space="preserve">15 years is a long time, and they're going to have grooming needs their entire life. What if spending a little bit of time being a little bit silly, goofing around with them, playing with them, Maybe giving them cookies, like taking some time becoming their friend can help them be great for grooming for their whole life. What if, what if, and if it doesn't work? Did we really lose anything by trying to be friends with these dogs? I argue that we haven't really lost anything. </w:t>
      </w:r>
      <w:r>
        <w:br/>
      </w:r>
    </w:p>
    <w:p w:rsidR="006B269C" w:rsidRDefault="00000000">
      <w:r>
        <w:t xml:space="preserve">I think it's really easy for us to go you know what i'm going to spend a little extra time and get to know this dog, you know and again, big smiley faces we like big smiley faces. And as a house called groomer, I know I have a lot more time for things like that. But playing with a dog or spending a couple of moments connecting with them all, right now, the dog grooming world, we often refer to it as energy. And all right, in my personal life, I'm all about energy. </w:t>
      </w:r>
      <w:r>
        <w:br/>
      </w:r>
    </w:p>
    <w:p w:rsidR="006B269C" w:rsidRDefault="00000000">
      <w:r>
        <w:t xml:space="preserve">But I've had to word it entirely different because we often have to talk to an owner who will never, ever, ever, in their whole entire life buy into the idea of energy. But what I tell them is like, I set the mood, I set the tone. And we do that with people we do that with dogs, we do that with cats we do it with horses and goats i've worked with goats. You know that. All of these interactions, we have the opportunity to set the tone, and I don't see that as spoiling. </w:t>
      </w:r>
      <w:r>
        <w:br/>
      </w:r>
    </w:p>
    <w:p w:rsidR="006B269C" w:rsidRDefault="00000000">
      <w:r>
        <w:lastRenderedPageBreak/>
        <w:t xml:space="preserve">Making friends is perfectly reasonable and rational. Here's another myth that the dogs need to respect us, and this kind of comes from like nineteen sixties training. I'm really kind of surprised it's still so prevalent. I mean, I don't want my dogs to not respect me at all, but respect is really a weird word. All right, what does respect mean to you And what does it look like? But is it helping the dog feel comfortable? Now, this little guy in this picture is actually one of my little behavior cases. I know who knew and you'll see some video of him later, But I'm over here snuggling him and he's looking at his mom. So he's not actually looking away from me, but he's looking at his mom but he's really comfortable in my arms. </w:t>
      </w:r>
      <w:r>
        <w:br/>
      </w:r>
    </w:p>
    <w:p w:rsidR="006B269C" w:rsidRDefault="00000000">
      <w:r>
        <w:t xml:space="preserve">He needs to know that the person who's with him makes him feel safe, and what's the harm in that, right? I don't it's not like I'm pleading with him and begging him to be good. It's that I'm like, dude, I want you to lighten up. We're buddies we're friends here you're all right. And that's enough respect, if you will if that's the word that you use, that's enough for them to be like, I respect the fact that you're trying to be friendly with me, that you're trying to help me, that you're trying to make this more comfortable for me. </w:t>
      </w:r>
      <w:r>
        <w:br/>
      </w:r>
    </w:p>
    <w:p w:rsidR="006B269C" w:rsidRDefault="00000000">
      <w:r>
        <w:t xml:space="preserve">So some of those myths, like I said, the is the dog misbehaving silly dogs are misbehaving. You know, we don't want to spoil the dog. We need the dogs to respect us. And I think many of us were taught to groom in a way that's like, OK, just be very businesslike. We don't want them to be silly so we're just going to be very businesslike and not talk to them. But gosh, is that weird. Dogs think that's weird it makes them really uncomfortable. It scares them. So if we can help them relax, help them relax. And with our own human interactions too, I want you to think about there are times where you walk into a room and can set the tone just by saying, hey, good morning, how are you? Instead of are we ready yet? You know the good mornings, the pleasantries, those make a big difference. </w:t>
      </w:r>
      <w:r>
        <w:br/>
      </w:r>
    </w:p>
    <w:p w:rsidR="006B269C" w:rsidRDefault="00000000">
      <w:r>
        <w:t xml:space="preserve">So what can we do to try to change the mood? There are lots of ways that we can change a mood. So one of them is that we can have the owners have a little bit of fun with their dog. Maybe it's at drop off and at pick up in the waiting room. Maybe it's something that you aren't really even necessarily doing. But they start to associate like I'm going to the groomer and we do a little bit of fun stuff. Ok, that might be a first step. Some of our dogs need that first step, so maybe it is some fun with owners. So I'm going to go ahead and here's a video. </w:t>
      </w:r>
      <w:r>
        <w:br/>
      </w:r>
    </w:p>
    <w:p w:rsidR="006B269C" w:rsidRDefault="00000000">
      <w:r>
        <w:t xml:space="preserve">Benny and Chase, </w:t>
      </w:r>
      <w:r>
        <w:br/>
      </w:r>
    </w:p>
    <w:p w:rsidR="006B269C" w:rsidRDefault="00000000">
      <w:r>
        <w:t xml:space="preserve">We're doing some tricks. Get a couple little tricks. He's got his, you know, veterinary shaved down on his front leg. We doing our tricks we're running around. Sometimes that's before a grooming, sometimes it's after. These are ways that we can be like, hey, grooming stuff is also, there's some fun that happens at the same time. Really and OK, let's look at that one again was that 11 seconds in 11 seconds, right. How much time have we really lost? Not </w:t>
      </w:r>
      <w:r>
        <w:lastRenderedPageBreak/>
        <w:t xml:space="preserve">much time at all. That's 11 seconds. They're fun. They're good guys. </w:t>
      </w:r>
      <w:r>
        <w:br/>
      </w:r>
    </w:p>
    <w:p w:rsidR="006B269C" w:rsidRDefault="00000000">
      <w:r>
        <w:t xml:space="preserve">Oh, I'm glad you think they're cute. Let me go on to another one. Now this little girly doesn't care who she plays ball with, but this particular video, she's playing ball with her dad. This is part of Chrissy's here and Chrissy we do this before we do this after she's doing her little jumps. She's so silly, you know, She's having a good time. </w:t>
      </w:r>
      <w:r>
        <w:br/>
      </w:r>
    </w:p>
    <w:p w:rsidR="006B269C" w:rsidRDefault="00000000">
      <w:r>
        <w:t xml:space="preserve">Going through her tricks she's. </w:t>
      </w:r>
      <w:r>
        <w:br/>
      </w:r>
    </w:p>
    <w:p w:rsidR="006B269C" w:rsidRDefault="00000000">
      <w:r>
        <w:t xml:space="preserve">So cute, </w:t>
      </w:r>
      <w:r>
        <w:br/>
      </w:r>
    </w:p>
    <w:p w:rsidR="006B269C" w:rsidRDefault="00000000">
      <w:r>
        <w:t xml:space="preserve">But she was just groomed. Does she seem scared? No. Like whatever mood might have happened during grooming has now been replaced with oh, this is kind of fun. So even though during grooming she was one of my girls who just never really loved it, we would play before and we would play after. Now the purpose is that her lasting impression is Christy's one of her friends. When I come to the house, most of the dogs that I groom give the same kind of like, Oh my God, dad's home, you know, like that kind of wow, yay, you know, because I'm there to play. Then we get busy then we play again sandwich that stuff that's hard in between happy things. </w:t>
      </w:r>
      <w:r>
        <w:br/>
      </w:r>
    </w:p>
    <w:p w:rsidR="006B269C" w:rsidRDefault="00000000">
      <w:r>
        <w:t xml:space="preserve">And yeah, she and her sister are so much fun and they're sensitive little Yorkies. We also need to think about the dogs that we groom like a lot of the dogs I groom are toy breeds because I have like they have to fit in the kitchen sink or a laundry room sink i'm not kneeling on the floor next to bathtubs anymore. So those toy breeds though, what do we know about the toy breeds? The toy breeds were kind of bred to be companions, to be with one person or a couple of people, and to be with them all the time they're snugglers, but they don't do well with strangers. </w:t>
      </w:r>
      <w:r>
        <w:br/>
      </w:r>
    </w:p>
    <w:p w:rsidR="006B269C" w:rsidRDefault="00000000">
      <w:r>
        <w:t xml:space="preserve">The easiest thing in the world is to just not be a stranger. The easiest thing in the world. So we're not a stranger anymore. How cool is that? Here's a Yorkie. Oh my God, this one's so funny. We did not expect this old guy to get all excited, But after his grooming, this is Andy. He's about like, I think he's 16 at this point. He's playing with his mom he's so excited, you know? But he's all excited. Grooming for him has been something really pleasant. </w:t>
      </w:r>
      <w:r>
        <w:br/>
      </w:r>
    </w:p>
    <w:p w:rsidR="006B269C" w:rsidRDefault="00000000">
      <w:r>
        <w:t xml:space="preserve">That's me playing with my fingers in front of him. And he's so goofy. We did not expect him to perk up and have a good case of the sillies. But he's having a good case of the sillies because we encourage that at the beginning, and we encourage it at the end. And during grooming, at any signs of stress, they start snuggling in on him. You all right? You OK? You </w:t>
      </w:r>
      <w:r>
        <w:lastRenderedPageBreak/>
        <w:t xml:space="preserve">know, Oh my God, he's such a sweet little guy. </w:t>
      </w:r>
      <w:r>
        <w:br/>
      </w:r>
    </w:p>
    <w:p w:rsidR="006B269C" w:rsidRDefault="00000000">
      <w:r>
        <w:t xml:space="preserve">But in typical Yorkie fashion, how many of our little Yorkies are challenging dogs to groom? What if you make friends with them and it changes the whole interaction That even though during grooming they might still be like, oh, I don't really dig this part, you know, he's so silly. Oh, you're they're your favorite breed i know, I know. They really are so cute, you know, But you would think after grooming they'd be like, I'm exhausted and I just want to go home, right? But what about when we play with them now it's like I'm looking forward to that at the end of grooming i'm looking forward to it actually, as much as they are, but they're like, oh cool, Now we do zoomies around the house or something, and even in a in a shop setting that could just be we're on the table, we're goofing around a little bit, petting giggles, maybe some snuggles for some. </w:t>
      </w:r>
      <w:r>
        <w:br/>
      </w:r>
    </w:p>
    <w:p w:rsidR="006B269C" w:rsidRDefault="00000000">
      <w:r>
        <w:t xml:space="preserve">He's so goofy. I just love him so much. He is one of the ones who has sadly passed away a few years ago, my little buddy, but those are some examples of dogs that just need some play time now here's another one of my old guys. He doesn't necessarily need to play with anybody he just wants to go and be silly and that's fine. You know, he's having himself a good time. He's like, I'm rubbing around. I'm relaxed, you know, look at the body language he's like, I'm having fun. Life is good i'm relaxed i got my mouth hanging open i'm like, you know, we can change the whole mood of the grooming by thinking about adding some play. </w:t>
      </w:r>
      <w:r>
        <w:br/>
      </w:r>
    </w:p>
    <w:p w:rsidR="006B269C" w:rsidRDefault="00000000">
      <w:r>
        <w:t xml:space="preserve">And here we go. Get into the next slide. We can also add some snuggles, cuddles, some sillies. Here is a little girly, another behavior case I know Charlie is climbing over to me, and I have two videos of Charlie. She tends to do this very submissive puppy stuff. But then I get down low, too, and she's like, I can't get lower than you i'm like, well, I'm going to keep getting lower. And that's what gets her to relax. </w:t>
      </w:r>
      <w:r>
        <w:br/>
      </w:r>
    </w:p>
    <w:p w:rsidR="006B269C" w:rsidRDefault="00000000">
      <w:r>
        <w:t xml:space="preserve">She's like, Oh yeah, I keep trying to tell Charlie if she does this for every human she meets, she would have thousands of human friends but instead she has her parents and me as her trusted inner circle. She's not like this with everybody. </w:t>
      </w:r>
      <w:r>
        <w:br/>
      </w:r>
    </w:p>
    <w:p w:rsidR="006B269C" w:rsidRDefault="00000000">
      <w:r>
        <w:t xml:space="preserve">And again, there's a lot of face licking, but this is a dog i know, a situation i'm aware of being safe, but this is how we greet and this is how we end. And here's another one of her. She does look a little nervous, doesn't she? But this is what she does. She keeps climbing underneath me, so I'm giving her snuggly wuggies, playing with her the way her parents do. You know, she trusts me. I'm not putting myself in danger or at risk. This has been built, but she's so silly. </w:t>
      </w:r>
      <w:r>
        <w:br/>
      </w:r>
    </w:p>
    <w:p w:rsidR="006B269C" w:rsidRDefault="00000000">
      <w:r>
        <w:lastRenderedPageBreak/>
        <w:t xml:space="preserve">And what she's going to do it again. This is where she wants to crawl under she's like, I want to be underneath you. I don't know why she just likes it that way so I'm willing to accommodate that she wants to be underneath me, and I'm like, we can do that, let's be silly together, you know? But while we're grooming, the silliness has to change, right i can stop and reassure and talk to her a little bit and Oh my God, she's so cute. Now let's get back to work and do a little bit and I know you're so cute you know, her attention span at this age, especially 'cause she was about a year old at this point, is really small. </w:t>
      </w:r>
      <w:r>
        <w:br/>
      </w:r>
    </w:p>
    <w:p w:rsidR="006B269C" w:rsidRDefault="00000000">
      <w:r>
        <w:t xml:space="preserve">So if we have a small attention span, we just in between things, just like, that was all brave. We're getting you some brave and have fun, right we love dogs. This is stuff that we enjoy working with dogs. We like dogs, so we should have fun with them. Here is another little girly. This was after her groom, but we play beforehand and play after. Here's another case of she just wanted some snugglies this day I get on the floor, she doesn't want her belly rubbed. She's trying to be really submissive In that way. I feel like I need to talk a little bit about submission and dominance but submission is offered, not demanded. </w:t>
      </w:r>
      <w:r>
        <w:br/>
      </w:r>
    </w:p>
    <w:p w:rsidR="006B269C" w:rsidRDefault="00000000">
      <w:r>
        <w:t xml:space="preserve">It's a it's a way for a dog to say like, listen, you can be in charge. And often they are submissive with me because the things that I do have told them I am in charge and I and I need to do some things for you and I'm also your buddy. So I get a lot of those, kind of like, oh, I'm on my back, I'm wigglies. But I try to get down super, super low and they're like, how can I get lower than you if you keep getting lower too? There are lots of variables with play. </w:t>
      </w:r>
      <w:r>
        <w:br/>
      </w:r>
    </w:p>
    <w:p w:rsidR="006B269C" w:rsidRDefault="00000000">
      <w:r>
        <w:t xml:space="preserve">And this is not where you start, right like, hey, here's a dog i don't know, I'm going to get on the floor and put my face next to them will get you hurt. But this is a girl I've known for a long time. And here she is she's like, I just want to play a little bit. I'm going to snuggle you know? There she goes again she's like, ah, a little tail wagon doing her little lickins. You know, making friends can be a huge difference in how these dogs perceive us. Here is a puppy. This is the second or third time I groomed her. </w:t>
      </w:r>
      <w:r>
        <w:br/>
      </w:r>
    </w:p>
    <w:p w:rsidR="006B269C" w:rsidRDefault="00000000">
      <w:r>
        <w:t xml:space="preserve">She's like, Oh my gosh, you're fun. Yeah, he's fun. </w:t>
      </w:r>
      <w:r>
        <w:br/>
      </w:r>
    </w:p>
    <w:p w:rsidR="006B269C" w:rsidRDefault="00000000">
      <w:r>
        <w:t xml:space="preserve">Trying to. She had been walking around eating the hair off the floor we're like, he's silly pants. I'm not as good at getting video like I said, sometimes this is an owner taking video and owners never think to take a video when I come in so a lot of these are after groom videos, but for a puppy to think that part of grooming is OK, well, we have the part where we pay attention, but then we sort of the fun part. It's sort of like when you were in school and we have our time at the desk and then we have recess, right? We have we have time to play. </w:t>
      </w:r>
      <w:r>
        <w:br/>
      </w:r>
    </w:p>
    <w:p w:rsidR="006B269C" w:rsidRDefault="00000000">
      <w:r>
        <w:lastRenderedPageBreak/>
        <w:t xml:space="preserve">We're going to make time to play in some level in some way, but we can also have you be calm, comfortable and cooperative for the times when we need that. But why not make friends? Here is another video and I had just done a trim on him and honestly I'm just trying to take a look at him to see how the trim came out but all he wants to do is follow me around and goof off. So I tried to get a little bit of video. </w:t>
      </w:r>
      <w:r>
        <w:br/>
      </w:r>
    </w:p>
    <w:p w:rsidR="006B269C" w:rsidRDefault="00000000">
      <w:r>
        <w:t xml:space="preserve">I was trying to get him ready for one of the grooming shows to compete, but I didn't get into, I didn't get my entry in time. It was like closed within minutes. </w:t>
      </w:r>
      <w:r>
        <w:br/>
      </w:r>
    </w:p>
    <w:p w:rsidR="006B269C" w:rsidRDefault="00000000">
      <w:r>
        <w:t xml:space="preserve">But he's like, I just want to play and I'm like, all right, then let's play. You know? And I don't care if he jumps up on me, here he comes, he's going to oh, thanks. It's a nice trim. So he got him up on me, giving him some love. He was a good guy he just needs a little bit of play, you know, He had a lot of focus for a long time for me to do that trim. </w:t>
      </w:r>
      <w:r>
        <w:br/>
      </w:r>
    </w:p>
    <w:p w:rsidR="006B269C" w:rsidRDefault="00000000">
      <w:r>
        <w:t xml:space="preserve">Why not goof around with him a little bit before and after our times to play? And I know I got to watch my time. All righty. All right, here's another one of my little guys. After grooming, he chooses to come back over he needs his snuggles. He needs some love. That's what he wants. Not interested in toys. I suppose if I had a cookie, he'd probably take it. He really just wants to be rubbed on. He wants someone to snuggle him. </w:t>
      </w:r>
      <w:r>
        <w:br/>
      </w:r>
    </w:p>
    <w:p w:rsidR="006B269C" w:rsidRDefault="00000000">
      <w:r>
        <w:t xml:space="preserve">Why not? Right we work with dogs, 'cause we love them. Why wouldn't we want to snuggle them? He's like, yeah, and he just keeps coming back over. </w:t>
      </w:r>
      <w:r>
        <w:br/>
      </w:r>
    </w:p>
    <w:p w:rsidR="006B269C" w:rsidRDefault="00000000">
      <w:r>
        <w:t xml:space="preserve">Get it a bit of snuggles. He's. </w:t>
      </w:r>
      <w:r>
        <w:br/>
      </w:r>
    </w:p>
    <w:p w:rsidR="006B269C" w:rsidRDefault="00000000">
      <w:r>
        <w:t xml:space="preserve">A good boy. He's really cute. </w:t>
      </w:r>
      <w:r>
        <w:br/>
      </w:r>
    </w:p>
    <w:p w:rsidR="006B269C" w:rsidRDefault="00000000">
      <w:r>
        <w:t xml:space="preserve">And see he wants to stay there. He's like, Nah, I'm still here. Like give him a couple of chances do you want to walk away he's like, Nah, no. </w:t>
      </w:r>
      <w:r>
        <w:br/>
      </w:r>
    </w:p>
    <w:p w:rsidR="006B269C" w:rsidRDefault="00000000">
      <w:r>
        <w:t xml:space="preserve">Unfortunately his head shaking is because he has chronic ear problems my poor little guy. Another example, Giving cookies after a grooming my little Pomeranian buddies. And you get one and you get one, right? This doesn't take a long time. This is time we can spend just helping these animals feel like they are with a trusted friend. Trusted friend can make a huge difference. Palms are the best yeah, I know i think so too i think so too. </w:t>
      </w:r>
      <w:r>
        <w:br/>
      </w:r>
    </w:p>
    <w:p w:rsidR="006B269C" w:rsidRDefault="00000000">
      <w:r>
        <w:lastRenderedPageBreak/>
        <w:t xml:space="preserve">These two little girlies are so cute, you know? But look at that was, let's see, how long was that? 28 seconds, right we sometimes start thinking it's going to take a long time most of these little video clips are less than a minute. Some of them are only 5 or 10 seconds. So remember, in the beginning we had this, these three dogs, they'd give me flowers for Valentine's Day, right? But we've got Charlie. We've seen her already climb in my head. You know, that's the way she likes to play Olive over here and on the doggy bed. </w:t>
      </w:r>
      <w:r>
        <w:br/>
      </w:r>
    </w:p>
    <w:p w:rsidR="006B269C" w:rsidRDefault="00000000">
      <w:r>
        <w:t xml:space="preserve">Just want someone to snuggle her. And Ruby, the white one who's roaming around, doesn't want her sisters to tackle her while she's getting love. So she comes over knowing I'm going, I'm not going to let them tackle her. Right so we've got the two little long haired Chihuahuas in there. </w:t>
      </w:r>
      <w:r>
        <w:br/>
      </w:r>
    </w:p>
    <w:p w:rsidR="006B269C" w:rsidRDefault="00000000">
      <w:r>
        <w:t xml:space="preserve">So I want you to think about the other way that we can play with them. We goofing around. We have toys and we have tugs we only have a couple more videos, I promise. This is one of my little buddies after grooming, we'd toss the toy around and she's like, yes, finally someone's really going to do some play. </w:t>
      </w:r>
      <w:r>
        <w:br/>
      </w:r>
    </w:p>
    <w:p w:rsidR="006B269C" w:rsidRDefault="00000000">
      <w:r>
        <w:t xml:space="preserve">She's going along there she goes, you know, woo Hoo flicking it back. She was a circus dog she actually would throw things up to whatever her owners were doing. A lot of toys went into soup and they actually took all the toys away unless they were playing, because once she threw one up on the stove and it caught fire. So she was a circus dog, though she had great aim she'd flick it to wherever she wanted it to go. </w:t>
      </w:r>
      <w:r>
        <w:br/>
      </w:r>
    </w:p>
    <w:p w:rsidR="006B269C" w:rsidRDefault="00000000">
      <w:r>
        <w:t xml:space="preserve">Again, that's a 44 second, 44 seconds. How can you do playtime at a spa? That is a great question let me get through these last two videos and we'll talk a little bit more about that. This is one of my little Terrier guys and making friends with the terrier. Think about what they like to do. This dog wants to tug he wants to roughhouse. I'm tugging with him, and his owners are older they're in their seventies they don't play tug as rough as I do so he's finally, like, </w:t>
      </w:r>
      <w:r>
        <w:br/>
      </w:r>
    </w:p>
    <w:p w:rsidR="006B269C" w:rsidRDefault="00000000">
      <w:r>
        <w:t xml:space="preserve">Being his friend, made the all the difference in the world, right? I mean, I'm spinning them around. I get some air at one point, you know, goofing around with them. This is what he needed to make friends like this makes me a friend now the things I do not offend him the way that they did before I was his friend and he's like, yeah, shove me around, kick me, growl a little bit. </w:t>
      </w:r>
      <w:r>
        <w:br/>
      </w:r>
    </w:p>
    <w:p w:rsidR="006B269C" w:rsidRDefault="00000000">
      <w:r>
        <w:t xml:space="preserve">Lots of things that you would think would be a deterrent for dogs. I'm growling with them he's like, yeah, finally someone's having some fun with me. </w:t>
      </w:r>
      <w:r>
        <w:br/>
      </w:r>
    </w:p>
    <w:p w:rsidR="006B269C" w:rsidRDefault="00000000">
      <w:r>
        <w:lastRenderedPageBreak/>
        <w:t xml:space="preserve">And during grooming, think about, like, the things we can do during grooming. Yeah, cuz the terrier exactly that's how you're friends with the terrier. So things that we can do at the spa as playtime, it might just be a little bit of goofing off on the table, right? And that's the hard part when you're at the grooming shop, but maybe it's when you bring them back to their owner and a little bit of time, a little bit of goofing off out in the out in your waiting area, A minute or two forty seconds worth of i gave you 2 cookies where I tugged with you a little bit before I sent you home. </w:t>
      </w:r>
      <w:r>
        <w:br/>
      </w:r>
    </w:p>
    <w:p w:rsidR="006B269C" w:rsidRDefault="00000000">
      <w:r>
        <w:t xml:space="preserve">It's hard to do in a grooming room. It's certainly really distracting for the other animals. We have a lot of, you know, sharp tools hanging around, so we have to be careful about it. But I want you to think about like that ability to spend a moment or two goofing off with a dog, right? And darn it, we're at 4:00 So. </w:t>
      </w:r>
      <w:r>
        <w:br/>
      </w:r>
    </w:p>
    <w:p w:rsidR="006B269C" w:rsidRDefault="00000000">
      <w:r>
        <w:t xml:space="preserve">Sometimes if you are working with dogs who live together, a chance to play with a trusted friend can be helpful. So this was the border collie in there is my guy one of my guys, and that's Chewie we already saw him and they get a chance to play together they're having a good time. That's not something that most of us can do. But if you groom at something like a doggy daycare, that could be something that they have a trusted friend or if your house call they're play with them with both of their siblings, things like that. You know, there are lots of ways to incorporate a little bit of fun. And do I have a minute to show a few more, Mary? </w:t>
      </w:r>
      <w:r>
        <w:br/>
      </w:r>
    </w:p>
    <w:p w:rsidR="006B269C" w:rsidRDefault="00000000">
      <w:r>
        <w:t xml:space="preserve">Yes, you do i do awesome. This was during a grooming. He's tired he's having trouble he's like, Oh my God, how long is this gonna last we're already, like, 58 minutes into a grooming. I just paused for a second to pet him, </w:t>
      </w:r>
      <w:r>
        <w:br/>
      </w:r>
    </w:p>
    <w:p w:rsidR="006B269C" w:rsidRDefault="00000000">
      <w:r>
        <w:t xml:space="preserve">Walked over, got him a cookie. We need to let go of the idea that they're winning. If they wiggle a little bit and we pause. Right then I went back to brushing him. </w:t>
      </w:r>
      <w:r>
        <w:br/>
      </w:r>
    </w:p>
    <w:p w:rsidR="006B269C" w:rsidRDefault="00000000">
      <w:r>
        <w:t xml:space="preserve">He didn't win or lose he was like, hey, I'm a little stressed out, this is taking a long time, so I gave him a chance. Here's another section of that grooming. Now we're an hour and 6 minutes in i was brushing him and he's like, oh, I need a break. Just take a second. Talk to him, relax with him this is what he likes. Other dogs like different things. Do you see how my face is now i'm really thinking about what my face is saying, which is sort of like, all right, we're. </w:t>
      </w:r>
      <w:r>
        <w:br/>
      </w:r>
    </w:p>
    <w:p w:rsidR="006B269C" w:rsidRDefault="00000000">
      <w:r>
        <w:t xml:space="preserve">Sunny, you're OK. I'm moving closer to the camera so you can see the looks that he's giving me because he is so cute. He's like, oh ha, yeah, this is the break I needed. I took a couple minutes. We don't need to do a lot. This is during grooming. He's not finished yet. He's like, oh, thank you for talking to me he is really cute and he and here I am laughing, 'cause I'm </w:t>
      </w:r>
      <w:r>
        <w:lastRenderedPageBreak/>
        <w:t xml:space="preserve">like, yeah, you're not convincing me to stop grooming you. </w:t>
      </w:r>
      <w:r>
        <w:br/>
      </w:r>
    </w:p>
    <w:p w:rsidR="006B269C" w:rsidRDefault="00000000">
      <w:r>
        <w:t xml:space="preserve">But this is the little bit of a break he needed for us to be able to move on with some more stuff. So that was like 2 minutes tops, right, Couple of minutes. And now we're back on to another tool and here's another one from that same grooming. So now we are like an hour and 34 minutes. Now it's like snuggle eat and some cookie. He's all done right? House calls a little bit different because we do need to do start to finish, right? Put him on the floor, switch the camera over, and here he is he's like, yay, I did it. </w:t>
      </w:r>
      <w:r>
        <w:br/>
      </w:r>
    </w:p>
    <w:p w:rsidR="006B269C" w:rsidRDefault="00000000">
      <w:r>
        <w:t xml:space="preserve">You know, his grooming wasn't perfect his grooming session wasn't perfect but we spent a little over an hour and a half, got it all done. And he's having a good time, right? Somebody wrote in here that, yeah, that that's why you hate rushing yeah the body language of rushing is stressful for them. And I want you to think about each grooming session is planting the seeds for future grooming sessions so what did he learn in this particular session and how does that affect him? How is that going to help him be a better dog when he's being groomed? So incorporating it into your grooming. </w:t>
      </w:r>
      <w:r>
        <w:br/>
      </w:r>
    </w:p>
    <w:p w:rsidR="006B269C" w:rsidRDefault="00000000">
      <w:r>
        <w:t xml:space="preserve">What if you just start out with your next grooming? Thinking about the dog's point of view, thinking about your body language, thinking about your stress levels and how to maintain those. And also what this dog might find enjoyable. Because that's really what we want them to walk away with like, yeah, she does all that weird stuff, but she likes me. She really likes me. And here is my contact information. </w:t>
      </w:r>
      <w:r>
        <w:br/>
      </w:r>
    </w:p>
    <w:p w:rsidR="006B269C" w:rsidRDefault="00000000">
      <w:r>
        <w:t xml:space="preserve">Would love to follow up with any of you. And if you do follow up with me for a question or something and I don't get back to you right away, like within a couple days, text me again. Messages get lost for me all the time. So hopefully you guys enjoyed that does anyone have questions? Oh, yes i see the You love building positive, calm relationships yeah, that's awesome. </w:t>
      </w:r>
      <w:r>
        <w:br/>
      </w:r>
    </w:p>
    <w:p w:rsidR="006B269C" w:rsidRDefault="00000000">
      <w:r>
        <w:t xml:space="preserve">They're so fun. </w:t>
      </w:r>
      <w:r>
        <w:br/>
      </w:r>
    </w:p>
    <w:p w:rsidR="006B269C" w:rsidRDefault="00000000">
      <w:r>
        <w:t xml:space="preserve">Ok, All right, back to me. All right, so thank you all right, let me stop the recording stop stop. </w:t>
      </w:r>
      <w:r>
        <w:br/>
      </w:r>
    </w:p>
    <w:sectPr w:rsidR="006B269C"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42C6" w:rsidRDefault="00AB42C6">
      <w:pPr>
        <w:spacing w:after="0" w:line="240" w:lineRule="auto"/>
      </w:pPr>
      <w:r>
        <w:separator/>
      </w:r>
    </w:p>
  </w:endnote>
  <w:endnote w:type="continuationSeparator" w:id="0">
    <w:p w:rsidR="00AB42C6" w:rsidRDefault="00AB4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269C" w:rsidRDefault="00000000">
    <w:pPr>
      <w:pStyle w:val="Footer"/>
      <w:jc w:val="center"/>
    </w:pPr>
    <w:r>
      <w:t xml:space="preserve">Page </w:t>
    </w:r>
    <w:r>
      <w:fldChar w:fldCharType="begin"/>
    </w:r>
    <w:r>
      <w:instrText>PAGE</w:instrText>
    </w:r>
    <w:r w:rsidR="00440E83">
      <w:fldChar w:fldCharType="separate"/>
    </w:r>
    <w:r w:rsidR="00440E83">
      <w:rPr>
        <w:noProof/>
      </w:rPr>
      <w:t>1</w:t>
    </w:r>
    <w:r>
      <w:fldChar w:fldCharType="end"/>
    </w:r>
    <w:r>
      <w:t>/</w:t>
    </w:r>
    <w:r>
      <w:fldChar w:fldCharType="begin"/>
    </w:r>
    <w:r>
      <w:instrText>NUMPAGES</w:instrText>
    </w:r>
    <w:r w:rsidR="00440E83">
      <w:fldChar w:fldCharType="separate"/>
    </w:r>
    <w:r w:rsidR="00440E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42C6" w:rsidRDefault="00AB42C6">
      <w:pPr>
        <w:spacing w:after="0" w:line="240" w:lineRule="auto"/>
      </w:pPr>
      <w:r>
        <w:separator/>
      </w:r>
    </w:p>
  </w:footnote>
  <w:footnote w:type="continuationSeparator" w:id="0">
    <w:p w:rsidR="00AB42C6" w:rsidRDefault="00AB42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4617848">
    <w:abstractNumId w:val="8"/>
  </w:num>
  <w:num w:numId="2" w16cid:durableId="247160651">
    <w:abstractNumId w:val="6"/>
  </w:num>
  <w:num w:numId="3" w16cid:durableId="1463696090">
    <w:abstractNumId w:val="5"/>
  </w:num>
  <w:num w:numId="4" w16cid:durableId="1775247936">
    <w:abstractNumId w:val="4"/>
  </w:num>
  <w:num w:numId="5" w16cid:durableId="1872647469">
    <w:abstractNumId w:val="7"/>
  </w:num>
  <w:num w:numId="6" w16cid:durableId="1985743018">
    <w:abstractNumId w:val="3"/>
  </w:num>
  <w:num w:numId="7" w16cid:durableId="1867021085">
    <w:abstractNumId w:val="2"/>
  </w:num>
  <w:num w:numId="8" w16cid:durableId="1768765482">
    <w:abstractNumId w:val="1"/>
  </w:num>
  <w:num w:numId="9" w16cid:durableId="339234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0E83"/>
    <w:rsid w:val="006B269C"/>
    <w:rsid w:val="00AA1D8D"/>
    <w:rsid w:val="00AB42C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B440713-F21A-3F4C-AF0A-F11E4FCF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8656</Words>
  <Characters>49342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2023-11-26T23:11:00Z</dcterms:created>
  <dcterms:modified xsi:type="dcterms:W3CDTF">2023-11-26T23:11:00Z</dcterms:modified>
  <cp:category/>
</cp:coreProperties>
</file>