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1D6C" w:rsidRDefault="00000000">
      <w:pPr>
        <w:pStyle w:val="Title"/>
      </w:pPr>
      <w:r>
        <w:t>The Difficult Dog</w:t>
      </w:r>
    </w:p>
    <w:p w:rsidR="00CF1D6C" w:rsidRDefault="00CF1D6C"/>
    <w:p w:rsidR="00CF1D6C" w:rsidRDefault="00000000">
      <w:r>
        <w:rPr>
          <w:b/>
        </w:rPr>
        <w:t>Date</w:t>
      </w:r>
      <w:r>
        <w:t xml:space="preserve">    2023-11-27</w:t>
      </w:r>
    </w:p>
    <w:p w:rsidR="00CF1D6C" w:rsidRDefault="00CF1D6C"/>
    <w:p w:rsidR="00CF1D6C" w:rsidRDefault="00000000">
      <w:r>
        <w:t xml:space="preserve">So everybody, welcome to day two of positive educational trainings, Behavior and Handling Summit we are starting off with Barb Hoover with the Difficult Dog. Good morning. There we go. That's me. I'm so happy and excited for these kind of these topics, the handling, the behavior. I've been grooming for, you know, nearly 40 years and not always proud of some of the handling that I did. </w:t>
      </w:r>
      <w:r>
        <w:br/>
      </w:r>
    </w:p>
    <w:p w:rsidR="00CF1D6C" w:rsidRDefault="00000000">
      <w:r>
        <w:t xml:space="preserve">But I mean, when you know better, you do better. And there's just been so many advances in behavior, in training, in the way we see things and we see dogs that, you know, the more we know, the better we can make it for the dog. You know, I'm come from old school where you know it. At the time, it wasn't uncommon for two or three people to hold a dog down and get it done. So, you know, I've been through all this and I'm not ever saying that, you know, I'm above and I've that I'm better than anyone because i've done it. </w:t>
      </w:r>
      <w:r>
        <w:br/>
      </w:r>
    </w:p>
    <w:p w:rsidR="00CF1D6C" w:rsidRDefault="00000000">
      <w:r>
        <w:t xml:space="preserve">I've been that person i was that grimmer that's how I was trained to do it. But I found, you know, some different ways that make me happier and the dog a lot happier. </w:t>
      </w:r>
      <w:r>
        <w:br/>
      </w:r>
    </w:p>
    <w:p w:rsidR="00CF1D6C" w:rsidRDefault="00000000">
      <w:r>
        <w:t xml:space="preserve">It started with Cola, my beautiful dog there. She was an odd dog. She had been found abandoned she was, oh, you know, a couple days old she still had an umbilical cord. I took her in as a foster for our rescue group. Obviously I felt that. But i was raising a puppy. Now granted, I know that raising puppies because singletons can be a little harder for their social dynamic, but we had other dogs, so she still had all those good dog skills. I had good dog friends. We did everything right. But she just. </w:t>
      </w:r>
      <w:r>
        <w:br/>
      </w:r>
    </w:p>
    <w:p w:rsidR="00CF1D6C" w:rsidRDefault="00000000">
      <w:r>
        <w:t xml:space="preserve">Wasn't as social as I had wanted, wasn't as friendly strangers were bad. But the tell tale with her was she hated to be picked up. I absolutely hated it, which was really bizarre because she was carried around a lot as a puppy and she had to be bottle fed every couple of hours she went everywhere with me, sometimes stuck in my bag or under my coat if she had all the things. So in a perfect world, she should have been the most socialized puppy ever. </w:t>
      </w:r>
      <w:r>
        <w:br/>
      </w:r>
    </w:p>
    <w:p w:rsidR="00CF1D6C" w:rsidRDefault="00000000">
      <w:r>
        <w:t xml:space="preserve">She should have been rock solid she should have been able to handle any kind of handling to her, nothing should have been a big deal. But you know, that just wasn't who she was. So </w:t>
      </w:r>
      <w:r>
        <w:lastRenderedPageBreak/>
        <w:t xml:space="preserve">she was a few years old and I remember picking her up to put her in the tub and she made really ugly noises at me. It was normal for her she always made those ugly noises when I picked her up. I thought to myself, you know, if you weren't my dog, I wouldn't be grimming her any longer not after making those kind of ugly noises. </w:t>
      </w:r>
      <w:r>
        <w:br/>
      </w:r>
    </w:p>
    <w:p w:rsidR="00CF1D6C" w:rsidRDefault="00000000">
      <w:r>
        <w:t xml:space="preserve">And then there was just kind of a light bulb moment it's like maybe there's a reason she's making those noises and doesn't want me to pick her up and. But you know, she seems fine so I took her to work with me and told my boss, the vet i said, you know, let's get some X-rays done, maybe on her hips. He looked at me like I was kind of crazy, you know well, tell me how she's doing. And she jumps on and off the furniture on the bed, She sleeps with me, She goes up and down the stairs, she plays in the yard and she's like, well, yeah, doesn't sound like there's anything going on. </w:t>
      </w:r>
      <w:r>
        <w:br/>
      </w:r>
    </w:p>
    <w:p w:rsidR="00CF1D6C" w:rsidRDefault="00000000">
      <w:r>
        <w:t xml:space="preserve">And so he had me Walker and runner and he watched and he said, you know, everything looks good. But I just had a really, I had a gut feeling. So we did the X-rays and he came back out with him and there was such deformity in her pelvis and hips it was incredible. </w:t>
      </w:r>
      <w:r>
        <w:br/>
      </w:r>
    </w:p>
    <w:p w:rsidR="00CF1D6C" w:rsidRDefault="00000000">
      <w:r>
        <w:t xml:space="preserve">Sadly, I pulled the X-rays out to do take a picture and show them on this. They were old X-rays this was a long time ago. They didn't age well or I didn't storm well, so I apologize for not having those. But it was surprising that she could even walk. And you know, the best guess then was that she had just, you know, compensated she had muscle development, holding things together and you know, do you really wasn't anything that was terribly noticeable before her, unless you picked her up, which then had me go back to as she was a puppy. And if she hated to be held, she hated to be picked up. </w:t>
      </w:r>
      <w:r>
        <w:br/>
      </w:r>
    </w:p>
    <w:p w:rsidR="00CF1D6C" w:rsidRDefault="00000000">
      <w:r>
        <w:t xml:space="preserve">Our first thought, you know, she's scared it's up high so you coddle and you make him feel secure and you hold him close. You know, I would have friends and good dog friends that would I'd go, you know, meet him so she could meet with him and I'd hand her over and they 'd hold her secure because they could tell how much she didn't like it. And we're all thought we were doing this amazing thing, trying to make her feel secure. </w:t>
      </w:r>
      <w:r>
        <w:br/>
      </w:r>
    </w:p>
    <w:p w:rsidR="00CF1D6C" w:rsidRDefault="00000000">
      <w:r>
        <w:t xml:space="preserve">And my guess is all that holding her tight and secure hurt like the Dickens. We didn't catch that. Now, my nephew at the time was probably four, I think, and she adored him more than anybody. And he would tuck her under his arm and just walk all through the house with her and they would go do things and go watch cartoons together. And when he held her tucked up under his arm, her legs dangled. And so, you know, looking back, I can see that, well, that makes perfect sense, Absolutely perfect sense. </w:t>
      </w:r>
      <w:r>
        <w:br/>
      </w:r>
    </w:p>
    <w:p w:rsidR="00CF1D6C" w:rsidRDefault="00000000">
      <w:r>
        <w:lastRenderedPageBreak/>
        <w:t xml:space="preserve">All this fuss that she'd done all her life being picked up versus him letting the back end dangle. And she never had a problem with him. So that really got me thinking now the next time I picked her up to bather rather than picking her up as you normally would, I brought my hand way up high and was basically had both arms under the chest area with the back end dangling, awkward as all get out. But when I did it, I swear there was I could feel the relief in her in a Oh my gosh, finally she didn't fuss, she didn't make ugly noises. </w:t>
      </w:r>
      <w:r>
        <w:br/>
      </w:r>
    </w:p>
    <w:p w:rsidR="00CF1D6C" w:rsidRDefault="00000000">
      <w:r>
        <w:t xml:space="preserve">I was holding her in what was comfortable for her, which was not have been comfortable for another dog, but for her it was what she needed. And that was just a really big light bulb moment for me in my career and in my handling of the dogs. And this was my own personal dog that I had since she was days old and it took me years to figure it out. So, you know, it was OK. Now it's time to really start thinking about all the other dogs I handle. And it wasn't that I did anything wrong as far as socializing her or training her. </w:t>
      </w:r>
      <w:r>
        <w:br/>
      </w:r>
    </w:p>
    <w:p w:rsidR="00CF1D6C" w:rsidRDefault="00000000">
      <w:r>
        <w:t xml:space="preserve">It was that my wrong was in not listening to her and working around it long time before that. Instead, I called her a brat, like we do with a lot of the dogs on our table when we're blaming them for the behavior. </w:t>
      </w:r>
      <w:r>
        <w:br/>
      </w:r>
    </w:p>
    <w:p w:rsidR="00CF1D6C" w:rsidRDefault="00000000">
      <w:r>
        <w:t xml:space="preserve">So when I have a dog on the table and I'm getting a reaction that I don't care for, my first thing is what did I do to make that happen? What did I do to make that dog bite me? And you know what did I reach into the kennel? Did I lift a leg up? You'll work around the head. You know what specific thing because in most cases, and I know that there are dogs out there who aren't right in the head, who are vicious, who are aggressive for no known reason. But in the end, I believe we see those very rarely. </w:t>
      </w:r>
      <w:r>
        <w:br/>
      </w:r>
    </w:p>
    <w:p w:rsidR="00CF1D6C" w:rsidRDefault="00000000">
      <w:r>
        <w:t xml:space="preserve">So what we need to look at is what made that dog so defensive and when we can kind of stop our thinking in the general of this is a bad dog. Why are you doing you? Why are you so bad? And take it to Why is this so hard for you? What is making the grooming hard? Because if we think about it and really think about it, there really isn't anything that should be stressful or scary or hard or uncomfortable when it comes to grooming you know, when you really step back, I absolutely cannot stand when I hear well, most dogs don't like to be groomed, but you know why is that they're getting a warm, soapy, massaging bath. </w:t>
      </w:r>
      <w:r>
        <w:br/>
      </w:r>
    </w:p>
    <w:p w:rsidR="00CF1D6C" w:rsidRDefault="00000000">
      <w:r>
        <w:t xml:space="preserve">Yes, the dryer can be loud, but if they're accustomed to it, you know, it's not much different than when somebody you know, vacuums the floor or whatever i mean, noise wise, it doesn't or shouldn't hurt. No, there is. We're not you know, they get to stand on the table for a little while they get a haircut. In the grand scheme of things, there is really nothing about grooming that should be upsetting or uncomfortable. So when it is, I think that's when it's time for us to really go through and break stuff down and find out where is the problem at? And once we find it, what can we do to work around it? Some of it's a little hard to, you </w:t>
      </w:r>
      <w:r>
        <w:lastRenderedPageBreak/>
        <w:t xml:space="preserve">know, absolutely see as that's really an obvious thing. </w:t>
      </w:r>
      <w:r>
        <w:br/>
      </w:r>
    </w:p>
    <w:p w:rsidR="00CF1D6C" w:rsidRDefault="00000000">
      <w:r>
        <w:t xml:space="preserve">Some is stuff you would never really guess, like my own dog Cola, by looking at her you just have to go with how she is acting and reacting to what we're doing. Once we can kind of pinpoint that, then we can change what we're doing, the process we're doing, which can make it so much easier on them, easier for them is easier for us. So you have some of the obvious stuff. You know you've got a dog with a leg that looks like that and you're sure young little dog on the left Paco there. Yeah, obviously that leg isn't all right. </w:t>
      </w:r>
      <w:r>
        <w:br/>
      </w:r>
    </w:p>
    <w:p w:rsidR="00CF1D6C" w:rsidRDefault="00000000">
      <w:r>
        <w:t xml:space="preserve">You're not going to be able to extend it, you know, forward or back in the same way that you would, you know, a more typical normal leg. It's not going to happen. But something we also have to consider on those the that dog is not going to have just a problem with that leg and foot, but on all the rest of them too. Because that leg, with the deformity, it's not going to be able to hold weight the same as the other legs. So when you are picking up a back foot, that weight's going to have to shift more to that front leg. When you're doing the other front leg, more weight is going to have to shift onto there. </w:t>
      </w:r>
      <w:r>
        <w:br/>
      </w:r>
    </w:p>
    <w:p w:rsidR="00CF1D6C" w:rsidRDefault="00000000">
      <w:r>
        <w:t xml:space="preserve">So while the dog might have a problem with that front leg, pot's very likely going to have a problem with other parts of his body too. So there's a lot of stuff that we have. </w:t>
      </w:r>
      <w:r>
        <w:br/>
      </w:r>
    </w:p>
    <w:p w:rsidR="00CF1D6C" w:rsidRDefault="00000000">
      <w:r>
        <w:t xml:space="preserve">To work around, maybe an arm up underneath for support. Well, so the dog isn't doing all of the supporting. </w:t>
      </w:r>
      <w:r>
        <w:br/>
      </w:r>
    </w:p>
    <w:p w:rsidR="00CF1D6C" w:rsidRDefault="00000000">
      <w:r>
        <w:t xml:space="preserve">And if some of the biggest thing is allowing the dog to shift their weight or move in a way that it makes it easier if he has to sit for you to do it, let him sit. But you can tell a lot by just listening to the dog and seeing where they're more comfortable and how to make it easier for them. And sometimes we have to bear some of that stability on ourselves. It's not unusual for me to have my arm tucked up underneath to help take a little bit of the weight and the strain off. It may be for some, which I've never used a lot of, but I see others do with good luck it will hammock to do the feet so they're not having to put so much weight where they physically can't do it. </w:t>
      </w:r>
      <w:r>
        <w:br/>
      </w:r>
    </w:p>
    <w:p w:rsidR="00CF1D6C" w:rsidRDefault="00000000">
      <w:r>
        <w:t xml:space="preserve">A second person to help kind of balance and hold the weight, </w:t>
      </w:r>
      <w:r>
        <w:br/>
      </w:r>
    </w:p>
    <w:p w:rsidR="00CF1D6C" w:rsidRDefault="00000000">
      <w:r>
        <w:t xml:space="preserve">You know then there's a not so obvious things. </w:t>
      </w:r>
      <w:r>
        <w:br/>
      </w:r>
    </w:p>
    <w:p w:rsidR="00CF1D6C" w:rsidRDefault="00000000">
      <w:r>
        <w:t xml:space="preserve">You know, we'll start over here on the right side you can see the little hump in his back. You know that right there can tell you that you know something's not good and square in there </w:t>
      </w:r>
      <w:r>
        <w:lastRenderedPageBreak/>
        <w:t xml:space="preserve">what you can't see on him. You're just looking with the picture. He also carried very little weight on the rear. </w:t>
      </w:r>
      <w:r>
        <w:br/>
      </w:r>
    </w:p>
    <w:p w:rsidR="00CF1D6C" w:rsidRDefault="00000000">
      <w:r>
        <w:t xml:space="preserve">Most of his weight shifted to the front. Well, when that happens, again, those legs are bearing weight that they're not designed to do. You can get some soreness, some tenderness and you can see that in where he's licking at his feet. </w:t>
      </w:r>
      <w:r>
        <w:br/>
      </w:r>
    </w:p>
    <w:p w:rsidR="00CF1D6C" w:rsidRDefault="00000000">
      <w:r>
        <w:t xml:space="preserve">You know when we have some a sore muscle, sore hands, my sore knee, you rub it and you massage it, sometimes without even thinking about what you're doing. The dogs can't do that, so they tend to do a lot of licking to try and soothe the area. So I'm not a veterinarian, no X-rays on this dog this is just my observation. Is that well and observation of having my hands on them, you're feeling the fact that he's not putting full weight on those back legs and then seeing the licking on the front tells me that those front legs and feet are probably a little sore, a little overstressed his back with the curvature like that, you know, you've definitely looks to me like some back or structural issues, which is going to change the way he moves. </w:t>
      </w:r>
      <w:r>
        <w:br/>
      </w:r>
    </w:p>
    <w:p w:rsidR="00CF1D6C" w:rsidRDefault="00000000">
      <w:r>
        <w:t xml:space="preserve">And so I've got to when he didn't like something done, my first go to was never, oh, you're just being obstinate and dominant and bratty. It's what he could or couldn't do. So you have to really kind of look at the whole dog and really pay attention to how things are working with that dog. </w:t>
      </w:r>
      <w:r>
        <w:br/>
      </w:r>
    </w:p>
    <w:p w:rsidR="00CF1D6C" w:rsidRDefault="00000000">
      <w:r>
        <w:t xml:space="preserve">Another some other signs, you know, along with the stained in the areas where they're licking, a lot of tear stains can tell you that they've got maybe, you know lashes curled in poking at the eyes. You can also, I've seen a lot of dogs with some pretty bad mouth infections that when that's cleared up, the tear stains also clear up because the eyes are not tearing that much. If you've got a dog with X excessive tearing, I'm sorry, excessive staining. </w:t>
      </w:r>
      <w:r>
        <w:br/>
      </w:r>
    </w:p>
    <w:p w:rsidR="00CF1D6C" w:rsidRDefault="00000000">
      <w:r>
        <w:t xml:space="preserve">It's because they have excessive tearing and so there's a reason why the eyes are running like that so much. </w:t>
      </w:r>
      <w:r>
        <w:br/>
      </w:r>
    </w:p>
    <w:p w:rsidR="00CF1D6C" w:rsidRDefault="00000000">
      <w:r>
        <w:t xml:space="preserve">Doesn't like this face done with a whole lot of tear stains. Probably has something that's very uncomfortable going on with the eyes, maybe in the mouth, with the teeth. It could be some sinus issues there's a lot of things going on in the head area, but you can look at the dog and see that the eyes are just running and running, making all those tear stains so something isn't right. So when the dog isn't cooperative around his face, we know that there's a reason for it. And then we can work around that. For if you haven't seen the class yesterday and I'm so sorry, I'm drawing a blank on her name, withholding the faces. </w:t>
      </w:r>
      <w:r>
        <w:br/>
      </w:r>
    </w:p>
    <w:p w:rsidR="00CF1D6C" w:rsidRDefault="00000000">
      <w:r>
        <w:lastRenderedPageBreak/>
        <w:t xml:space="preserve">That was a great class. And if you haven't seen it yet, go back and make sure you watch that. A lot of good tips on how to work around the face in a way that's more comfortable for the dog and gets a lot more cooperation. </w:t>
      </w:r>
      <w:r>
        <w:br/>
      </w:r>
    </w:p>
    <w:p w:rsidR="00CF1D6C" w:rsidRDefault="00000000">
      <w:r>
        <w:t xml:space="preserve">That was ashley handy. Thank you don't grab that was a great class. It was there was so much really good information in there i loved it. </w:t>
      </w:r>
      <w:r>
        <w:br/>
      </w:r>
    </w:p>
    <w:p w:rsidR="00CF1D6C" w:rsidRDefault="00000000">
      <w:r>
        <w:t xml:space="preserve">Again, the chewing, the licking, the whirring. This particular dog looks like I just did a really awful haircut. That's not the case. Black Schnauzer. The first time he came in with big chunks taken out of his legs, I thought, no, he must have been matted. Owners did their own grooming, didn't think much about it. </w:t>
      </w:r>
      <w:r>
        <w:br/>
      </w:r>
    </w:p>
    <w:p w:rsidR="00CF1D6C" w:rsidRDefault="00000000">
      <w:r>
        <w:t xml:space="preserve">He was. He started out as a really good puppy and then over time it got just a little harder and harder to handle. And then this started and that you're seeing on the left side there. He chewed all of this off and all of this off and over here it's a little harder to see all of this off around here is all chewed off. The rest of his coat was this long and that's where it would have been, you know, growth wise. </w:t>
      </w:r>
      <w:r>
        <w:br/>
      </w:r>
    </w:p>
    <w:p w:rsidR="00CF1D6C" w:rsidRDefault="00000000">
      <w:r>
        <w:t xml:space="preserve">He chewed on all the joints, on all four legs, and I had long talks with the owners and well, Charlie's fine Charlie plays, Charlie wrestles, we run laps around the yard, he jumps on and off to the furniture and all the things. But there was definitely something going on with Charlie and I. You know, it's one of my most frustrating dealings with this particular client because Charlie was the 3rd Schnauzer I'd groomed for them so I've been grooming for him for years, </w:t>
      </w:r>
      <w:r>
        <w:br/>
      </w:r>
    </w:p>
    <w:p w:rsidR="00CF1D6C" w:rsidRDefault="00000000">
      <w:r>
        <w:t xml:space="preserve">And yet somehow we just could not agree on the fact that there was something going wrong with Charlie. Eventually it got to the point that Charlie had to be sedated for grooming. There was just what I took as a lot of discomfort and pain. Again, not a veterinarian, not my place to diagnose, but I can see symptoms i can see where the dog was reacting and what they were reacting to. </w:t>
      </w:r>
      <w:r>
        <w:br/>
      </w:r>
    </w:p>
    <w:p w:rsidR="00CF1D6C" w:rsidRDefault="00000000">
      <w:r>
        <w:t xml:space="preserve">Again, I don't know where our breakdown came in with this client because in general I do really well explaining stuff like this to clients and having them rectify things. This didn't. I did sedation on Charlie a few times. They were not happy because when I'm going to sedate a dog, I'm not going to sedate a dog every four to six weeks. We're going to go with a really short haircut and stretch that out. They didn't like that and they ended up going someplace else. No idea where they went i never heard. I don't know who is grooming or probably still grooming, Charlie. This wasn't that long ago, and I I'm. I feel sad for Charlie. </w:t>
      </w:r>
      <w:r>
        <w:br/>
      </w:r>
    </w:p>
    <w:p w:rsidR="00CF1D6C" w:rsidRDefault="00000000">
      <w:r>
        <w:lastRenderedPageBreak/>
        <w:t xml:space="preserve">And I feel sad for the groomer or groomers who have been doing them. </w:t>
      </w:r>
      <w:r>
        <w:br/>
      </w:r>
    </w:p>
    <w:p w:rsidR="00CF1D6C" w:rsidRDefault="00000000">
      <w:r>
        <w:t xml:space="preserve">Because there's really, it did not appear to be any way to make this comfortable for him. And then what we have to do so you know, is say this has gone on for years and years, so they finally, they finally listen, they finally do something. But then you have to start all over on the dog grooming training. Because if granny, if the grooming has always been uncomfortable, they're going to prepare for it to be uncomfortable and react as if it's uncomfortable and be on the defensive. </w:t>
      </w:r>
      <w:r>
        <w:br/>
      </w:r>
    </w:p>
    <w:p w:rsidR="00CF1D6C" w:rsidRDefault="00000000">
      <w:r>
        <w:t xml:space="preserve">And it can take a long time, a very slow process, for them to relearn how to be groomed in a way that isn't as painful for them. </w:t>
      </w:r>
      <w:r>
        <w:br/>
      </w:r>
    </w:p>
    <w:p w:rsidR="00CF1D6C" w:rsidRDefault="00000000">
      <w:r>
        <w:t xml:space="preserve">And here's another this guy, I ended up doing him because everybody else complained about him a lot, because he just wouldn't stay standing, just wouldn't stay standing. He always wanted to sit and there was such a struggle and a fight, and then eventually he would start biting because he was fighting the process. We really take a look at these pictures, look how he is sitting. That's not normal body structure. You know the legs are under there all Caddy Wonker, obviously there is. There's an issue there. </w:t>
      </w:r>
      <w:r>
        <w:br/>
      </w:r>
    </w:p>
    <w:p w:rsidR="00CF1D6C" w:rsidRDefault="00000000">
      <w:r>
        <w:t xml:space="preserve">And so that issue to me probably is uncomfortable for him to stand for long wings of time. </w:t>
      </w:r>
      <w:r>
        <w:br/>
      </w:r>
    </w:p>
    <w:p w:rsidR="00CF1D6C" w:rsidRDefault="00000000">
      <w:r>
        <w:t xml:space="preserve">And I find that when the dog is very quick to drop back down into a sit versus just a lazy casual, OK, I think I'll sit down now, that's when I can really start looking and finding the things like this where you can see how he's sitting, so where others were trying to make him stand up and strapping him up and, you know, struggling through it. I let him sit and you could do i mean, you look at the angles there i can do a lot of that dog with him sitting. </w:t>
      </w:r>
      <w:r>
        <w:br/>
      </w:r>
    </w:p>
    <w:p w:rsidR="00CF1D6C" w:rsidRDefault="00000000">
      <w:r>
        <w:t xml:space="preserve">You know, this back leg here. I can scissor that a whole lot all the way around there with him sitting just like that. And I find when I give that compromise and when I meet the dog where they're at, when I do ask them to do something different when I do ask him to. Now I do need you to stand because I have to get in here. They're much more cooperative in standing stand, get what I need done. Let him sit back down again and it's, you know, it's the cooperation with him and me. </w:t>
      </w:r>
      <w:r>
        <w:br/>
      </w:r>
    </w:p>
    <w:p w:rsidR="00CF1D6C" w:rsidRDefault="00000000">
      <w:r>
        <w:t xml:space="preserve">It's allowing him to make things comfortable for himself as best as he can. And when that happens, that few minutes of standing, maybe it's a little uncomfortable for him or maybe it's just a length of time standing that is. But it seemed they are a little more cooperative to do those things that are a little harder when I've allowed so much to happen through the </w:t>
      </w:r>
      <w:r>
        <w:lastRenderedPageBreak/>
        <w:t xml:space="preserve">rest of the groom in what's comfortable for them. </w:t>
      </w:r>
      <w:r>
        <w:br/>
      </w:r>
    </w:p>
    <w:p w:rsidR="00CF1D6C" w:rsidRDefault="00000000">
      <w:r>
        <w:t xml:space="preserve">But yet, you know, letting them sit so much I can get, you know, inside this leg, you know, inside those depending upon the dog and how they're sitting. And sometimes, most of the time do a whole lot on the both front legs and feet with them sitting and it seems to be more comfortable the more comfortable, the more cooperation. So many notes on this dog's card about how he bit and I never once had a grumble or a bite or anything from. </w:t>
      </w:r>
      <w:r>
        <w:br/>
      </w:r>
    </w:p>
    <w:p w:rsidR="00CF1D6C" w:rsidRDefault="00000000">
      <w:r>
        <w:t xml:space="preserve">Him and so some you can't see with all the hair, </w:t>
      </w:r>
      <w:r>
        <w:br/>
      </w:r>
    </w:p>
    <w:p w:rsidR="00CF1D6C" w:rsidRDefault="00000000">
      <w:r>
        <w:t xml:space="preserve">But you can tell the way you just the dog moves or how much you can extend a body part before you feel them resist. I got this slide and the next one off of a website of a judge of I believe they were Lhasa opsos. But the purpose of the slides that she used them for, which are used with permission, was how to tell the dog structure and proper, proper structure for the breed by how they moved. When you have hair draping to the floor and you can't see and really get in there and see that shoulder angle. So you know if they're going down the ring and they're stride, the length is stride, you know, shorter or longer. </w:t>
      </w:r>
      <w:r>
        <w:br/>
      </w:r>
    </w:p>
    <w:p w:rsidR="00CF1D6C" w:rsidRDefault="00000000">
      <w:r>
        <w:t xml:space="preserve">And I'm going to be honest, I don't know what the standard is for the breed to tell you which is correct for them. But this just goes to show that just a slight difference in the lay of the shoulder makes a huge difference in how far that dog can extend that front leg. So if you're working on a dog and you're bringing the leg out, you know, extended in front of you to scissor around that leg or click down the leg, one dog may be able to bring it up way high. </w:t>
      </w:r>
      <w:r>
        <w:br/>
      </w:r>
    </w:p>
    <w:p w:rsidR="00CF1D6C" w:rsidRDefault="00000000">
      <w:r>
        <w:t xml:space="preserve">The next dog on your table may be able to get it barely off of the floor before it becomes uncomfortable. So they're not all going to be the same and it may not even be that it's a structural problem, you know, in hip dysplasia or that bad bass, bad back, the bulging discs, you know, those things. </w:t>
      </w:r>
      <w:r>
        <w:br/>
      </w:r>
    </w:p>
    <w:p w:rsidR="00CF1D6C" w:rsidRDefault="00000000">
      <w:r>
        <w:t xml:space="preserve">It could just be the way the dog is built does not allow for that type of motion or range of motion. </w:t>
      </w:r>
      <w:r>
        <w:br/>
      </w:r>
    </w:p>
    <w:p w:rsidR="00CF1D6C" w:rsidRDefault="00000000">
      <w:r>
        <w:t xml:space="preserve">In this, you know where that pelvic angle is how far up that dog can actually lift that back foot up off the ground. And that's going to make a big difference for us when we are you're working the back legs, doing toenails or whatever it is that if the dog is built one way, there's only going to be so much motion that dog can have. </w:t>
      </w:r>
      <w:r>
        <w:br/>
      </w:r>
    </w:p>
    <w:p w:rsidR="00CF1D6C" w:rsidRDefault="00000000">
      <w:r>
        <w:lastRenderedPageBreak/>
        <w:t xml:space="preserve">And then you also lead into that Most of these dogs are lounging around the house, couch potatoes. They're not getting a lot of flexibility from exercise. And so add that into just some normal tight muscling and tendons and stuff, and that range of motion just may not be there. So while it's not that this dog is being awful and doesn't want you to pick his foot up that way, it's a very good possibility that the dog can't pick up his foot that way. </w:t>
      </w:r>
      <w:r>
        <w:br/>
      </w:r>
    </w:p>
    <w:p w:rsidR="00CF1D6C" w:rsidRDefault="00000000">
      <w:r>
        <w:t xml:space="preserve">Let me pause this pause. There we go. This is Miss Lizzie i want to go back. Lizzy's one of my favorite people in the whole world or favorite dogs in the whole world. Cutest little thing, little schnauzer, cutest little haircut we've got her in, Absolutely adore her and she's a great little dog. But for whatever reason, normal way that I'm going to do that, the pads on that foot and look at her bounce and hop. It's not good for her, but bring her around this way, Turn that foot in a way that you would think isn't going to be the most comfortable and there you have it. </w:t>
      </w:r>
      <w:r>
        <w:br/>
      </w:r>
    </w:p>
    <w:p w:rsidR="00CF1D6C" w:rsidRDefault="00000000">
      <w:r>
        <w:t xml:space="preserve">No more fight, no more struggle. So just those little bit of changes that we can do when we see a dog is having a hard time. One of my favorite trainers, Chad Mackin, he had said once the dog isn't giving you a hard time, the dog is having a hard time. And so that's where I feel our role is to make it not so hard on them for what it however, we have to go about doing it, you know, finding another way, changing how we're doing things that, you know, this was such a simple change for her and it just nothing obviously wrong that I can see with her. </w:t>
      </w:r>
      <w:r>
        <w:br/>
      </w:r>
    </w:p>
    <w:p w:rsidR="00CF1D6C" w:rsidRDefault="00000000">
      <w:r>
        <w:t xml:space="preserve">She's a wild, crazy little thing. But for her, picking that foot up that way doesn't work. So I could struggle it out. We could argue, I could get frustrated, I could get angry, I could put a belly band on her and strap her up. Or I can just turn her and do it in another way there are so many different ways that we can reach the dog and get to where we need to do that there's we can't just be set in one way and expect every dog to be able to work like that. </w:t>
      </w:r>
      <w:r>
        <w:br/>
      </w:r>
    </w:p>
    <w:p w:rsidR="00CF1D6C" w:rsidRDefault="00000000">
      <w:r>
        <w:t xml:space="preserve">And often times pause that. </w:t>
      </w:r>
      <w:r>
        <w:br/>
      </w:r>
    </w:p>
    <w:p w:rsidR="00CF1D6C" w:rsidRDefault="00000000">
      <w:r>
        <w:t xml:space="preserve">We are a good part of the problem. </w:t>
      </w:r>
      <w:r>
        <w:br/>
      </w:r>
    </w:p>
    <w:p w:rsidR="00CF1D6C" w:rsidRDefault="00000000">
      <w:r>
        <w:t xml:space="preserve">In how and why a dog is cooperating or not cooperating with us. I think our expectations are sometimes way over the top and we forget that we're working on animals with a structure that only goes in certain ways. </w:t>
      </w:r>
      <w:r>
        <w:br/>
      </w:r>
    </w:p>
    <w:p w:rsidR="00CF1D6C" w:rsidRDefault="00000000">
      <w:r>
        <w:t xml:space="preserve">We can watch this let me backtrack it just a little bit. </w:t>
      </w:r>
      <w:r>
        <w:br/>
      </w:r>
    </w:p>
    <w:p w:rsidR="00CF1D6C" w:rsidRDefault="00000000">
      <w:r>
        <w:lastRenderedPageBreak/>
        <w:t xml:space="preserve">So with no thought, the dog, and this is my own dog by the way so when you see his face and mine, that's why. But just snatch the leg up without ever giving him any indication I was doing it. Pull that leg out to where I can see what I'm doing. You can see the table rattling, you can see the pulling and the fighting as I'm trying to do the nails that I've done on him, you know, once a week. I think he was about a year old in this and just that kind of fight. We'll watch it again, you know, I just reached down, snatched his foot, didn't give him any time to even know what I was doing. </w:t>
      </w:r>
      <w:r>
        <w:br/>
      </w:r>
    </w:p>
    <w:p w:rsidR="00CF1D6C" w:rsidRDefault="00000000">
      <w:r>
        <w:t xml:space="preserve">Pull that foot out in where I can reach it better and expect him to behave and let me do it. </w:t>
      </w:r>
      <w:r>
        <w:br/>
      </w:r>
    </w:p>
    <w:p w:rsidR="00CF1D6C" w:rsidRDefault="00000000">
      <w:r>
        <w:t xml:space="preserve">But here, a little bit of a different approach i'm going to reach down, give him time to shift his weight, keep that foot down lower where it's more comfortable for him and where he can reach me to smoosh all over my face. But you can see there's such a huge difference. The table's not rattling all over the place. He's not jerking and pulling his foot away, and it's just a matter that this was more comfortable this is where the dog's body position is more comfortable, keeping the leg up underneath the body instead of pulling it out at the shoulder in ways that it just doesn't comfortably move. </w:t>
      </w:r>
      <w:r>
        <w:br/>
      </w:r>
    </w:p>
    <w:p w:rsidR="00CF1D6C" w:rsidRDefault="00000000">
      <w:r>
        <w:t xml:space="preserve">And then he's relaxed. Go back. We can look at this one again. Go back. </w:t>
      </w:r>
      <w:r>
        <w:br/>
      </w:r>
    </w:p>
    <w:p w:rsidR="00CF1D6C" w:rsidRDefault="00000000">
      <w:r>
        <w:t xml:space="preserve">And see the difference. </w:t>
      </w:r>
      <w:r>
        <w:br/>
      </w:r>
    </w:p>
    <w:p w:rsidR="00CF1D6C" w:rsidRDefault="00000000">
      <w:r>
        <w:t xml:space="preserve">When i'm not giving consideration that it's a living, breathing animal on my table. </w:t>
      </w:r>
      <w:r>
        <w:br/>
      </w:r>
    </w:p>
    <w:p w:rsidR="00CF1D6C" w:rsidRDefault="00000000">
      <w:r>
        <w:t xml:space="preserve">And that kind of fight and that kind of struggle, it doesn't have to be that way now when you're retraining and reworking with a dog, when this is what they expect a toenail trim to be like, it is what it may be like for a little while until they realize that you've changed things up and you're being a little more considerate and it's a lot easier for him. Why he always wanted to put his nose on the Dremel, I have no idea, but he always did. </w:t>
      </w:r>
      <w:r>
        <w:br/>
      </w:r>
    </w:p>
    <w:p w:rsidR="00CF1D6C" w:rsidRDefault="00000000">
      <w:r>
        <w:t xml:space="preserve">He's better now, but he's a little older now. </w:t>
      </w:r>
      <w:r>
        <w:br/>
      </w:r>
    </w:p>
    <w:p w:rsidR="00CF1D6C" w:rsidRDefault="00000000">
      <w:r>
        <w:t xml:space="preserve">You know it works the same on the back legs as well. I've seen so many Grimmers who will pick that back leg up and bring it way out to the side and wonder why the dog's kicking them. But when we're bringing it up and comfortable right in line with the body, nothing is being moved in ways it shouldn't be. We've got a really cooperative dog. It's a little harder sometimes to get us around in that direction where it's more comfortable for him. </w:t>
      </w:r>
      <w:r>
        <w:br/>
      </w:r>
    </w:p>
    <w:p w:rsidR="00CF1D6C" w:rsidRDefault="00000000">
      <w:r>
        <w:lastRenderedPageBreak/>
        <w:t xml:space="preserve">But for me, you know, on something this way, his comfort is a little more, you know, important than mine. I need to make grooming to be something that he is not struggling against. </w:t>
      </w:r>
      <w:r>
        <w:br/>
      </w:r>
    </w:p>
    <w:p w:rsidR="00CF1D6C" w:rsidRDefault="00000000">
      <w:r>
        <w:t xml:space="preserve">We'll change it up, grab the foot and bring it out like this. And again, we've got the rattling table he's kicking he. If you could see the look on his face, it's like, Mom, what are you doing to me? This isn't how it works. And switch it back. Keep the leg up under. It's all about keeping them as comfortable as possible. </w:t>
      </w:r>
      <w:r>
        <w:br/>
      </w:r>
    </w:p>
    <w:p w:rsidR="00CF1D6C" w:rsidRDefault="00000000">
      <w:r>
        <w:t xml:space="preserve">This is probably what I see is the most common set up in working a dog on the table you've got your grooming arm over on the left or right on the short side of the table with, you know, the dog facing to your left or right. </w:t>
      </w:r>
      <w:r>
        <w:br/>
      </w:r>
    </w:p>
    <w:p w:rsidR="00CF1D6C" w:rsidRDefault="00000000">
      <w:r>
        <w:t xml:space="preserve">And when you're grooming that way, it's you're moving that dog in to get around. If you're staying on that long side of the table, there's no way to comfortably lift those legs in a way that you can get all the way around them. </w:t>
      </w:r>
      <w:r>
        <w:br/>
      </w:r>
    </w:p>
    <w:p w:rsidR="00CF1D6C" w:rsidRDefault="00000000">
      <w:r>
        <w:t xml:space="preserve">You know the dog's bodies just don't work that way. Often I've seen where you're talking the farrier style on the front nails and they'll reach under and to do this foot here on this dog the right and bring it up under this way so they can reach it on this side of the dog and wonder why the dog is struggling. When the shoulders being put at such an angle and being pulled, you've got the dog's head strung up so tight there is no movement for them, which I mean that's sort of what the goal is to do that, But where what is that for the dog, that kind of restraint. </w:t>
      </w:r>
      <w:r>
        <w:br/>
      </w:r>
    </w:p>
    <w:p w:rsidR="00CF1D6C" w:rsidRDefault="00000000">
      <w:r>
        <w:t xml:space="preserve">If you've got a fearful dog, it's definitely not going to ease them and just a dog in general. You're moving the back end around with a front end that can't move. Definitely not kind or comfortable. </w:t>
      </w:r>
      <w:r>
        <w:br/>
      </w:r>
    </w:p>
    <w:p w:rsidR="00CF1D6C" w:rsidRDefault="00000000">
      <w:r>
        <w:t xml:space="preserve">You know you've got the head up so high, and if you've when you think about teaching a dog how to sit, usually it's done with a you lower them up by bringing your treat up so that they have to lift their head and raise their head back. The higher they raise their head, the more chance for the back end to go down into a sit. So I often see rumors who have a dog to keep sitting, keep sitting and keep sitting so they'll just string them up higher and higher on the front end, which naturally has the dog wanting to sit because you're bringing the front end up. </w:t>
      </w:r>
      <w:r>
        <w:br/>
      </w:r>
    </w:p>
    <w:p w:rsidR="00CF1D6C" w:rsidRDefault="00000000">
      <w:r>
        <w:t xml:space="preserve">It's just how their body mechanics work. So if you're required to use the pull side restraint there, I don't want to say a brand name because there's several out there so I don't want to </w:t>
      </w:r>
      <w:r>
        <w:lastRenderedPageBreak/>
        <w:t xml:space="preserve">call out anything in particular. But if you're required to use one of these or your preference is to use one of those. Or if you have a dog that requires that type of restraint, if you can move that grooming pole to alongside of your table and having the dog facing either away from you or towards you depending upon what end you're working on, I think you're going to find a much more cooperative dog. </w:t>
      </w:r>
      <w:r>
        <w:br/>
      </w:r>
    </w:p>
    <w:p w:rsidR="00CF1D6C" w:rsidRDefault="00000000">
      <w:r>
        <w:t xml:space="preserve">You will get the dog able to move those legs forward and back instead of trying to bring him out to the side or up underneath the dog, which is going to be more comfortable. The more comfortable it is, the more cooperative the dog's going to be. More, excuse me, the more cooperative the dog is, the less stress for you and the dog. But working a dog from the side. </w:t>
      </w:r>
      <w:r>
        <w:br/>
      </w:r>
    </w:p>
    <w:p w:rsidR="00CF1D6C" w:rsidRDefault="00000000">
      <w:r>
        <w:t xml:space="preserve">Is just way too hard to get around and really to expect the dog to allow to be moved in those positions in my opinion. </w:t>
      </w:r>
      <w:r>
        <w:br/>
      </w:r>
    </w:p>
    <w:p w:rsidR="00CF1D6C" w:rsidRDefault="00000000">
      <w:r>
        <w:t xml:space="preserve">So, you know, pass the physical stuff and we have the fear and the fears you know, it's an interesting thing some dogs are just naturally fearful genetics. There's talk, a lot of talk. </w:t>
      </w:r>
      <w:r>
        <w:br/>
      </w:r>
    </w:p>
    <w:p w:rsidR="00CF1D6C" w:rsidRDefault="00000000">
      <w:r>
        <w:t xml:space="preserve">About fearful puppies and fearful adult dogs or dogs who are not as stable. That much of that starts in utero with, say, the stray dog who was starved, who was too thin, not eating enough to properly cook up those puppies in there. So there's that, you know, there's just what they're genetically, how they're made. There's a dog who's had no experience with grooming. </w:t>
      </w:r>
      <w:r>
        <w:br/>
      </w:r>
    </w:p>
    <w:p w:rsidR="00CF1D6C" w:rsidRDefault="00000000">
      <w:r>
        <w:t xml:space="preserve">Maybe they've had a bad experience with grooming. So many of these dogs are, you know, being adopted now. They're the owners are getting them from shelters with no history whatsoever. So you don't know you've got puppies that. </w:t>
      </w:r>
      <w:r>
        <w:br/>
      </w:r>
    </w:p>
    <w:p w:rsidR="00CF1D6C" w:rsidRDefault="00000000">
      <w:r>
        <w:t xml:space="preserve">With the vaccinations, most puppies are not going in for their first grooming until they're about four months old. Four to five months old is a very common fear period in puppies and fear period to very interesting things. My own boy, it was very funny. He was right about a year old, which would have been about his second fear period is, you know, for your typical dog. He went to work with me every day, every day we parked right there every day we walked up those stairs every day there were little flag banners there every day. One day we got out of the car. We got halfway through the parking lot. </w:t>
      </w:r>
      <w:r>
        <w:br/>
      </w:r>
    </w:p>
    <w:p w:rsidR="00CF1D6C" w:rsidRDefault="00000000">
      <w:r>
        <w:t xml:space="preserve">He looked up, he saw those flag banners. He knew they were going to kill all of us and he was going to die right there on the spot. He's 70 pounds. I've got to convince them to go up the stairs and go inside with him freaking out over those stupid flags that he had seen every </w:t>
      </w:r>
      <w:r>
        <w:lastRenderedPageBreak/>
        <w:t xml:space="preserve">day. </w:t>
      </w:r>
      <w:r>
        <w:br/>
      </w:r>
    </w:p>
    <w:p w:rsidR="00CF1D6C" w:rsidRDefault="00000000">
      <w:r>
        <w:t xml:space="preserve">So I got him in. He was startled. We came inside and I left him home for the next couple of weeks. Because that fear period is such a strange time. And it's usually not the time that you want to really push a dog and flood them into accepting something. Because if that fear sticks, it is so hard to undo. So you've got. So we go back to the new puppy in the grooming shop. </w:t>
      </w:r>
      <w:r>
        <w:br/>
      </w:r>
    </w:p>
    <w:p w:rsidR="00CF1D6C" w:rsidRDefault="00000000">
      <w:r>
        <w:t xml:space="preserve">It's four to five months old it's a little bit scared of everything, and if that becomes a really scary, traumatic event, undoing that can be really hard. It's one of the reasons why with puppies, I tend to have them come in frequently and do very little at each time. Some puppies, depending upon you know, how they greet me, where I'm seeing their body language. We'll just have them come in and come in for five or 10 minutes every day, every two three days. Have some treats, let's be friends first. </w:t>
      </w:r>
      <w:r>
        <w:br/>
      </w:r>
    </w:p>
    <w:p w:rsidR="00CF1D6C" w:rsidRDefault="00000000">
      <w:r>
        <w:t xml:space="preserve">Build that relationship up. You know, if you've got it a little tiny dog, you know this little teeny tiny thing the world is giant and the world can be scary. When you put yourself in the position of that teeny tiny dog and you know, comes to mind are the little Chihuahuas that you can't get out of a kennel. But when you sit back and really think about put yourself in their position, they're in a cage with a very large stranger with very large hands reaching in to snatch them out. It's give some good reason to be defensive. They don't know you. </w:t>
      </w:r>
      <w:r>
        <w:br/>
      </w:r>
    </w:p>
    <w:p w:rsidR="00CF1D6C" w:rsidRDefault="00000000">
      <w:r>
        <w:t xml:space="preserve">They have no idea your intentions. My favorite thing to do with those kind of little dogs is straight through have mom your mom hands the dog to me and I never take my hands off the dog because it seems to be that transition of putting hands back on. That is what's the scariest part. And by never taking my hands off and going slow, the entire experience is much less stressful we start with the bath because I find that the bath is a really good time for something slow and relaxing, a good massage. </w:t>
      </w:r>
      <w:r>
        <w:br/>
      </w:r>
    </w:p>
    <w:p w:rsidR="00CF1D6C" w:rsidRDefault="00000000">
      <w:r>
        <w:t xml:space="preserve">I get to touch them all over in a very non threatening way. I've done fostering for years and years and years and the first thing that I do with a dog that comes in as a foster is give him a bath and it's not so much because they need it, is it i need my their first impression of me to be something relaxing. </w:t>
      </w:r>
      <w:r>
        <w:br/>
      </w:r>
    </w:p>
    <w:p w:rsidR="00CF1D6C" w:rsidRDefault="00000000">
      <w:r>
        <w:t xml:space="preserve">Warm soapy water. Nice gentle massage. Touching them all over get that out of the way 1st And it really can change the whole relationship. So when I've got the little tiny dogs in that are so fearful, you know it's right into my arms, right into the tub. Keep them close, you know we're drying i'm going to hold them up against me while I while I dry. It may be that I'm blowing that air up underneath the towel, but we're going to make it as gentle as </w:t>
      </w:r>
      <w:r>
        <w:lastRenderedPageBreak/>
        <w:t xml:space="preserve">possible for him and something that feels fairly secure withholding them close to me as I do it, get them done, then they go back out to mom if at all possible they never go into where we practice that trigger of reaching our hands in to get them back out. </w:t>
      </w:r>
      <w:r>
        <w:br/>
      </w:r>
    </w:p>
    <w:p w:rsidR="00CF1D6C" w:rsidRDefault="00000000">
      <w:r>
        <w:t xml:space="preserve">The more we can avoid those situations and those triggers and make them not even a part of the grooming experience, the less we're going to see those behaviors if it happens. If I've made friends with this little dog over five or six appointments and I'm no longer anything to be afraid of and the experience has been mostly positive. I'm going to have a much better chance of being able to get that dog out of a kennel because that's it's not as I'm not as triggering anymore and we've not practiced those trigger in that behavior because they get better at what they practice. </w:t>
      </w:r>
      <w:r>
        <w:br/>
      </w:r>
    </w:p>
    <w:p w:rsidR="00CF1D6C" w:rsidRDefault="00000000">
      <w:r>
        <w:t xml:space="preserve">So if they are given. </w:t>
      </w:r>
      <w:r>
        <w:br/>
      </w:r>
    </w:p>
    <w:p w:rsidR="00CF1D6C" w:rsidRDefault="00000000">
      <w:r>
        <w:t xml:space="preserve">The opportunity to practice the struggling, the fighting, you know that fearful behavior, saying a kennel, they're going to get better at that fighting and biting rather than extinguishing that. </w:t>
      </w:r>
      <w:r>
        <w:br/>
      </w:r>
    </w:p>
    <w:p w:rsidR="00CF1D6C" w:rsidRDefault="00000000">
      <w:r>
        <w:t xml:space="preserve">Excuse me, you'll notice on some dogs we get to a bad experience by that experience i'm not saying a bad groomer, </w:t>
      </w:r>
      <w:r>
        <w:br/>
      </w:r>
    </w:p>
    <w:p w:rsidR="00CF1D6C" w:rsidRDefault="00000000">
      <w:r>
        <w:t xml:space="preserve">I'm just a bad experience, an experience that wasn't positive for the dog. I'm going to give an example, and again, this is just an in general, it's not, you know, at anybody who does it, but let's go with ear plucking. So you've got the Schnauzer with a forest of hair in their ears, and that ear hair is tight and it's always tight and it very rarely loosens up. So ear pluggies is not something that is going to be very comfortable for some dogs, it's downright painful. So if you notice that, you know, each time the dog starts to misbehave a little before that. So now it's when you get up to the shoulders that they understand that, yeah, we know what's going to come next. </w:t>
      </w:r>
      <w:r>
        <w:br/>
      </w:r>
    </w:p>
    <w:p w:rsidR="00CF1D6C" w:rsidRDefault="00000000">
      <w:r>
        <w:t xml:space="preserve">And so you can on a new dog, you can kind of feel that out you can feel when they start to get a little anxious and when that anxiety comes in. </w:t>
      </w:r>
      <w:r>
        <w:br/>
      </w:r>
    </w:p>
    <w:p w:rsidR="00CF1D6C" w:rsidRDefault="00000000">
      <w:r>
        <w:t xml:space="preserve">And from there you can kind of change things up a little bit, OK you know, as you're working up towards the head, you can feel them start to get little tense. You can then back off just a little bit or prepare yourself and start thinking of, OK, what can I do that's not in the traditional way. They kind of work around this routine that the dog is studying. I guess sometimes those routines include the struggle because it's the only way they know how to </w:t>
      </w:r>
      <w:r>
        <w:lastRenderedPageBreak/>
        <w:t xml:space="preserve">be groomed is with a struggle. </w:t>
      </w:r>
      <w:r>
        <w:br/>
      </w:r>
    </w:p>
    <w:p w:rsidR="00CF1D6C" w:rsidRDefault="00000000">
      <w:r>
        <w:t xml:space="preserve">So we can change that and break that cycle. It can be miraculous. A dog who doesn't like having nails done on the table sometimes will stand like a statue to have them done in the tub. A dog who doesn't like their face done on the table. So many dogs over the years, I have done all their face work in the tub before their bath without any problem whatsoever. Put them on the table and it's, you know immediately land shark. They really can get some associations with places and things that are become pretty irrational but it's not unusual. </w:t>
      </w:r>
      <w:r>
        <w:br/>
      </w:r>
    </w:p>
    <w:p w:rsidR="00CF1D6C" w:rsidRDefault="00000000">
      <w:r>
        <w:t xml:space="preserve">We have dogs of our own. You put on your running shoes and the dog notes are going to go out for a jog, put on your slippers, you're staying in for the for the evening and they catch those little things. So those kind of routines we can break up in the salon when we start to see that those triggers are coming and to stop that kind of triggering behavior. </w:t>
      </w:r>
      <w:r>
        <w:br/>
      </w:r>
    </w:p>
    <w:p w:rsidR="00CF1D6C" w:rsidRDefault="00000000">
      <w:r>
        <w:t xml:space="preserve">These are two of my favorite success stories i guess you could say Hodge over there on the left. I will tell you looking at this picture, I am so incredibly proud of that groom. Now you look at that and you can imagine why anybody would be proud of that. I am incredibly proud of that groom. Hodge came to me at the vet clinic to be sedated and shaved. </w:t>
      </w:r>
      <w:r>
        <w:br/>
      </w:r>
    </w:p>
    <w:p w:rsidR="00CF1D6C" w:rsidRDefault="00000000">
      <w:r>
        <w:t xml:space="preserve">She had so like in the spring she had adopted him over in the over the fall had been to 1 groomer who reached down to pick him up and that wasn't happening. So she put a towel over him, got him picked up, started to work on him. He bit the Clippers, he bit her. It was a disaster. So that's it he's injured, she's injured groom over time to be sedated. So comes in and he gets the exam before the sedation and unfortunately he has a very severe heart murmur. </w:t>
      </w:r>
      <w:r>
        <w:br/>
      </w:r>
    </w:p>
    <w:p w:rsidR="00CF1D6C" w:rsidRDefault="00000000">
      <w:r>
        <w:t xml:space="preserve">He cannot be sedated safely. All righty then we have to figure out how to groom this dog that cannot be safely sedated in a way that is safe for both him and I. Now, this is probably two or three months into my process of Hodge, and you can look at his face and see how he's looking at me. He's still concerned. He's still weary. He's still untrusting. But he got that haircut, which looks terrible. </w:t>
      </w:r>
      <w:r>
        <w:br/>
      </w:r>
    </w:p>
    <w:p w:rsidR="00CF1D6C" w:rsidRDefault="00000000">
      <w:r>
        <w:t xml:space="preserve">But it was one of the my happiest, proudest grooming days. His mother's very cooperative. She brought him in, usually twice a week. The first several times, and I didn't keep a diary of it, so I don't have exact. He just hung out next to my table in a kennel on the floor. And that poor dog, he was terrified. He was smashed into the back of the kennel, just trying to disappear. And I just let him be. </w:t>
      </w:r>
      <w:r>
        <w:br/>
      </w:r>
    </w:p>
    <w:p w:rsidR="00CF1D6C" w:rsidRDefault="00000000">
      <w:r>
        <w:lastRenderedPageBreak/>
        <w:t xml:space="preserve">Didn't say anything to him, didn't ask anything of him. A few appointments in, I noticed that he's coming up to the front and kind of a little curious and looking around great, as we did that for a couple of times and then I started talking to him and he's relaxing a little bit. </w:t>
      </w:r>
      <w:r>
        <w:br/>
      </w:r>
    </w:p>
    <w:p w:rsidR="00CF1D6C" w:rsidRDefault="00000000">
      <w:r>
        <w:t xml:space="preserve">And then when the day I just felt like doing it as he came in, I picked him up and put him on the table and I got that look, that yes look in the picture. And that's all we did. That's it and I put him on the table, didn't do anything else. Sat up on the table for a few minutes then he went back in his kennel and we had to do such baby steps with him. And it was baby steps. You know, It was he never would tolerate the Clippers and he would never tolerate the dryers nothing no matter how many baby steps, those things weren't happening. </w:t>
      </w:r>
      <w:r>
        <w:br/>
      </w:r>
    </w:p>
    <w:p w:rsidR="00CF1D6C" w:rsidRDefault="00000000">
      <w:r>
        <w:t xml:space="preserve">And so he got a wet haircut that looked terrible. But he got a haircut for a dog that had already He was a senior dog when she adopted him. There was an injury to a back leg at some point you could tell that he had injured himself at a previous groomer he had injured the previous groomer and the fact that he was on my table and getting a haircut was amazing and it was just a matter of giving him the time he needed to have as much trust as Hodge could probably ever have with anybody. </w:t>
      </w:r>
      <w:r>
        <w:br/>
      </w:r>
    </w:p>
    <w:p w:rsidR="00CF1D6C" w:rsidRDefault="00000000">
      <w:r>
        <w:t xml:space="preserve">I could have muzzled him, but well, I love Muzzles. We'll touch on that for a second. I love muzzles. I have no issue with muzzles. I find that very rarely does a dog struggle with a muzzle. I think part of that is because I don't wait until I'm doing that trigger thing. If I'm feel that a dog needs muzzle, the muzzles going on right away. It's going on while I'm doing things that the dog doesn't care about. It's going on while I'm doing the easy stuff, and that way that muzzle isn't the cue for the bad thing happening. If the dog can't stand to have nails cut and a muzzle is the only time the dog gets muzzled is immediately before you pick up a foot to cut the nails. </w:t>
      </w:r>
      <w:r>
        <w:br/>
      </w:r>
    </w:p>
    <w:p w:rsidR="00CF1D6C" w:rsidRDefault="00000000">
      <w:r>
        <w:t xml:space="preserve">They're going to know that a muzzle means a nail trim. So when I use a muzzle, it can be for the entire groom if that's how it works out, but it's done before something bad happens, so that muzzle isn't a cue for the bad thing. That muzzle is just the cue for grooming it's just the thing. And I very rarely get a dog who fights it. But there are some dogs that would, and I do believe Hodge would not have been a great candidate i do think it would have made him panic, So muzzling for him, I did not feel was going to be the kindest thing for him. </w:t>
      </w:r>
      <w:r>
        <w:br/>
      </w:r>
    </w:p>
    <w:p w:rsidR="00CF1D6C" w:rsidRDefault="00000000">
      <w:r>
        <w:t xml:space="preserve">I also didn't think that the kindest thing for him would have been to Muslim and have one of the texts come up and hold him down while I shaved everything off. Could we have done it absolutely. Would I have ever gained his trust again probably not. So over a lot of time we got to this groom and it's a lovely groom. You can see his eyes, the no more mats around his beard. His feet are respectable length. Sanny's done and you know he's got shorter hair. His owner was thrilled to death and we always knew our expectations for what could happen </w:t>
      </w:r>
      <w:r>
        <w:lastRenderedPageBreak/>
        <w:t xml:space="preserve">with Hodge. </w:t>
      </w:r>
      <w:r>
        <w:br/>
      </w:r>
    </w:p>
    <w:p w:rsidR="00CF1D6C" w:rsidRDefault="00000000">
      <w:r>
        <w:t xml:space="preserve">I was always very clear with the owner and when I'm working a dog like this, I am always very clear with an owner and they have to meet me part way. They have to be the one to bring the dog to me so I can do it. They have to be willing to put in as much if not more effort than I am to work their dog through it. How funny, she had said the more we worked with him she noticed really good improvements at home with him where getting him into the car initially was a struggle and a fight and getting him picked up and put in the car almost would get her bit. </w:t>
      </w:r>
      <w:r>
        <w:br/>
      </w:r>
    </w:p>
    <w:p w:rsidR="00CF1D6C" w:rsidRDefault="00000000">
      <w:r>
        <w:t xml:space="preserve">He was now willingly getting into the car and not near as stressed in the car. When he went places, mostly he came to us, but there wasn't anything stressful and awful with us anymore because everything was at Hodges pace. </w:t>
      </w:r>
      <w:r>
        <w:br/>
      </w:r>
    </w:p>
    <w:p w:rsidR="00CF1D6C" w:rsidRDefault="00000000">
      <w:r>
        <w:t xml:space="preserve">And it was just the fact that I got that haircut down on him i was so happy that never could I do Clippers, never could I do a dryer. But he got that and it was something i didn't know initially if that would ever happen with him and what else we were going to do to rectify his grooming that needed done a little May over here, cutest little thing. She belonged to a senior who passed away and the grandkids got her. And I have no idea you know anything prior to when the grandkids got her. </w:t>
      </w:r>
      <w:r>
        <w:br/>
      </w:r>
    </w:p>
    <w:p w:rsidR="00CF1D6C" w:rsidRDefault="00000000">
      <w:r>
        <w:t xml:space="preserve">But the first time I went to do her, I went to get her out of the kennel and she's backing all the way up into the corner. So I'm sweet talking or you can see she's a tiny little thing so I'm trying to sweet talker. That made it worse. She's snarling. She's making ugly faces, she's making ugly noises. Tried to call her bluff for a second and she ends up, you know, climbing backwards up the back kennel wall. </w:t>
      </w:r>
      <w:r>
        <w:br/>
      </w:r>
    </w:p>
    <w:p w:rsidR="00CF1D6C" w:rsidRDefault="00000000">
      <w:r>
        <w:t xml:space="preserve">And she was just absolutely terrified. Her whole world had been turned upside down. She was no longer in her home with her person. She was terrified, sure I could have taken a towel, tossed it over her and she was five pounds if that, and got her out, muzzled her, got the groom done. It wouldn't have got us anywhere though, except to have a haircut and this dog was going to need to have a haircut for the next, you know, five ten fifteen years. </w:t>
      </w:r>
      <w:r>
        <w:br/>
      </w:r>
    </w:p>
    <w:p w:rsidR="00CF1D6C" w:rsidRDefault="00000000">
      <w:r>
        <w:t xml:space="preserve">So we needed to make it something that she was OK with and it was the baby steps just like I did with Hodge. Her baby steps did not take as long. And her baby steps ended up where she actually had real haircuts and real grooming and drying and all of that, but again with the cooperation of the owner and a lot of baby steps at her pace. Not mine, but at hers and at his. We ended up with dogs that could be groomed him not beautifully, and her as adorable </w:t>
      </w:r>
      <w:r>
        <w:lastRenderedPageBreak/>
        <w:t xml:space="preserve">as she could be. And much of it is about building the relationship. </w:t>
      </w:r>
      <w:r>
        <w:br/>
      </w:r>
    </w:p>
    <w:p w:rsidR="00CF1D6C" w:rsidRDefault="00000000">
      <w:r>
        <w:t xml:space="preserve">And when we think about it, especially on a dog who is fearful for whatever reason, we are asking a whole lot. You know, we're strangers. We're doing strange things, and we just expect them to allow us to do it without any say in what happens in their life. And while I'm not trying to, I can never say the word anthro whatever i'm not even going to try it tongue ties me every time. But when it's not about giving them human emotions and feelings and that. But we do have to realize that they do have emotions and feelings and that, you know, maybe not to the same degree, but it's there and they're more than just, you know, a stuffed animal on the table. </w:t>
      </w:r>
      <w:r>
        <w:br/>
      </w:r>
    </w:p>
    <w:p w:rsidR="00CF1D6C" w:rsidRDefault="00000000">
      <w:r>
        <w:t xml:space="preserve">Building the relationship, even with a non fearful dog, can just do wonderful and amazing things for how the dog tolerates grooming and how you're feeling at the end of the day with dogs who are so much more cooperative than they were before. So you know, much is in, I find our expectations so often i hear that, you know, it's not our job to train the dog. </w:t>
      </w:r>
      <w:r>
        <w:br/>
      </w:r>
    </w:p>
    <w:p w:rsidR="00CF1D6C" w:rsidRDefault="00000000">
      <w:r>
        <w:t xml:space="preserve">It's the owner's job to train their dog to be groomed. Ok, the owners have a part in it, but if the owners could replicate what we do in the grooming salon, they wouldn't need us to groom their dogs. They can't replicate a multi dog salon. They can't replicate the sound and the feel and the noise of the dryer and they can't replicate the bit higher water pressure that we're using for the baths and probably most owners are using with a cup in the sink or their handheld shower. </w:t>
      </w:r>
      <w:r>
        <w:br/>
      </w:r>
    </w:p>
    <w:p w:rsidR="00CF1D6C" w:rsidRDefault="00000000">
      <w:r>
        <w:t xml:space="preserve">They can't replicate, you know, the stranger issue and all of that and if they could, if they had all that equipment to replicate and desensitize their dogs to it on their own at home, they wouldn't be needing to bring the dog to us. So that's our part that we have to do. Their part is in bringing the dog to us to have it done, to respecting our knowledge and how we want to work with it, their particular dog because each dog is going to be a little bit different. You know, some puppies might need one visit or two and boom, they're rock stars and they can have a full haircut and everything is great. </w:t>
      </w:r>
      <w:r>
        <w:br/>
      </w:r>
    </w:p>
    <w:p w:rsidR="00CF1D6C" w:rsidRDefault="00000000">
      <w:r>
        <w:t xml:space="preserve">The other puppy might need four or five appointments before they're in any way able to stand up even remotely still to have something done. So we have to have those expectations or clear expectations and reasonable expectations. You know, there's so much that we expect them to do you know, I've seen it. Where a groomer would get very frustrated because this dog would. You know a larger dog wouldn't jump on the table and think, well, you know the dog doesn't know how to jump on the table or that it's supposed to jump on the table. </w:t>
      </w:r>
      <w:r>
        <w:br/>
      </w:r>
    </w:p>
    <w:p w:rsidR="00CF1D6C" w:rsidRDefault="00000000">
      <w:r>
        <w:lastRenderedPageBreak/>
        <w:t xml:space="preserve">Because if you think about it, if the dog jumped on the coffee table at home, probably would have gotten in big trouble. And while a coffee table's not a grooming table, it's still that raised surface that they've likely, I've been taught to respect for it being what it was, which is don't touch anything on the coffee table with my dogs i'll you know, my books or papers and there's a puppy here, so he likes to take books, you know he's not. </w:t>
      </w:r>
      <w:r>
        <w:br/>
      </w:r>
    </w:p>
    <w:p w:rsidR="00CF1D6C" w:rsidRDefault="00000000">
      <w:r>
        <w:t xml:space="preserve">He's learning not to touch anything that sits on the coffee table. </w:t>
      </w:r>
      <w:r>
        <w:br/>
      </w:r>
    </w:p>
    <w:p w:rsidR="00CF1D6C" w:rsidRDefault="00000000">
      <w:r>
        <w:t xml:space="preserve">So the fact that the dog doesn't know how to do things, we have to remember that they can't know what they don't know. So a large dog to get on the table, they need to be taught and coaxed how to hop up on, not just automatically stand there and try and drag and push him up. No idea what you're trying to do to him and they're hard going to struggle and fight it. </w:t>
      </w:r>
      <w:r>
        <w:br/>
      </w:r>
    </w:p>
    <w:p w:rsidR="00CF1D6C" w:rsidRDefault="00000000">
      <w:r>
        <w:t xml:space="preserve">You know, handling by the strangers. So many, you know, dogs don't get out of the house much. You know, our own personal dogs, many of us are taking him to work. They're seeing other dogs. They're seeing other people in and out. Other dogs, other people no big deal just one of those things they ignore them. But for many of our pet dogs, they're not getting out of the house very much they're not meeting a lot of strangers in their life. So we can't expect that they're just going to happily accept us doing all the things to them without, you know, some kind of working up to it and trust building. </w:t>
      </w:r>
      <w:r>
        <w:br/>
      </w:r>
    </w:p>
    <w:p w:rsidR="00CF1D6C" w:rsidRDefault="00000000">
      <w:r>
        <w:t xml:space="preserve">We can't expect the dog to just know, you know, they don't know that they're supposed to stand up and stand still on the table until they're slowly taught to, you know, they don't know that they need to yield to the pressure of the grooming loop until they're taught to. And that actually, I found is becoming harder and harder. </w:t>
      </w:r>
      <w:r>
        <w:br/>
      </w:r>
    </w:p>
    <w:p w:rsidR="00CF1D6C" w:rsidRDefault="00000000">
      <w:r>
        <w:t xml:space="preserve">Because most dogs, so many dogs are wearing harnesses now. So the first time they're on a grooming loop is almost like the first time, you know, they're on a leash they don't know what to do with that pressure on the neck. And some of them are just in a total panic, like a fish on the end of a fish online. So we have to remember that if they've, they're not experiencing it in their, you know, real life outside of the shop. It's up to us to acclimate them to that in the shop. </w:t>
      </w:r>
      <w:r>
        <w:br/>
      </w:r>
    </w:p>
    <w:p w:rsidR="00CF1D6C" w:rsidRDefault="00000000">
      <w:r>
        <w:t xml:space="preserve">And it can be a slow process and you don't go to one training class and expect your dog to come out with ACGC. It's not going to happen. And I used that analogy a lot when I'm explaining to clients why their dog did not get a full groom today on their first visit. You know, it's time, it's learning. There are a lot of things they have to learn how to do and how to accept. And it's way too much to expect them to learn it in one hour session. And when I liken it to a training class, which, you know, many of the dogs are as puppies, are going </w:t>
      </w:r>
      <w:r>
        <w:lastRenderedPageBreak/>
        <w:t xml:space="preserve">through that one puppy training class and they realized, yeah, you know, every week was a different thing. </w:t>
      </w:r>
      <w:r>
        <w:br/>
      </w:r>
    </w:p>
    <w:p w:rsidR="00CF1D6C" w:rsidRDefault="00000000">
      <w:r>
        <w:t xml:space="preserve">So that kind of helps them understand a bit of what it is that's required. And you know, they have to bring the dog in for us to do it. But we have to remember that, you know, for our own dogs, it's something that we probably have worked on nearly every day all of their lives. We get a puppy, we're grooming that puppy, you know, at eight ten weeks old. Soon as we get them, grooming has started. We're often getting our dogs from breeders who start that grooming. You know, immediately 4 weeks old, they've had a poodle puppies had their face, feet and tails started already. </w:t>
      </w:r>
      <w:r>
        <w:br/>
      </w:r>
    </w:p>
    <w:p w:rsidR="00CF1D6C" w:rsidRDefault="00000000">
      <w:r>
        <w:t xml:space="preserve">So the dogs that we have in our personal lives are going to be a whole lot different than the average pet dog in what they're exposed to, in how they're socialized in what is a normal part of their life versus what is not something that happens, you know, once every six weeks, that's such a small part of their life for them to even remember how to do it, you know, versus our own dogs who are getting, you know, grooming done like maybe once a week. </w:t>
      </w:r>
      <w:r>
        <w:br/>
      </w:r>
    </w:p>
    <w:p w:rsidR="00CF1D6C" w:rsidRDefault="00000000">
      <w:r>
        <w:t xml:space="preserve">So we have to really watch our expectations so for what we want the dog to do. And I'm not saying that dogs, you know, should never be expected to stand up and stand still on the table, because they should. </w:t>
      </w:r>
      <w:r>
        <w:br/>
      </w:r>
    </w:p>
    <w:p w:rsidR="00CF1D6C" w:rsidRDefault="00000000">
      <w:r>
        <w:t xml:space="preserve">But it's not something that comes naturally to him and it's not something that every dog can do physically. And we have to kind of step back if we've done the training that that's needed for the dog. We've had that puppy and, you know, frequent visits that they need to have done. And there's still issues. For me, that's when I go to the physical issues and as I look back, you know, you've got that puppy that was just awful and screamed and would bite when you brushed or when you did anything and they just were way over the top and you never could quite get that cooperation that you wanted. </w:t>
      </w:r>
      <w:r>
        <w:br/>
      </w:r>
    </w:p>
    <w:p w:rsidR="00CF1D6C" w:rsidRDefault="00000000">
      <w:r>
        <w:t xml:space="preserve">You Fast forward a couple of years and most of the time those dogs end up having ACL tears and hip dysplasia and all kinds of arthritis things that they were cueing us into as young puppies. And. </w:t>
      </w:r>
      <w:r>
        <w:br/>
      </w:r>
    </w:p>
    <w:p w:rsidR="00CF1D6C" w:rsidRDefault="00000000">
      <w:r>
        <w:t xml:space="preserve">So when you know when that training isn't working for me, that's when it's important that I step back and try and find another way, another way around to do it let. </w:t>
      </w:r>
      <w:r>
        <w:br/>
      </w:r>
    </w:p>
    <w:p w:rsidR="00CF1D6C" w:rsidRDefault="00000000">
      <w:r>
        <w:lastRenderedPageBreak/>
        <w:t xml:space="preserve">Me stop this video. Ok, pause that. So you know, and training is part and we do have to train this little girl here i think it was probably her third visit with me, but her first, </w:t>
      </w:r>
      <w:r>
        <w:br/>
      </w:r>
    </w:p>
    <w:p w:rsidR="00CF1D6C" w:rsidRDefault="00000000">
      <w:r>
        <w:t xml:space="preserve">Her first drawing session because you know, high velocity dryer is a thing and it can be a little scary, something I think they need to be worked into. So I wanted to build up with her, but I also needed to teach her how to have it done in a way that she was never ever blasted in the face with that dryer. And so it's really important that we keep control of the dogs in ways that are comfortable to them and by control, I don't mean just, you know, hooking him up to that sidearm and up the top and cross tying him in where they can't move. </w:t>
      </w:r>
      <w:r>
        <w:br/>
      </w:r>
    </w:p>
    <w:p w:rsidR="00CF1D6C" w:rsidRDefault="00000000">
      <w:r>
        <w:t xml:space="preserve">We need to physically have our hands on them and controlling him. You'll see she's going to, she's fairly her restraints, fairly loose. Personally, I find that I less is more when it comes to restraint. I very rarely use an attachment to the side pole. I like to move myself and my dogs too much for that to then have them so stuck up to the pole. I also feel that a dog who's slightly uncomfortable or a little fearful when you have them that restrained, for many of them it makes them worse. </w:t>
      </w:r>
      <w:r>
        <w:br/>
      </w:r>
    </w:p>
    <w:p w:rsidR="00CF1D6C" w:rsidRDefault="00000000">
      <w:r>
        <w:t xml:space="preserve">Loosen them up. Do I have i don't. I usually creep a slip lead on the dog so they're hooked up to the grooming arm loosely then I have a slip lead on in one hand that I work around if I think I'm, you know, need to be concerned about maybe the dog stepping off the table or something. But in this, you know, teaching her how to get her head done, and there's a little bit of correction that you'll see in here, but there's also, you know, understanding that she doesn't know it's the first time. And I can't expect perfection, but what I definitely need to do is make it a good experience for her. </w:t>
      </w:r>
      <w:r>
        <w:br/>
      </w:r>
    </w:p>
    <w:p w:rsidR="00CF1D6C" w:rsidRDefault="00000000">
      <w:r>
        <w:t xml:space="preserve">There's nothing that irks me more than to watch a groomer with a dog who doesn't like to have their face dried. So they'll just bring the dryer, you know, out like 6 or 8 inches and just blast the dog in the whole head and face with it. Ao the dogs trying to get away from the dryer. Of course they are. </w:t>
      </w:r>
      <w:r>
        <w:br/>
      </w:r>
    </w:p>
    <w:p w:rsidR="00CF1D6C" w:rsidRDefault="00000000">
      <w:r>
        <w:t xml:space="preserve">But when you know there are so many different ways keeping the dryer close, as you can see here controls where that air is going. You know, right there, that's it's right there on her cheek it's not going in her ear. I know the video really looks like it is. It's not, </w:t>
      </w:r>
      <w:r>
        <w:br/>
      </w:r>
    </w:p>
    <w:p w:rsidR="00CF1D6C" w:rsidRDefault="00000000">
      <w:r>
        <w:t xml:space="preserve">It's not blasting her in her eyes. She, I think she was maybe five months old, maybe 6 for this, maybe less than that but anyway, it was the first blow dryer for her and it, you know, it was time to learn but there's that empathy of you don't understand, and we have to help you to understand this. But also knowing that there's a training aspect to it, gentle pressure holding her face. Because if I let go of her face, she's just going to turn it into the air they </w:t>
      </w:r>
      <w:r>
        <w:lastRenderedPageBreak/>
        <w:t xml:space="preserve">always turn it into the air, never fails. And it's going to prove to her that this is an awful thing because it blasts me in the face with air. </w:t>
      </w:r>
      <w:r>
        <w:br/>
      </w:r>
    </w:p>
    <w:p w:rsidR="00CF1D6C" w:rsidRDefault="00000000">
      <w:r>
        <w:t xml:space="preserve">Generally i would have the table down a little farther so I'm not reaching up so high. That's my preference for where I'm positioned. But for the video set up, that was the best way to really see things and how I had the where I had the phone setting. But it's just, you know, starting from the back, bringing it forward, not getting frustrated with her because you have to understand this is so new. But because we'd had a little bit of relationship building prior to this, she's pretty respectful. But it's not a fight it's not a struggle. </w:t>
      </w:r>
      <w:r>
        <w:br/>
      </w:r>
    </w:p>
    <w:p w:rsidR="00CF1D6C" w:rsidRDefault="00000000">
      <w:r>
        <w:t xml:space="preserve">She will end up with her head dry. Maybe not as perfectly dried and straight as it could be, but sorry guys, my throat's really dry as I'm sitting here clearing my throat and drinking so much. I apologize for that. </w:t>
      </w:r>
      <w:r>
        <w:br/>
      </w:r>
    </w:p>
    <w:p w:rsidR="00CF1D6C" w:rsidRDefault="00000000">
      <w:r>
        <w:t xml:space="preserve">But you'll notice that with the dryer turned down and kept close to the skin, I am controlling both where the air flows and holding her head so she doesn't turn dryer. If I were to bring that dryer way back, there'd be no way that I could keep that from blasting her in her face. And by realizing. </w:t>
      </w:r>
      <w:r>
        <w:br/>
      </w:r>
    </w:p>
    <w:p w:rsidR="00CF1D6C" w:rsidRDefault="00000000">
      <w:r>
        <w:t xml:space="preserve">And keeping it as calm for her and as cooperative for her. Then I don't have that struggle and she may never realize that she can struggle and stop a groom because we've never built up to that point. You know I will. You will never find a dog that alligator rolls on my table anymore because I would never push a dog to the point of an alligator roll. It doesn't get you anywhere. It's just proves to the dog that this is a really awful and stressful thing. </w:t>
      </w:r>
      <w:r>
        <w:br/>
      </w:r>
    </w:p>
    <w:p w:rsidR="00CF1D6C" w:rsidRDefault="00000000">
      <w:r>
        <w:t xml:space="preserve">And that's where there comes a point when you know you have to call enough now it doesn't. You know it can be a fluid enough, it can be an enough for this part. </w:t>
      </w:r>
      <w:r>
        <w:br/>
      </w:r>
    </w:p>
    <w:p w:rsidR="00CF1D6C" w:rsidRDefault="00000000">
      <w:r>
        <w:t xml:space="preserve">So you know, we'll go, for example, a dog who freaks out when he sees the toenail Clippers and we've probably all had him as soon as you pick him up, that dog knows he's done. So you know what, I'm going to stop clipping the nails. Just stop clipping the nails we've had enough of it, you know, owner wants a nails clip, they can go to the vet where they can do whatever. But my time on my table, I am not going to have that battle. And what tends to happen is when that awful thing stops happening on my table, it gives me the chance to work through and baby step that back into the routine. </w:t>
      </w:r>
      <w:r>
        <w:br/>
      </w:r>
    </w:p>
    <w:p w:rsidR="00CF1D6C" w:rsidRDefault="00000000">
      <w:r>
        <w:t xml:space="preserve">It may might be 6 months from now, it might be two appointments from now, but when dogs are so much into routine and sometimes that fight is just for them part of the grooming. So when we take that out, and I don't ever allow that to be part of my grooming </w:t>
      </w:r>
      <w:r>
        <w:lastRenderedPageBreak/>
        <w:t xml:space="preserve">anymore, we build different habits. And it might be that I've quit cutting the nails. And three months down the road I clip 1 Toenail and that's it. And we're done. And they don't even realize it happened. </w:t>
      </w:r>
      <w:r>
        <w:br/>
      </w:r>
    </w:p>
    <w:p w:rsidR="00CF1D6C" w:rsidRDefault="00000000">
      <w:r>
        <w:t xml:space="preserve">And maybe I'll do too there's so many different ways around it doesn't hundred % always work, but I've found that if I stop doing that offending thing, I can make the whole process better and sometimes it's not to the benefit of the owner. </w:t>
      </w:r>
      <w:r>
        <w:br/>
      </w:r>
    </w:p>
    <w:p w:rsidR="00CF1D6C" w:rsidRDefault="00000000">
      <w:r>
        <w:t xml:space="preserve">I did a Shih Tzu for a long time that I got I could not touch his face play. There was no Safeway to groom that dog's face. I could do groom, the rest of the dog could not groom the face. So every few months the dog would be sedated. I would shave the face and the head and the ears, and then I could do the rest of the dog without any issue for the groomings up until the head grew out. </w:t>
      </w:r>
      <w:r>
        <w:br/>
      </w:r>
    </w:p>
    <w:p w:rsidR="00CF1D6C" w:rsidRDefault="00000000">
      <w:r>
        <w:t xml:space="preserve">Was the dog beautiful? No. Was the dog groomed? Yes, and that's what was important. And I will do that often if. I will do that as often as needed not often because I will try to help a dog through. I will try and show them that, you know, we don't have to do it this way. So many dogs are, you know, like it talked about doing their faces in the tub instead of on the table. And I think some of that comes from teaching as a puppy and in our normal reactions so you're holding little Puppy's face and Little Puppy doesn't know if any idea what you're doing except that these objects are coming, you know, right in his face and towards his eyes now so he's going to struggle. </w:t>
      </w:r>
      <w:r>
        <w:br/>
      </w:r>
    </w:p>
    <w:p w:rsidR="00CF1D6C" w:rsidRDefault="00000000">
      <w:r>
        <w:t xml:space="preserve">So we're going to hold a little tighter and what happens is you've got, especially on this little flat faced dogs, your Shih Tzus or anything with an underbite. If you open up their mouth and look in when they bite down, when that mouth closes all the way, you've got bottom teeth poking up into the roof of their mouth or sliding between 2 teeth and causing wear on the teeth. If you don't regularly look inside your dog's mouths, you really should because it's quite interesting and can tell so much. So you've got the puppy who or maybe is teething and so you hold a little bit tighter, which you know that is going to be your reaction if some pulling away to hold it a little bit tighter, but then you've got some discomfort so they're going to struggle a little more so you hold. </w:t>
      </w:r>
      <w:r>
        <w:br/>
      </w:r>
    </w:p>
    <w:p w:rsidR="00CF1D6C" w:rsidRDefault="00000000">
      <w:r>
        <w:t xml:space="preserve">Ok, One of us froze. </w:t>
      </w:r>
      <w:r>
        <w:br/>
      </w:r>
    </w:p>
    <w:p w:rsidR="00CF1D6C" w:rsidRDefault="00000000">
      <w:r>
        <w:t xml:space="preserve">So it's Barb. All right, let's give her a minute. I'll send her. </w:t>
      </w:r>
      <w:r>
        <w:br/>
      </w:r>
    </w:p>
    <w:p w:rsidR="00CF1D6C" w:rsidRDefault="00000000">
      <w:r>
        <w:t xml:space="preserve">On a second i'm just going to pause the recording so we get her back. </w:t>
      </w:r>
      <w:r>
        <w:br/>
      </w:r>
    </w:p>
    <w:p w:rsidR="00CF1D6C" w:rsidRDefault="00000000">
      <w:r>
        <w:lastRenderedPageBreak/>
        <w:t xml:space="preserve">Ok, Bob. Ok. Thank you. </w:t>
      </w:r>
      <w:r>
        <w:br/>
      </w:r>
    </w:p>
    <w:p w:rsidR="00CF1D6C" w:rsidRDefault="00000000">
      <w:r>
        <w:t xml:space="preserve">Back where was. Oh, so sometimes it's enough for right now, and sometimes it's enough forever. And don't feel bad about that if grooming is dangerous to you or the dog, if it is traumatic and stressful to you or the dog and nothing you've done has been of any help, there's not been any improvement, then it's OK to call it that you're not a failure. You're not a bad Grammer. Honestly, I feel that it is shows your professionalism, knowing when to call it, knowing when it's time. Now we sometimes get this a lot of worry of, well, you know, if I don't do the dog, somebody else, you know, may not be so kind and I get that, I really do. </w:t>
      </w:r>
      <w:r>
        <w:br/>
      </w:r>
    </w:p>
    <w:p w:rsidR="00CF1D6C" w:rsidRDefault="00000000">
      <w:r>
        <w:t xml:space="preserve">But I think that sometimes we have to put that on the back burner. And so that dog, you know, the next groomer might not be as kind or as patient, which means likely they will fire the dog sooner than you did. And with that, at some point, you know, the owner is going to have to take responsibility by either grooming the dog themselves or agreeing to have the dog sedated and shaved. You know, a lot of owners don't like that for the expense or just for the fact that they don't like the way the dog looks because you're not going to 1st when a dog is sedated, you know, out fully on the table, you're not getting a pretty haircut. </w:t>
      </w:r>
      <w:r>
        <w:br/>
      </w:r>
    </w:p>
    <w:p w:rsidR="00CF1D6C" w:rsidRDefault="00000000">
      <w:r>
        <w:t xml:space="preserve">It just isn't going to happen. And so for me, I always just did them short, shaved everything off. That way they can go months before they need it again. So you know, sedation, while it's safe, you know, there's always a risk with it. So and you know, a lot of clients don't care for that, but eventually that may be what they get to. And I don't want to sound cold because absolutely that's not how I feel. But there does come a point in time when we have to say that's not our problem and it's OK. It doesn't make you the great hero groomer when you are known to do all the aggressive and badly behaved dogs any more so than somebody else who chooses not to do them. </w:t>
      </w:r>
      <w:r>
        <w:br/>
      </w:r>
    </w:p>
    <w:p w:rsidR="00CF1D6C" w:rsidRDefault="00000000">
      <w:r>
        <w:t xml:space="preserve">I know we often we take it as a badge of honor that we will fight and struggle with some of these dogs to get it done. And i don't quite agree with it i don't think anybody wins when they've had to be held down, an alligator roll and three people to get it done. I don't think that's a win in my opinion because for me, the win is in building the relationship to the point where we have found a way where the dog and I have found our dance moves on what's going to work comfortably and cooperatively for me and the dog and for me, that's, you know, that's what it's about, is building that relationship and making sure that every day with every dog I do, that I don't forget that is a living, breathing, feeling animal and that there's only so many ways that they can cooperate with us. </w:t>
      </w:r>
      <w:r>
        <w:br/>
      </w:r>
    </w:p>
    <w:p w:rsidR="00CF1D6C" w:rsidRDefault="00000000">
      <w:r>
        <w:t xml:space="preserve">Oh, I'm sorry that they can. They can tell us, you know, what's going on. They can communicate with us that was the word I was looking for communicate. </w:t>
      </w:r>
      <w:r>
        <w:br/>
      </w:r>
    </w:p>
    <w:p w:rsidR="00CF1D6C" w:rsidRDefault="00000000">
      <w:r>
        <w:lastRenderedPageBreak/>
        <w:t xml:space="preserve">So we have to be able to listen we have to be willing to listen. There's nothing that irritates oh so much it bothers me was just recently there was a video somebody posted of a dog that they groomed and you know, the dog was biting and snarling every time she touched the rear end and. </w:t>
      </w:r>
      <w:r>
        <w:br/>
      </w:r>
    </w:p>
    <w:p w:rsidR="00CF1D6C" w:rsidRDefault="00000000">
      <w:r>
        <w:t xml:space="preserve">So, you know, so many of the responses were the dog is spoiled, the dog is dominant. The owners never train the dog this and this. And the poster says, oh, you know, he comes in, he's really friendly and you know, it's when I get this done. And again, it doesn't make a difference the dog is dominant he's trying to dominate you and he's just a spoiled dog i bet he sleeps on the bed and they can't get him off the couch and all of that and you know, i'm looking at that video and I'm seeing a dog who's tucking his butt down and sitting and tucking his butt down and sitting and when the groomers clipping the front half, no problem. </w:t>
      </w:r>
      <w:r>
        <w:br/>
      </w:r>
    </w:p>
    <w:p w:rsidR="00CF1D6C" w:rsidRDefault="00000000">
      <w:r>
        <w:t xml:space="preserve">And she says she doesn't have to muzzle them at all to do his face or anything like that. Which tells me it's not a matter of the dog not liking it, It's a matter of that particular thing that she was doing and which then for me goes back to there's something physically going on there that the dog doesn't want it done, but it just it hurts my heart a little bit. How many people will? How many grimmers will first thing they go to is bad dog, spoiled dog, dominant dog, dumb dog, Bad Owners should have been trained, should have been socialized. </w:t>
      </w:r>
      <w:r>
        <w:br/>
      </w:r>
    </w:p>
    <w:p w:rsidR="00CF1D6C" w:rsidRDefault="00000000">
      <w:r>
        <w:t xml:space="preserve">When I find that to be such a rare part of the problem, and the biggest part of the problem is just changing things a tiny bit to make it easier for the dog, I didn't get a video on here to let me look up here real quick you'll have to. </w:t>
      </w:r>
      <w:r>
        <w:br/>
      </w:r>
    </w:p>
    <w:p w:rsidR="00CF1D6C" w:rsidRDefault="00000000">
      <w:r>
        <w:t xml:space="preserve">Forgive me here. There was a video I did not put on here i was talking to Mary about it and she thought that it would be a good one to show here. </w:t>
      </w:r>
      <w:r>
        <w:br/>
      </w:r>
    </w:p>
    <w:p w:rsidR="00CF1D6C" w:rsidRDefault="00000000">
      <w:r>
        <w:t xml:space="preserve">You just have to give me a second. </w:t>
      </w:r>
      <w:r>
        <w:br/>
      </w:r>
    </w:p>
    <w:p w:rsidR="00CF1D6C" w:rsidRDefault="00000000">
      <w:r>
        <w:t xml:space="preserve">Find it up here should still be here. This is Cody. </w:t>
      </w:r>
      <w:r>
        <w:br/>
      </w:r>
    </w:p>
    <w:p w:rsidR="00CF1D6C" w:rsidRDefault="00000000">
      <w:r>
        <w:t xml:space="preserve">It's going to be unedited. Oh, with my muzzle. </w:t>
      </w:r>
      <w:r>
        <w:br/>
      </w:r>
    </w:p>
    <w:p w:rsidR="00CF1D6C" w:rsidRDefault="00000000">
      <w:r>
        <w:t xml:space="preserve">Volume off on that. This is another he's got something going on with his back end. Don't know what it is. All I know is that getting him to stand and touching anything on the back end requires him to wear that muzzle. Hey, a video's not playing. Oh, OK. It is on this end. </w:t>
      </w:r>
      <w:r>
        <w:lastRenderedPageBreak/>
        <w:t xml:space="preserve">Ok, so let me You may have to change the share screen. So stop oh, oh. Share this tab instead i see it oK, there we go. </w:t>
      </w:r>
      <w:r>
        <w:br/>
      </w:r>
    </w:p>
    <w:p w:rsidR="00CF1D6C" w:rsidRDefault="00000000">
      <w:r>
        <w:t xml:space="preserve">Ok, well let me pull back to the. </w:t>
      </w:r>
      <w:r>
        <w:br/>
      </w:r>
    </w:p>
    <w:p w:rsidR="00CF1D6C" w:rsidRDefault="00000000">
      <w:r>
        <w:t xml:space="preserve">There we go, </w:t>
      </w:r>
      <w:r>
        <w:br/>
      </w:r>
    </w:p>
    <w:p w:rsidR="00CF1D6C" w:rsidRDefault="00000000">
      <w:r>
        <w:t xml:space="preserve">There we are. So he doesn't you know biting is his first line of defense if you try and pick his rear end up, I personally think there's something wrong with his tail in that area of him again, I'm not a vet so I can't, I can't say that but with his messy, as he always is on the underside of his tail, I don't think he can lift it as well. </w:t>
      </w:r>
      <w:r>
        <w:br/>
      </w:r>
    </w:p>
    <w:p w:rsidR="00CF1D6C" w:rsidRDefault="00000000">
      <w:r>
        <w:t xml:space="preserve">But you know, you see as I'm trying to get him around that, you know, I'm working on him while he's sitting as much as I can. There will come a point in that I have to do something different, and he more or less allows it now. But, you know, because I have to work different with him, he's going to wear the muzzle the whole time. That way I'm not worrying about where his teeth are going to end up if I move him wrong. </w:t>
      </w:r>
      <w:r>
        <w:br/>
      </w:r>
    </w:p>
    <w:p w:rsidR="00CF1D6C" w:rsidRDefault="00000000">
      <w:r>
        <w:t xml:space="preserve">Ok, let me go find you another one. Ok, I'm sharing this sharing the right screen now. </w:t>
      </w:r>
      <w:r>
        <w:br/>
      </w:r>
    </w:p>
    <w:p w:rsidR="00CF1D6C" w:rsidRDefault="00000000">
      <w:r>
        <w:t xml:space="preserve">Let's see. </w:t>
      </w:r>
      <w:r>
        <w:br/>
      </w:r>
    </w:p>
    <w:p w:rsidR="00CF1D6C" w:rsidRDefault="00000000">
      <w:r>
        <w:t xml:space="preserve">Ok this one. This is not my video and I felt OK using this video during a class because it was posted publicly on their business page. </w:t>
      </w:r>
      <w:r>
        <w:br/>
      </w:r>
    </w:p>
    <w:p w:rsidR="00CF1D6C" w:rsidRDefault="00000000">
      <w:r>
        <w:t xml:space="preserve">With the Make sure that the sound stays off on this with the caption about how much this dog likes to play and try to catch the air. </w:t>
      </w:r>
      <w:r>
        <w:br/>
      </w:r>
    </w:p>
    <w:p w:rsidR="00CF1D6C" w:rsidRDefault="00000000">
      <w:r>
        <w:t xml:space="preserve">So do this again. </w:t>
      </w:r>
      <w:r>
        <w:br/>
      </w:r>
    </w:p>
    <w:p w:rsidR="00CF1D6C" w:rsidRDefault="00000000">
      <w:r>
        <w:t xml:space="preserve">Dog's not playing at all. It's actually pretty sad, but you don't know what you don't know, and being as the whole the behavior part of the grooming process is a fairly new thing to look at. You know, there are, you know, groomers going in who have no idea anything about training and behavior. So they truly don't know because if they knew how awful this was, they wouldn't have posted it on their Facebook page. And you can see it is cut out a lot because I wanted to make sure that I did not identify the Grimmer at all, </w:t>
      </w:r>
      <w:r>
        <w:br/>
      </w:r>
    </w:p>
    <w:p w:rsidR="00CF1D6C" w:rsidRDefault="00000000">
      <w:r>
        <w:lastRenderedPageBreak/>
        <w:t xml:space="preserve">You know, because i'm not calling them out for doing that. But in general, there are so many people who don't know, and you might be the grimmer who gets that dog next. That's all they know about what it's like to be dried. And with that kind of experience, of course they are not going to be cooperative because that's what they're looking forward to. Make. </w:t>
      </w:r>
      <w:r>
        <w:br/>
      </w:r>
    </w:p>
    <w:p w:rsidR="00CF1D6C" w:rsidRDefault="00000000">
      <w:r>
        <w:t xml:space="preserve">Sure it's OK this little guy, he's a biter oh, that's a there we go. But take a look at his rear end. You know, it's good reason that he bites. So what I have to do is move the dog only in ways that is comfortable for him, which is not extending the legs out unless I have to because he's little you can see I can lift the back end up like that and just run that the Clipper Vac helps a lot with this, but you can look right at him and see one what's uncomfortable for him. </w:t>
      </w:r>
      <w:r>
        <w:br/>
      </w:r>
    </w:p>
    <w:p w:rsidR="00CF1D6C" w:rsidRDefault="00000000">
      <w:r>
        <w:t xml:space="preserve">And also, you know why it seems to be his back legs nearly cross Now you'll see. You know, in some of this there's a little bit of correction that I'm doing, you know, in teaching him he can't just immediately turn around to bite because we still have to get stuff done while at the same time being as empathetic as I can be and doing what I can to make this experience less uncomfortable for him. </w:t>
      </w:r>
      <w:r>
        <w:br/>
      </w:r>
    </w:p>
    <w:p w:rsidR="00CF1D6C" w:rsidRDefault="00000000">
      <w:r>
        <w:t xml:space="preserve">He's a poodle he's got to get groomed but just you know working around because when I pick up those front legs without him doing some kind of balance on my arm there, then that's a lot of weight put on that back end that we can see is already compromised somehow, </w:t>
      </w:r>
      <w:r>
        <w:br/>
      </w:r>
    </w:p>
    <w:p w:rsidR="00CF1D6C" w:rsidRDefault="00000000">
      <w:r>
        <w:t xml:space="preserve">He said there's correction because you know you correcting a dog is not a bad thing if your timing is right on the correction and if the correction works. So if he if he didn't understand what I was telling him and he continued doing the same thing and I continued doing the same correction. Then I'm just nagging and it's not doing anything and it's you know then it's not I don't feel it's OK but you know a good sharp no I don't have any problem doing that communicating in a way that they understand. But you see, I've there, I've give him time to kind of shift its weight and I don't know if you have the eye to see it, but see how the back legs are coming up off the table so easily because he doesn't put full weight on them. </w:t>
      </w:r>
      <w:r>
        <w:br/>
      </w:r>
    </w:p>
    <w:p w:rsidR="00CF1D6C" w:rsidRDefault="00000000">
      <w:r>
        <w:t xml:space="preserve">So this is you all working and when he does, he comes back off of them really quick. </w:t>
      </w:r>
      <w:r>
        <w:br/>
      </w:r>
    </w:p>
    <w:p w:rsidR="00CF1D6C" w:rsidRDefault="00000000">
      <w:r>
        <w:t xml:space="preserve">So yeah, we've got to try and work this together and cooperate with each other on doing this as easily as we can for them. </w:t>
      </w:r>
      <w:r>
        <w:br/>
      </w:r>
    </w:p>
    <w:p w:rsidR="00CF1D6C" w:rsidRDefault="00000000">
      <w:r>
        <w:t xml:space="preserve">So it's not said that i completely quit everything because they've struggled and it's not that I will, you know stop doing a groom on a dog that it's uncomfortable. We've got to try and find the balance in between in what works for him safely and also he's got to give me a little </w:t>
      </w:r>
      <w:r>
        <w:lastRenderedPageBreak/>
        <w:t xml:space="preserve">bit of the opportunity to prove myself as well. You know, in the process I sometimes that you have to just say hey, just wait and watch and see and it's not going to be so bad. </w:t>
      </w:r>
      <w:r>
        <w:br/>
      </w:r>
    </w:p>
    <w:p w:rsidR="00CF1D6C" w:rsidRDefault="00000000">
      <w:r>
        <w:t xml:space="preserve">But as you can see, he's muzzled because I love muzzles. I use them whenever necessary i absolutely do not feel that when used correctly that there is any kind of cruelty or harm or anything that comes with them. But again, my muzzle work comes with a little bit of muzzle training. You know, I'm not going to wait until the dog is at that at that point in the groom that the dog is going to bite me before I put it on because I don't want it to be the cue for, you know, that next thing that I'm doing. </w:t>
      </w:r>
      <w:r>
        <w:br/>
      </w:r>
    </w:p>
    <w:p w:rsidR="00CF1D6C" w:rsidRDefault="00000000">
      <w:r>
        <w:t xml:space="preserve">And so just by, you know, putting it on in the beginning, I don't have to think about where his face is. I can keep them with less restraint and be able to move them around comfortably without worrying that he's going to be able to reach my hands or my face or whatever because I don't have to be concerned about that. My energy is different. It's a lot calmer, which then feeds in to their energy being a lot calmer. </w:t>
      </w:r>
      <w:r>
        <w:br/>
      </w:r>
    </w:p>
    <w:p w:rsidR="00CF1D6C" w:rsidRDefault="00000000">
      <w:r>
        <w:t xml:space="preserve">So, you know, in for me, said It really tends to be just trying to make this a cooperative thing with the dog and myself. And I'm gonna peek at this chat here and see if there are any questions that I can see. </w:t>
      </w:r>
      <w:r>
        <w:br/>
      </w:r>
    </w:p>
    <w:p w:rsidR="00CF1D6C" w:rsidRDefault="00000000">
      <w:r>
        <w:t xml:space="preserve">Ok, let me scroll up here, because we've got a few minutes yet. </w:t>
      </w:r>
      <w:r>
        <w:br/>
      </w:r>
    </w:p>
    <w:p w:rsidR="00CF1D6C" w:rsidRDefault="00000000">
      <w:r>
        <w:t xml:space="preserve">Some are just comments thank you. It's such a nice comments. </w:t>
      </w:r>
      <w:r>
        <w:br/>
      </w:r>
    </w:p>
    <w:p w:rsidR="00CF1D6C" w:rsidRDefault="00000000">
      <w:r>
        <w:t xml:space="preserve">Oh, the loose loop yeah, my restraint is only as much as absolutely necessary. And nearly every dog has a. </w:t>
      </w:r>
      <w:r>
        <w:br/>
      </w:r>
    </w:p>
    <w:p w:rsidR="00CF1D6C" w:rsidRDefault="00000000">
      <w:r>
        <w:t xml:space="preserve">Nearly every dog has a slip lead, and with the slip lead that it's usually just kind of hanging out in my left hand while I'm working with my right. But that way I have a little bit more control. </w:t>
      </w:r>
      <w:r>
        <w:br/>
      </w:r>
    </w:p>
    <w:p w:rsidR="00CF1D6C" w:rsidRDefault="00000000">
      <w:r>
        <w:t xml:space="preserve">For a dog who's moving around the table i will let a dog move around the table. I have no problem with it now do I let a dog spin and jump and then you become dangerous. But, you know, the dog would rather, you know, be angled a slightly bit over this way. And I can do it i'm going to do it that way. But it's not. You know, they stand and they're still when they need to be, but I allow some freedom of movement when I can. </w:t>
      </w:r>
      <w:r>
        <w:br/>
      </w:r>
    </w:p>
    <w:p w:rsidR="00CF1D6C" w:rsidRDefault="00000000">
      <w:r>
        <w:lastRenderedPageBreak/>
        <w:t xml:space="preserve">And yeah, Michelle, I think the wonky confirmation is probably an issue with I would guess a good 90 % of the dogs that I do that have had an issue in the past for grooming. And it, I mean it takes minutes for me to find another way to do it and to see the relief in the dog it can really be that simple. </w:t>
      </w:r>
      <w:r>
        <w:br/>
      </w:r>
    </w:p>
    <w:p w:rsidR="00CF1D6C" w:rsidRDefault="00000000">
      <w:r>
        <w:t xml:space="preserve">Scroll back up here through. Thank you guys oK, there we go. I think I've got it all. </w:t>
      </w:r>
      <w:r>
        <w:br/>
      </w:r>
    </w:p>
    <w:p w:rsidR="00CF1D6C" w:rsidRDefault="00000000">
      <w:r>
        <w:t xml:space="preserve">So anyway, thank everybody thank you all for coming. I think that I think this is such an important topic that is fairly new as far as our education on it. It's getting more and more common and more and more groomers are realizing that the handling that we were taught, you know, ten fifteen twenty thirty years ago isn't really the best practice anymore. So I love these and I will participate every chance Mary invites me, well, this is one of my favorite summits to hold, and it is generally, as far as I'm concerned, it's going to be held every year. </w:t>
      </w:r>
      <w:r>
        <w:br/>
      </w:r>
    </w:p>
    <w:p w:rsidR="00CF1D6C" w:rsidRDefault="00000000">
      <w:r>
        <w:t xml:space="preserve">I've decided November is the month it'll be held. Ok. Because I do think this is really important. And this part of our education has been lacking because so much of what you talked about was exactly what I was taught, you know? And you know what? When you know better, you do better. And that's that. That's all you can. That's all you can do. Yeah i said I'm not. </w:t>
      </w:r>
      <w:r>
        <w:br/>
      </w:r>
    </w:p>
    <w:p w:rsidR="00CF1D6C" w:rsidRDefault="00000000">
      <w:r>
        <w:t xml:space="preserve">I did not start grooming this way. I've been, you know, almost 40 years and it was not necessarily kind by any means in some situations yeah. But yeah. But we know better now yeah. Yeah yeah. I can distinctly remember being taught the alpha role. Yeah, you know, let them alligator roll and freak out until they have worn themselves out and are in collapse on your table. Then they're cooperative again. Yeah, and OK, so, but anyway, </w:t>
      </w:r>
      <w:r>
        <w:br/>
      </w:r>
    </w:p>
    <w:p w:rsidR="00CF1D6C" w:rsidRDefault="00000000">
      <w:r>
        <w:t xml:space="preserve">So let's actually, I think we are done here. So let me just stop this recording. Stop the recording. </w:t>
      </w:r>
      <w:r>
        <w:br/>
      </w:r>
    </w:p>
    <w:sectPr w:rsidR="00CF1D6C"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C5295" w:rsidRDefault="006C5295">
      <w:pPr>
        <w:spacing w:after="0" w:line="240" w:lineRule="auto"/>
      </w:pPr>
      <w:r>
        <w:separator/>
      </w:r>
    </w:p>
  </w:endnote>
  <w:endnote w:type="continuationSeparator" w:id="0">
    <w:p w:rsidR="006C5295" w:rsidRDefault="006C52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1D6C" w:rsidRDefault="00000000">
    <w:pPr>
      <w:pStyle w:val="Footer"/>
      <w:jc w:val="center"/>
    </w:pPr>
    <w:r>
      <w:t xml:space="preserve">Page </w:t>
    </w:r>
    <w:r>
      <w:fldChar w:fldCharType="begin"/>
    </w:r>
    <w:r>
      <w:instrText>PAGE</w:instrText>
    </w:r>
    <w:r w:rsidR="00791B55">
      <w:fldChar w:fldCharType="separate"/>
    </w:r>
    <w:r w:rsidR="00791B55">
      <w:rPr>
        <w:noProof/>
      </w:rPr>
      <w:t>1</w:t>
    </w:r>
    <w:r>
      <w:fldChar w:fldCharType="end"/>
    </w:r>
    <w:r>
      <w:t>/</w:t>
    </w:r>
    <w:r>
      <w:fldChar w:fldCharType="begin"/>
    </w:r>
    <w:r>
      <w:instrText>NUMPAGES</w:instrText>
    </w:r>
    <w:r w:rsidR="00791B55">
      <w:fldChar w:fldCharType="separate"/>
    </w:r>
    <w:r w:rsidR="00791B5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C5295" w:rsidRDefault="006C5295">
      <w:pPr>
        <w:spacing w:after="0" w:line="240" w:lineRule="auto"/>
      </w:pPr>
      <w:r>
        <w:separator/>
      </w:r>
    </w:p>
  </w:footnote>
  <w:footnote w:type="continuationSeparator" w:id="0">
    <w:p w:rsidR="006C5295" w:rsidRDefault="006C52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7017364">
    <w:abstractNumId w:val="8"/>
  </w:num>
  <w:num w:numId="2" w16cid:durableId="705523263">
    <w:abstractNumId w:val="6"/>
  </w:num>
  <w:num w:numId="3" w16cid:durableId="865674809">
    <w:abstractNumId w:val="5"/>
  </w:num>
  <w:num w:numId="4" w16cid:durableId="531110585">
    <w:abstractNumId w:val="4"/>
  </w:num>
  <w:num w:numId="5" w16cid:durableId="427383854">
    <w:abstractNumId w:val="7"/>
  </w:num>
  <w:num w:numId="6" w16cid:durableId="2003460844">
    <w:abstractNumId w:val="3"/>
  </w:num>
  <w:num w:numId="7" w16cid:durableId="1250429279">
    <w:abstractNumId w:val="2"/>
  </w:num>
  <w:num w:numId="8" w16cid:durableId="165286700">
    <w:abstractNumId w:val="1"/>
  </w:num>
  <w:num w:numId="9" w16cid:durableId="1046756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C5295"/>
    <w:rsid w:val="00791B55"/>
    <w:rsid w:val="00AA1D8D"/>
    <w:rsid w:val="00B47730"/>
    <w:rsid w:val="00CB0664"/>
    <w:rsid w:val="00CF1D6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7DADF3FC-3132-8446-969C-7DB1A351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10999</Words>
  <Characters>62695</Characters>
  <Application>Microsoft Office Word</Application>
  <DocSecurity>0</DocSecurity>
  <Lines>522</Lines>
  <Paragraphs>147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2023-11-27T20:04:00Z</dcterms:created>
  <dcterms:modified xsi:type="dcterms:W3CDTF">2023-11-27T20:04:00Z</dcterms:modified>
  <cp:category/>
</cp:coreProperties>
</file>